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พื้นที่สำรองสำหรับใช้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รณีที่เ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 Source Code และเอกสาร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59"/>
        <w:gridCol w:w="6612"/>
      </w:tblGrid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(Secondary Remote)</w:t>
            </w:r>
          </w:p>
        </w:tc>
      </w:tr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backup</w:t>
            </w:r>
          </w:p>
        </w:tc>
      </w:tr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2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และเอกสารส่งมอบใน Git Repository</w:t>
            </w:r>
          </w:p>
        </w:tc>
      </w:tr>
      <w:tr>
        <w:trPr>
          <w:trHeight w:hRule="exact" w:val="434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ารส่งมอบหรือปรับปรุง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</w:tr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การสำรองฐานข้อมูล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59"/>
        <w:gridCol w:w="6612"/>
      </w:tblGrid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Export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อัตโนมัติ</w:t>
            </w:r>
          </w:p>
        </w:tc>
      </w:tr>
      <w:tr>
        <w:trPr>
          <w:trHeight w:hRule="exact" w:val="434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ทุกวัน เวลา 02:00 น. (Asia/Bangkok)</w:t>
            </w:r>
          </w:p>
        </w:tc>
      </w:tr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</w:p>
        </w:tc>
      </w:tr>
      <w:tr>
        <w:trPr>
          <w:trHeight w:hRule="exact" w:val="436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ษา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ชุดสำรองรายวันเก็บ 30 วัน และชุดสิ้นเดือนเก็บ 12 เดือน</w:t>
            </w:r>
          </w:p>
        </w:tc>
      </w:tr>
      <w:tr>
        <w:trPr>
          <w:trHeight w:hRule="exact" w:val="450"/>
        </w:trPr>
        <w:tc>
          <w:tcPr>
            <w:tcW w:type="dxa" w:w="24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6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รายการตรวจสอบการสำรองข้อมูล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50"/>
        <w:gridCol w:w="4352"/>
        <w:gridCol w:w="1060"/>
        <w:gridCol w:w="1450"/>
        <w:gridCol w:w="1360"/>
      </w:tblGrid>
      <w:tr>
        <w:trPr>
          <w:trHeight w:hRule="exact" w:val="450"/>
        </w:trPr>
        <w:tc>
          <w:tcPr>
            <w:tcW w:type="dxa" w:w="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1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</w:tr>
      <w:tr>
        <w:trPr>
          <w:trHeight w:hRule="exact" w:val="690"/>
        </w:trPr>
        <w:tc>
          <w:tcPr>
            <w:tcW w:type="dxa" w:w="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BK-001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ตรวจสอบว่า Remote สำรองเข้าถึงได้และมี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ตรงกับ Repository หลัก</w:t>
            </w:r>
          </w:p>
        </w:tc>
        <w:tc>
          <w:tcPr>
            <w:tcW w:type="dxa" w:w="1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850"/>
        <w:gridCol w:w="4352"/>
        <w:gridCol w:w="1060"/>
        <w:gridCol w:w="1450"/>
        <w:gridCol w:w="1360"/>
      </w:tblGrid>
      <w:tr>
        <w:trPr>
          <w:trHeight w:hRule="exact" w:val="448"/>
        </w:trPr>
        <w:tc>
          <w:tcPr>
            <w:tcW w:type="dxa" w:w="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1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</w:tr>
      <w:tr>
        <w:trPr>
          <w:trHeight w:hRule="exact" w:val="676"/>
        </w:trPr>
        <w:tc>
          <w:tcPr>
            <w:tcW w:type="dxa" w:w="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BK-002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Clone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1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448"/>
        </w:trPr>
        <w:tc>
          <w:tcPr>
            <w:tcW w:type="dxa" w:w="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BK-003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ชุดสำรองสู่สภาพแวดล้อมทดสอบ</w:t>
            </w:r>
          </w:p>
        </w:tc>
        <w:tc>
          <w:tcPr>
            <w:tcW w:type="dxa" w:w="1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2"/>
        </w:trPr>
        <w:tc>
          <w:tcPr>
            <w:tcW w:type="dxa" w:w="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BK-004</w:t>
            </w:r>
          </w:p>
        </w:tc>
        <w:tc>
          <w:tcPr>
            <w:tcW w:type="dxa" w:w="4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  <w:tc>
          <w:tcPr>
            <w:tcW w:type="dxa" w:w="1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ขั้นตอนการกู้คืน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61"/>
        <w:gridCol w:w="2428"/>
        <w:gridCol w:w="5981"/>
      </w:tblGrid>
      <w:tr>
        <w:trPr>
          <w:trHeight w:hRule="exact" w:val="448"/>
        </w:trPr>
        <w:tc>
          <w:tcPr>
            <w:tcW w:type="dxa" w:w="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</w:p>
        </w:tc>
        <w:tc>
          <w:tcPr>
            <w:tcW w:type="dxa" w:w="59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วามเสียหาย</w:t>
            </w:r>
          </w:p>
        </w:tc>
        <w:tc>
          <w:tcPr>
            <w:tcW w:type="dxa" w:w="59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ตรวจสอบว่าข้อมูลที่สูญหายเป็น Source Code เอกสาร หรือฐานข้อมูล</w:t>
            </w:r>
          </w:p>
        </w:tc>
      </w:tr>
      <w:tr>
        <w:trPr>
          <w:trHeight w:hRule="exact" w:val="450"/>
        </w:trPr>
        <w:tc>
          <w:tcPr>
            <w:tcW w:type="dxa" w:w="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ชุดสำรองที่จะใช้</w:t>
            </w:r>
          </w:p>
        </w:tc>
        <w:tc>
          <w:tcPr>
            <w:tcW w:type="dxa" w:w="59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ชุดสำรองล่าสุดที่ผ่าน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ารตรวจสอบและยืนยันวันที่</w:t>
            </w:r>
          </w:p>
        </w:tc>
      </w:tr>
      <w:tr>
        <w:trPr>
          <w:trHeight w:hRule="exact" w:val="434"/>
        </w:trPr>
        <w:tc>
          <w:tcPr>
            <w:tcW w:type="dxa" w:w="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ืนสู่สภาพแวดล้อมทดสอบ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่อน</w:t>
            </w:r>
          </w:p>
        </w:tc>
        <w:tc>
          <w:tcPr>
            <w:tcW w:type="dxa" w:w="59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Clone จาก Remote สำรอง หรือ Restore ฐานข้อมูลสู่เครื่องทดสอบ</w:t>
            </w:r>
          </w:p>
        </w:tc>
      </w:tr>
      <w:tr>
        <w:trPr>
          <w:trHeight w:hRule="exact" w:val="450"/>
        </w:trPr>
        <w:tc>
          <w:tcPr>
            <w:tcW w:type="dxa" w:w="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59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้อมูลตัวอย่างว่า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</w:tr>
      <w:tr>
        <w:trPr>
          <w:trHeight w:hRule="exact" w:val="436"/>
        </w:trPr>
        <w:tc>
          <w:tcPr>
            <w:tcW w:type="dxa" w:w="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ืนสู่สภาพแวดล้อมใช้งานจริง</w:t>
            </w:r>
          </w:p>
        </w:tc>
        <w:tc>
          <w:tcPr>
            <w:tcW w:type="dxa" w:w="598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บันทึกจุดกู้คืน หยุดบริการที่เกี่ยวข้อง กู้คืน แล้วตรวจสอบสถานะระบบตามคู่มือผู้ดูแลระบบ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