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Training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32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Training Report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86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25690822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ารอบรมผู้ใช้งานระบบ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(Training Report)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ารอบรม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์เพื่อให้ผู้ใช้งาน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สามารถใช้งานระบบได้อย่างถู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่อนเปิดใช้งานจริง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ารใช้งานที่จัดทำไว้ในเอ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1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9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วันที่อบรม</w:t>
            </w:r>
          </w:p>
        </w:tc>
        <w:tc>
          <w:tcPr>
            <w:tcW w:type="dxa" w:w="69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สถานที่</w:t>
            </w:r>
          </w:p>
        </w:tc>
        <w:tc>
          <w:tcPr>
            <w:tcW w:type="dxa" w:w="69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ห้องประชุม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รผู้สอน</w:t>
            </w:r>
          </w:p>
        </w:tc>
        <w:tc>
          <w:tcPr>
            <w:tcW w:type="dxa" w:w="69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(Developer)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</w:t>
            </w:r>
          </w:p>
        </w:tc>
        <w:tc>
          <w:tcPr>
            <w:tcW w:type="dxa" w:w="69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Manager)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</w:t>
            </w:r>
          </w:p>
        </w:tc>
        <w:tc>
          <w:tcPr>
            <w:tcW w:type="dxa" w:w="69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อบด้วยผู้ใช้งานฝ่าย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และผู้ดูแลระบบ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ระยะเวลาอบรม</w:t>
            </w:r>
          </w:p>
        </w:tc>
        <w:tc>
          <w:tcPr>
            <w:tcW w:type="dxa" w:w="69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</w:t>
            </w:r>
          </w:p>
        </w:tc>
        <w:tc>
          <w:tcPr>
            <w:tcW w:type="dxa" w:w="69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User Document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Product Operation Guide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หัว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้อใน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ภาพรวมระบบและ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้าและแดชบอร์ดบัญชี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ก: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</w:tr>
    </w:tbl>
    <w:p>
      <w:pPr>
        <w:autoSpaceDN w:val="0"/>
        <w:autoSpaceDE w:val="0"/>
        <w:widowControl/>
        <w:spacing w:line="12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2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5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Training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8446"/>
            <w:tcBorders>
              <w:start w:sz="5.600000000000023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8446"/>
            <w:tcBorders>
              <w:start w:sz="5.600000000000023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8446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ารเงินและบัญชี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: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8446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8446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วามช่วยเหลือจา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6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วันและระยะเวลาที่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อบรมจริง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16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</w:tr>
      <w:tr>
        <w:trPr>
          <w:trHeight w:hRule="exact" w:val="450"/>
        </w:trPr>
        <w:tc>
          <w:tcPr>
            <w:tcW w:type="dxa" w:w="16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นทดลองใช้งานตาม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ารทำงานจริงได้สำเร็จ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้อเสนอแนะจา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้าอบรม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้อเสนอแนะที่ต้องแ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ระบบหรือเอ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งานที่ต้องติดตาม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ตรวจนับสต๊อ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สิ้นเดือนแร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หลังเปิดใช้งานจริง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องยอดย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ไม่ใช่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้อเสนอแนะ</w:t>
      </w:r>
    </w:p>
    <w:p>
      <w:pPr>
        <w:autoSpaceDN w:val="0"/>
        <w:autoSpaceDE w:val="0"/>
        <w:widowControl/>
        <w:spacing w:line="306" w:lineRule="exact" w:before="110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ารอบรมดำเนิน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ารแล้วเสร็จเมื่อ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ารเปิดใช้งานจริงและอยู่ภายในระยะเวลาโ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ารที่สิ้นสุดวัน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้าอบรมทั้ง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6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ารทดลองใช้งาน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และไม่มี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้อเสนอแนะที่ต้องปรับปรุงระบบ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จึงเห็น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วรให้เปิดใช้งานระบบจริงตามแผน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โดยติดตามผล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ารตรวจนับสต๊อ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สิ้นเดือนแร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รรมปฏิบัติ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ารตามป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ติ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24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2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5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Training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0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2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5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