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6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7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Traceability Record Table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6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7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6030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Traceability Record Table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523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NoC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ตารางสรุป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ารถึงผล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</w:p>
    <w:p>
      <w:pPr>
        <w:autoSpaceDN w:val="0"/>
        <w:autoSpaceDE w:val="0"/>
        <w:widowControl/>
        <w:spacing w:line="244" w:lineRule="exact" w:before="186" w:after="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ตารางนี้สรุปเส้นทาง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ตั้งแต่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้าจนถึงผล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ารทดสอบและผล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ารยอมรับ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เพื่อใช้ตรวจสอบ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รบถ้วนได้ในหน้าเดียว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โดยราย</w:t>
      </w:r>
    </w:p>
    <w:p>
      <w:pPr>
        <w:autoSpaceDN w:val="0"/>
        <w:autoSpaceDE w:val="0"/>
        <w:widowControl/>
        <w:spacing w:line="244" w:lineRule="exact" w:before="56" w:after="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ละเอียดหัว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องแต่ละรหัสอยู่ในเอ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Traceability Record (WP 13)</w:t>
      </w:r>
    </w:p>
    <w:p>
      <w:pPr>
        <w:autoSpaceDN w:val="0"/>
        <w:autoSpaceDE w:val="0"/>
        <w:widowControl/>
        <w:spacing w:line="266" w:lineRule="exact" w:before="398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ตารางสรุป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ลับ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4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ารเชิญผู้ใช้งานเ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(Onboarding)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SR03:001, SR08:001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ระบบต้องยืนยันตัวตนผู้ใช้และบัง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Owner, Admin, Staff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Viewer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SR04:001,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CR01:003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SR03:001, SR07:003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135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TRT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6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7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Traceability Record Table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6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7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ระบบต้องให้ผู้ดูแลจัด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SMTP,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19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SR03:001, SR03:002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UN01.004, UN02.001, UN02.002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TC-UN01.004</w:t>
            </w:r>
          </w:p>
        </w:tc>
        <w:tc>
          <w:tcPr>
            <w:tcW w:type="dxa" w:w="1184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CR01:005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และผู้ติดต่อ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SR03:003, SR08:002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UN03.001, UN03.002, UN03.003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CR01:006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ลังเดียวและแบบหลายชั้น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TC-UN03.004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(Stock-in)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้อมูลติดตาม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SR03:004, SR08:003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CR01:008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โดยตรวจสอบสิทธิ์และยอด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่อนจ่าย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SR03:004, SR09:003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CR01:009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้าระหว่างตำแหน่งจัดเ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็บที่ได้รับอนุญาตโดยยอดต้นทาง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ปลายทาง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UN04.003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TC-UN04.003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CR01:010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SR03:004, SR08:002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UN04.004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TC-UN04.004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ระบบต้องแสดงภาพรวมสต๊อ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(SKU)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นในหน้าจอที่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TC-UN04.005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0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และใบลดหนี้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SR03:005, SR04:002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UN05.001, UN05.002, UN05.003,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TC-UN05.001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SR03:006, SR04:002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UN06.001, UN06.002, UN06.003,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TC-UN06.001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CR01:015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SR03:007, SR04:002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UN07.001, UN07.002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TC-UN07.001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14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TRT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6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7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Traceability Record Table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6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7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  <w:tc>
          <w:tcPr>
            <w:tcW w:type="dxa" w:w="622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19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SR03:008</w:t>
            </w:r>
          </w:p>
        </w:tc>
        <w:tc>
          <w:tcPr>
            <w:tcW w:type="dxa" w:w="2746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UN08.001, UN08.002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TC-UN08.001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CR01:017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ระบบต้องจัดทำรายงานงบทดลอง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UN09.003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TC-UN09.003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CR01:018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SR03:010, SR04:005,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UN10.001, UN10.002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CR01:019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ารแนบไฟล์ที่อนุญาต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UN04.006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TC-UN04.006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CR01:020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ารและรายงานผู้บริหาร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TC-UN09.004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ระบบต้องแจ้งเตือนผู้ใช้ที่เ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้องเมื่อสถานะเอ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สารเปลี่ยนหรือมีเหตุ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SR04:004,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06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ล้หมดและใบแจ้งหนี้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้างชำระตาม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SR05:002,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็บผู้สร้าง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SR03:010, SR09:001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UN10.003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TC-UN10.003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CR01:024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SR04:001, SR04:003,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CR02:001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ระบบต้องตอบสนองงานประจำวัน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เปิดหน้าจอ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ภายในเวลาที่ใช้งานได้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จริงบนสภาพแวดล้อมที่ต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CR02:002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ระบบต้องมีตารางสรุปยอด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(Aggregate)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เพื่อให้แดชบอร์ดและรายงานแสดงผลได้โดยไม่ต้อง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ำนวณใหม่ทุ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SR05:002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UN09.001, UN11.002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0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้อมูลและผู้ใช้พร้อม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ันในระดับที่ต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ลงสำหรับสภาพแวดล้อมใช้งาน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จริง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SR05:003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175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TRT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6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7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Traceability Record Table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6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7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ระบบต้องเชื่อมต่อฐาน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MySQL/MariaDB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wms2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9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(Chrome, Edge, 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ารณ์ไปยังบริ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ภายในที่ป้อง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SR06:004, SR04:004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สาธารณะเพื่อรับ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time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CR03:005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่าต่อบริษัท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SR06:004, SR03:002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TC-UN02.002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ระบบต้องพัฒนาบนสถาปัตย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Web-based Application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CR04:002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Relational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Referential Integrity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SR08:001, SR08:002,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SR08:003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Username/Password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ำหนดบทบาทผู้ใช้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8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MySQL/MariaDB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CR05:001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ใช้งานได้ทั้งบน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(Tablet/Mobile)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SR02:002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CR05:002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เมนูและปุ่ม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ำสั่งต้องแสดงตามบทบาทและสิทธิ์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CR05:003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วามสำเร็จ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้อผิดพลาดอย่างชัดเจน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่อนลบ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ลับไม่ได้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CR05:005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ิจและฉลา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้ดในรูปแบบที่ใช้งานได้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TC-UN04.005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ารเชื่อมต่อในสภาพแวดล้อมใช้งานจริงต้องเ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HTTPS/TLS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TC-UN12.004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14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TRT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6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7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Traceability Record Table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6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7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องระบบต้องไม่ถู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สาธารณะ</w:t>
            </w:r>
          </w:p>
        </w:tc>
        <w:tc>
          <w:tcPr>
            <w:tcW w:type="dxa" w:w="19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UN13.003, UN12.004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184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CR06:003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ารทำงานฝั่งเซิร์ฟเวอร์ต้องตรวจสอบ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(Role-based Access Control)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ฝั่งเซิร์ฟเวอร์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CR06:005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Injection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Cross-Site Scripting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SR07:004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CR06:006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้าสู่ระบบซ้ำซ้อน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(Concurrent Login)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องบัญชีเดียว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SR07:003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Linux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ในรูปแบบติดตั้งเอง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(LAMP)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UN13.001, UN13.002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06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Asia/Bangkok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อย่างสม่ำเสมอทั้งแอปพลิเ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SR01:006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ระบบต้องใช้งานได้บนอุป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พาผ่าน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SR06:003, SR02:002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CR07:004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้อมูลใช้งานจริงได้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้อมูลอัตโนมัติรายวัน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CR08:002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ชุดสำรองได้ตาม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ั้นตอนที่จัดทำเป็นเอ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CR08:003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ารเฝ้าระวังสถานะบริ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Web,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พร้อมแจ้งเตือนเมื่อ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SR05:004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ระบบต้องรองรับหลายบริษัท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(Multi-company)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CR08:005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ินสิทธิ์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16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TRT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6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7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Traceability Record Table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6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7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ซอฟต์แวร์ต้องมีโ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รงสร้างแบบโมดูล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(Manager Classes / API)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ได้โดยไม่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ระทบส่วนอื่น</w:t>
            </w:r>
          </w:p>
        </w:tc>
        <w:tc>
          <w:tcPr>
            <w:tcW w:type="dxa" w:w="19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SR02:003, SR02:004</w:t>
            </w:r>
          </w:p>
        </w:tc>
        <w:tc>
          <w:tcPr>
            <w:tcW w:type="dxa" w:w="2746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(Configuration Template)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ษาและประวัติ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29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้อมูลต้องสะท้อนใน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และตาราง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schema_migrations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SR08:005, SR08:004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้อมูลได้ใน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ั้นตอนเดียวผ่าน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SR01:003, SR08:005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up -d --build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(docker/init-env.sh)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CR11:001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(Software User Document)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CR11:002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ู่มือปฏิบัติงานสำหรับผู้ดูแลระบบ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(Product Operation Guide)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CR11:003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่อนเปิดใช้งานจริง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CR11:004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ต้องมีช่องทางสนับสนุนและระดับ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(SLA)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หลังส่งมอบ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รอนุมัติ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main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รหัสผ่านผู้ใช้ต้องเ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็บหรือบันทึ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วามธรรมดา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SR01:004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29110 Basic Profile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14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TRT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6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7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Traceability Record Table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6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7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+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+ GL)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Transaction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19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TC-UN08.002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ติดลบและ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ลื่อนไหวซ้ำซ้อน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 &amp; Recovery)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CR13:004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้อผิดพลาดโดยแสดง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้าใจได้แทน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Fatal Error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SR09:002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่อนส่งมอบ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(UAT)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้าบนสภาพแวดล้อมใช้งานจริง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้างอยู่ในด้าน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ลุม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7584"/>
        <w:gridCol w:w="7584"/>
      </w:tblGrid>
      <w:tr>
        <w:trPr>
          <w:trHeight w:hRule="exact" w:val="450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5.600000000000023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้าทั้งหมด</w:t>
            </w:r>
          </w:p>
        </w:tc>
        <w:tc>
          <w:tcPr>
            <w:tcW w:type="dxa" w:w="69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5.600000000000023" w:val="single" w:color="#585858"/>
              <w:top w:sz="6.400000000000091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</w:t>
            </w:r>
          </w:p>
        </w:tc>
        <w:tc>
          <w:tcPr>
            <w:tcW w:type="dxa" w:w="69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5.600000000000023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</w:t>
            </w:r>
          </w:p>
        </w:tc>
        <w:tc>
          <w:tcPr>
            <w:tcW w:type="dxa" w:w="69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ารทดสอบผ่าน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</w:tbl>
    <w:p>
      <w:pPr>
        <w:autoSpaceDN w:val="0"/>
        <w:autoSpaceDE w:val="0"/>
        <w:widowControl/>
        <w:spacing w:line="133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TRT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6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7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Traceability Record Table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6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7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7584"/>
        <w:gridCol w:w="7584"/>
      </w:tblGrid>
      <w:tr>
        <w:trPr>
          <w:trHeight w:hRule="exact" w:val="448"/>
        </w:trPr>
        <w:tc>
          <w:tcPr>
            <w:tcW w:type="dxa" w:w="14446"/>
            <w:tcBorders>
              <w:start w:sz="5.600000000000023" w:val="single" w:color="#585858"/>
              <w:top w:sz="5.600000000000023" w:val="single" w:color="#585858"/>
              <w:end w:sz="6.399999999999636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399999999999636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5.600000000000023" w:val="single" w:color="#585858"/>
              <w:top w:sz="6.399999999999977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ารยอมรับผ่าน</w:t>
            </w:r>
          </w:p>
        </w:tc>
        <w:tc>
          <w:tcPr>
            <w:tcW w:type="dxa" w:w="690"/>
            <w:tcBorders>
              <w:start w:sz="6.399999999999636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52"/>
        </w:trPr>
        <w:tc>
          <w:tcPr>
            <w:tcW w:type="dxa" w:w="484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5.599999999999909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2"/>
        </w:trPr>
        <w:tc>
          <w:tcPr>
            <w:tcW w:type="dxa" w:w="484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3330"/>
            <w:tcBorders>
              <w:start w:sz="5.599999999999909" w:val="single" w:color="#585858"/>
              <w:top w:sz="5.599999999999909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484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5.599999999999909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484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3330"/>
            <w:tcBorders>
              <w:start w:sz="5.599999999999909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5.599999999999909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3330"/>
            <w:tcBorders>
              <w:start w:sz="5.599999999999909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09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TRT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240" w:right="814" w:bottom="10" w:left="85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