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Stakeholder Register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6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Stakeholder Register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3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รายชื่อผู้มีส่วนได้ส่วนเสีย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(Role)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(Responsibility)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(Engagement)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(Approve),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6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67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06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Manager</w:t>
            </w:r>
          </w:p>
        </w:tc>
        <w:tc>
          <w:tcPr>
            <w:tcW w:type="dxa" w:w="33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16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 (Accountable),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Analyst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Design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6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06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Tester</w:t>
            </w:r>
          </w:p>
        </w:tc>
        <w:tc>
          <w:tcPr>
            <w:tcW w:type="dxa" w:w="339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6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 (Responsible), 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ชมภู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 (Responsible)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และใช้งานระบบจริง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(Review)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ซื้อ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 (Consult)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6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Administrator)</w:t>
            </w:r>
          </w:p>
        </w:tc>
        <w:tc>
          <w:tcPr>
            <w:tcW w:type="dxa" w:w="67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—</w:t>
            </w:r>
          </w:p>
        </w:tc>
        <w:tc>
          <w:tcPr>
            <w:tcW w:type="dxa" w:w="106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ผู้สนับสนุน</w:t>
            </w:r>
          </w:p>
        </w:tc>
        <w:tc>
          <w:tcPr>
            <w:tcW w:type="dxa" w:w="33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เฝ้าระวัง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ืนระบบ</w:t>
            </w:r>
          </w:p>
        </w:tc>
        <w:tc>
          <w:tcPr>
            <w:tcW w:type="dxa" w:w="165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 (Consult), 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หมายเหตุ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รหัสระดับ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(Engagement Level)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A: Approve, R: Responsible, C: Consult, I:</w:t>
      </w:r>
    </w:p>
    <w:p>
      <w:pPr>
        <w:autoSpaceDN w:val="0"/>
        <w:autoSpaceDE w:val="0"/>
        <w:widowControl/>
        <w:spacing w:line="246" w:lineRule="exact" w:before="70" w:after="150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Inform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RACI Matrix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ารมีส่วนร่วมในแต่ละบทบาท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8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Stakeholder Register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ช่องทาง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ารสื่อสาร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86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222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12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211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(Progress Status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Sponsor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ประชุมติดตามโ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(Minutes of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Meeting)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ตามจุดตรวจสอบที่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แผนงาน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้องทั้งหมด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 / ThS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และผู้รับผิดชอบที่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986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(Change Report)</w:t>
            </w:r>
          </w:p>
        </w:tc>
        <w:tc>
          <w:tcPr>
            <w:tcW w:type="dxa" w:w="222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</w:p>
        </w:tc>
        <w:tc>
          <w:tcPr>
            <w:tcW w:type="dxa" w:w="112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21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ณะพิจารณา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4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