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Project Charter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70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Charter Report</w:t>
            </w:r>
          </w:p>
        </w:tc>
        <w:tc>
          <w:tcPr>
            <w:tcW w:type="dxa" w:w="22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49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25690123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ฎบัตรโ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Charter)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(Project Information)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9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200-WMS-26-001-00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4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วันที่เริ่มโ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4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(232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4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(ApS)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4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ผู้อนุมัติโ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7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(Project Sponsor)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(Project Objectives)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ารพัฒนาระบบบริหารจัด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ึ้นเพื่อรวมศูนย์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46" w:lineRule="exact" w:before="54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เชื่อมโยง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และงานบัญชี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รบวงจร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โดยมีวัตถุประสง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์ดังนี้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82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วัตถุประสง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(Objective)</w:t>
            </w:r>
          </w:p>
        </w:tc>
        <w:tc>
          <w:tcPr>
            <w:tcW w:type="dxa" w:w="623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(Description)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รวมศูนย์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623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ระจายอยู่หลายระบบ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ให้ยอดสิน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ต้องและตรวจสอบได้จา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แหล่งเดียว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รองรับหลายบริษัทและหลาย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623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องผู้ใช้แต่ละรายให้อยู่ในบริษัทและ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ลังที่ได้รับสิทธิ์</w:t>
            </w:r>
          </w:p>
        </w:tc>
      </w:tr>
      <w:tr>
        <w:trPr>
          <w:trHeight w:hRule="exact" w:val="464"/>
        </w:trPr>
        <w:tc>
          <w:tcPr>
            <w:tcW w:type="dxa" w:w="282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เชื่อมโยงงานปฏิบัติ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ับงานบัญชี</w:t>
            </w:r>
          </w:p>
        </w:tc>
        <w:tc>
          <w:tcPr>
            <w:tcW w:type="dxa" w:w="623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ายและงานจัดซื้อบันทึ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้องโดยอัตโนมัติ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วามสามารถใน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</w:t>
            </w:r>
          </w:p>
        </w:tc>
        <w:tc>
          <w:tcPr>
            <w:tcW w:type="dxa" w:w="623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หมดอายุ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ให้ติดตั้งและดูแลรั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ษาได้อย่างเป็นระบบ</w:t>
            </w:r>
          </w:p>
        </w:tc>
        <w:tc>
          <w:tcPr>
            <w:tcW w:type="dxa" w:w="623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ืนที่ทำซ้ำได้</w:t>
            </w:r>
          </w:p>
        </w:tc>
      </w:tr>
    </w:tbl>
    <w:p>
      <w:pPr>
        <w:autoSpaceDN w:val="0"/>
        <w:autoSpaceDE w:val="0"/>
        <w:widowControl/>
        <w:spacing w:line="223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Project Charter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องงาน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3196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5250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Name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ารผู้ใช้งานและสิทธิ์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Identity, Role and Application-Access Management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319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(Master Data)</w:t>
            </w:r>
          </w:p>
        </w:tc>
        <w:tc>
          <w:tcPr>
            <w:tcW w:type="dxa" w:w="525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Data Management (Warehouse, Product, Contact)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Inventory Control (Stock in/out/transfer, Lot, Serial, Expiry,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Barcode)</w:t>
            </w:r>
          </w:p>
        </w:tc>
      </w:tr>
      <w:tr>
        <w:trPr>
          <w:trHeight w:hRule="exact" w:val="468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(Quotation, Order, Invoice, Return, Credit Note)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(Purchasing)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(Request, Order, Invoice, Supplier Return)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319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(Finance)</w:t>
            </w:r>
          </w:p>
        </w:tc>
        <w:tc>
          <w:tcPr>
            <w:tcW w:type="dxa" w:w="525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(Receipt Billing, Receipt, Payment Billing, Payment)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(Accounting)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Accounting (Chart of Accounts, Department, Journal, General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Ledger)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ระบบรายงานและแดชบอร์ด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Reporting and Dashboard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319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525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Numbering and Lifecycle Control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ระบบแจ้งเตือนและงานตาม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and Scheduled Job (Node.js, Socket.IO)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31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525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Deployment and Configuration (Manual / Docker Compose)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สรุปชื่อผู้มีส่วนได้ส่วนเสียหลั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9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ชื่อย่อ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(Role)</w:t>
            </w:r>
          </w:p>
        </w:tc>
        <w:tc>
          <w:tcPr>
            <w:tcW w:type="dxa" w:w="39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วามรับผิดชอบหลั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99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67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396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ตรวจรับส่งมอบ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99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396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99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67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NoC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39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99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67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ThS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39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พัฒนาระบบและดูแล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996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67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396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996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67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YaB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3960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แผนระยะเวลาโ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(Project Timeline)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70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103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610" w:right="0" w:hanging="39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Duration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23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(Date)</w:t>
            </w:r>
          </w:p>
        </w:tc>
        <w:tc>
          <w:tcPr>
            <w:tcW w:type="dxa" w:w="39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หมายเหตุ</w:t>
            </w:r>
          </w:p>
        </w:tc>
      </w:tr>
      <w:tr>
        <w:trPr>
          <w:trHeight w:hRule="exact" w:val="704"/>
        </w:trPr>
        <w:tc>
          <w:tcPr>
            <w:tcW w:type="dxa" w:w="170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Initiation</w:t>
            </w:r>
          </w:p>
        </w:tc>
        <w:tc>
          <w:tcPr>
            <w:tcW w:type="dxa" w:w="103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</w:t>
            </w:r>
          </w:p>
        </w:tc>
        <w:tc>
          <w:tcPr>
            <w:tcW w:type="dxa" w:w="23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39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Kick-off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Charter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Planning</w:t>
            </w:r>
          </w:p>
        </w:tc>
        <w:tc>
          <w:tcPr>
            <w:tcW w:type="dxa" w:w="103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38</w:t>
            </w:r>
          </w:p>
        </w:tc>
        <w:tc>
          <w:tcPr>
            <w:tcW w:type="dxa" w:w="23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18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93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Requirements, Software Project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Plan, Work Schedule</w:t>
            </w:r>
          </w:p>
        </w:tc>
      </w:tr>
    </w:tbl>
    <w:p>
      <w:pPr>
        <w:autoSpaceDN w:val="0"/>
        <w:autoSpaceDE w:val="0"/>
        <w:widowControl/>
        <w:spacing w:line="130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100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Project Charter Report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70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10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610" w:right="0" w:hanging="39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Duration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23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(Date)</w:t>
            </w:r>
          </w:p>
        </w:tc>
        <w:tc>
          <w:tcPr>
            <w:tcW w:type="dxa" w:w="39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หมายเหตุ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Execution</w:t>
            </w:r>
          </w:p>
        </w:tc>
        <w:tc>
          <w:tcPr>
            <w:tcW w:type="dxa" w:w="10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100</w:t>
            </w:r>
          </w:p>
        </w:tc>
        <w:tc>
          <w:tcPr>
            <w:tcW w:type="dxa" w:w="238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29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93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พัฒนาระบบและจัดทำเอ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Verification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</w:t>
            </w:r>
          </w:p>
        </w:tc>
        <w:tc>
          <w:tcPr>
            <w:tcW w:type="dxa" w:w="103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  <w:tc>
          <w:tcPr>
            <w:tcW w:type="dxa" w:w="23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17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Close</w:t>
            </w:r>
          </w:p>
        </w:tc>
        <w:tc>
          <w:tcPr>
            <w:tcW w:type="dxa" w:w="103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23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18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ไมล์และเ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วามสำเร็จ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22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ไมล์</w:t>
            </w:r>
          </w:p>
        </w:tc>
        <w:tc>
          <w:tcPr>
            <w:tcW w:type="dxa" w:w="301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  <w:tc>
          <w:tcPr>
            <w:tcW w:type="dxa" w:w="3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วามสำเร็จ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ฎบัตรโ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1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Sponsor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ตและวัตถุประสง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1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Customer Requirements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และแผนงาน</w:t>
            </w:r>
          </w:p>
        </w:tc>
      </w:tr>
      <w:tr>
        <w:trPr>
          <w:trHeight w:hRule="exact" w:val="466"/>
        </w:trPr>
        <w:tc>
          <w:tcPr>
            <w:tcW w:type="dxa" w:w="22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Baseline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</w:t>
            </w:r>
          </w:p>
        </w:tc>
        <w:tc>
          <w:tcPr>
            <w:tcW w:type="dxa" w:w="301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โมดูลตาม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  <w:tc>
          <w:tcPr>
            <w:tcW w:type="dxa" w:w="301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ตรวจรับส่งมอบ</w:t>
            </w:r>
          </w:p>
        </w:tc>
        <w:tc>
          <w:tcPr>
            <w:tcW w:type="dxa" w:w="301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Accepted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301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3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06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28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9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0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PCR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