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84.0" w:type="dxa"/>
      </w:tblPr>
      <w:tblGrid>
        <w:gridCol w:w="5056"/>
        <w:gridCol w:w="5056"/>
        <w:gridCol w:w="5056"/>
      </w:tblGrid>
      <w:tr>
        <w:trPr>
          <w:trHeight w:hRule="exact" w:val="618"/>
        </w:trPr>
        <w:tc>
          <w:tcPr>
            <w:tcW w:type="dxa" w:w="15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List of Evidence</w:t>
            </w:r>
          </w:p>
        </w:tc>
      </w:tr>
      <w:tr>
        <w:trPr>
          <w:trHeight w:hRule="exact" w:val="184"/>
        </w:trPr>
        <w:tc>
          <w:tcPr>
            <w:tcW w:type="dxa" w:w="15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236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3792"/>
        <w:gridCol w:w="3792"/>
        <w:gridCol w:w="3792"/>
        <w:gridCol w:w="3792"/>
      </w:tblGrid>
      <w:tr>
        <w:trPr>
          <w:trHeight w:hRule="exact" w:val="540"/>
        </w:trPr>
        <w:tc>
          <w:tcPr>
            <w:tcW w:type="dxa" w:w="1650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5086"/>
            <w:tcBorders>
              <w:start w:sz="6.399999999999977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List of Evidence</w:t>
            </w:r>
          </w:p>
        </w:tc>
        <w:tc>
          <w:tcPr>
            <w:tcW w:type="dxa" w:w="223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6166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25690824 V1.0 YaB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.399999999999977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.399999999999977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.399999999999977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ารตรวจสอบสถานะ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ารจัดเตรียมและ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็บเอ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.399999999999977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(232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)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Prepared by</w:t>
            </w:r>
          </w:p>
        </w:tc>
        <w:tc>
          <w:tcPr>
            <w:tcW w:type="dxa" w:w="13486"/>
            <w:gridSpan w:val="3"/>
            <w:tcBorders>
              <w:start w:sz="6.399999999999977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.399999999999977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156"/>
        <w:ind w:left="0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PM Process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3792"/>
        <w:gridCol w:w="3792"/>
        <w:gridCol w:w="3792"/>
        <w:gridCol w:w="3792"/>
      </w:tblGrid>
      <w:tr>
        <w:trPr>
          <w:trHeight w:hRule="exact" w:val="450"/>
        </w:trPr>
        <w:tc>
          <w:tcPr>
            <w:tcW w:type="dxa" w:w="52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No.</w:t>
            </w:r>
          </w:p>
        </w:tc>
        <w:tc>
          <w:tcPr>
            <w:tcW w:type="dxa" w:w="2356"/>
            <w:tcBorders>
              <w:start w:sz="6.399999999999977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Instantiation</w:t>
            </w:r>
          </w:p>
        </w:tc>
        <w:tc>
          <w:tcPr>
            <w:tcW w:type="dxa" w:w="427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 Name</w:t>
            </w:r>
          </w:p>
        </w:tc>
        <w:tc>
          <w:tcPr>
            <w:tcW w:type="dxa" w:w="798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356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Statement of Work</w:t>
            </w:r>
          </w:p>
        </w:tc>
        <w:tc>
          <w:tcPr>
            <w:tcW w:type="dxa" w:w="427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200-WMS-26-001-00 Statement of Work 25690105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V1.0 ApS</w:t>
            </w:r>
          </w:p>
        </w:tc>
        <w:tc>
          <w:tcPr>
            <w:tcW w:type="dxa" w:w="798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ารและหนังสือเชิญประชุมเปิดโ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1770"/>
        </w:trPr>
        <w:tc>
          <w:tcPr>
            <w:tcW w:type="dxa" w:w="52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356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Plan</w:t>
            </w:r>
          </w:p>
        </w:tc>
        <w:tc>
          <w:tcPr>
            <w:tcW w:type="dxa" w:w="427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1. 200-WMS-26-001-00 Work Schedule 25690213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2. 200-WMS-26-001-00 Software Project Plan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25690213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3. 200-WMS-26-001-00 Customer Requirements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25690206 V1.0 NoC</w:t>
            </w:r>
          </w:p>
        </w:tc>
        <w:tc>
          <w:tcPr>
            <w:tcW w:type="dxa" w:w="798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ารดำเนินงาน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</w:tr>
    </w:tbl>
    <w:p>
      <w:pPr>
        <w:autoSpaceDN w:val="0"/>
        <w:autoSpaceDE w:val="0"/>
        <w:widowControl/>
        <w:spacing w:line="216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840.0" w:type="dxa"/>
      </w:tblPr>
      <w:tblGrid>
        <w:gridCol w:w="7584"/>
        <w:gridCol w:w="7584"/>
      </w:tblGrid>
      <w:tr>
        <w:trPr>
          <w:trHeight w:hRule="exact" w:val="240"/>
        </w:trPr>
        <w:tc>
          <w:tcPr>
            <w:tcW w:type="dxa" w:w="5304"/>
            <w:tcBorders>
              <w:top w:sz="5.600000000000364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5.600000000000364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LoE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6838" w:h="11899"/>
          <w:pgMar w:top="240" w:right="814" w:bottom="10" w:left="85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84.0" w:type="dxa"/>
      </w:tblPr>
      <w:tblGrid>
        <w:gridCol w:w="5056"/>
        <w:gridCol w:w="5056"/>
        <w:gridCol w:w="5056"/>
      </w:tblGrid>
      <w:tr>
        <w:trPr>
          <w:trHeight w:hRule="exact" w:val="618"/>
        </w:trPr>
        <w:tc>
          <w:tcPr>
            <w:tcW w:type="dxa" w:w="15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List of Evidence</w:t>
            </w:r>
          </w:p>
        </w:tc>
      </w:tr>
      <w:tr>
        <w:trPr>
          <w:trHeight w:hRule="exact" w:val="184"/>
        </w:trPr>
        <w:tc>
          <w:tcPr>
            <w:tcW w:type="dxa" w:w="15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236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No.</w:t>
            </w:r>
          </w:p>
        </w:tc>
        <w:tc>
          <w:tcPr>
            <w:tcW w:type="dxa" w:w="2356"/>
            <w:tcBorders>
              <w:start w:sz="6.399999999999977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Instantiation</w:t>
            </w:r>
          </w:p>
        </w:tc>
        <w:tc>
          <w:tcPr>
            <w:tcW w:type="dxa" w:w="427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 Name</w:t>
            </w:r>
          </w:p>
        </w:tc>
        <w:tc>
          <w:tcPr>
            <w:tcW w:type="dxa" w:w="798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</w:tr>
      <w:tr>
        <w:trPr>
          <w:trHeight w:hRule="exact" w:val="8026"/>
        </w:trPr>
        <w:tc>
          <w:tcPr>
            <w:tcW w:type="dxa" w:w="526"/>
            <w:tcBorders>
              <w:start w:sz="5.600000000000023" w:val="single" w:color="#585858"/>
              <w:top w:sz="6.399999999999977" w:val="single" w:color="#585858"/>
              <w:end w:sz="6.399999999999977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356"/>
            <w:tcBorders>
              <w:start w:sz="6.399999999999977" w:val="single" w:color="#585858"/>
              <w:top w:sz="6.399999999999977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Progress Status Record (15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Report)</w:t>
            </w:r>
          </w:p>
        </w:tc>
        <w:tc>
          <w:tcPr>
            <w:tcW w:type="dxa" w:w="4274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25690109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25690123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3.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25690206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4.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25690218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5.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25690225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6.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25690317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7.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25690429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8.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25690508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9.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25690513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25690523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11.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25690529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12.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25690803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13.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25690814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14.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25690817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15.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25690824 V1.0 ApS</w:t>
            </w:r>
          </w:p>
        </w:tc>
        <w:tc>
          <w:tcPr>
            <w:tcW w:type="dxa" w:w="7980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้าวหน้า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ารรายงวด</w:t>
            </w:r>
          </w:p>
        </w:tc>
      </w:tr>
    </w:tbl>
    <w:p>
      <w:pPr>
        <w:autoSpaceDN w:val="0"/>
        <w:autoSpaceDE w:val="0"/>
        <w:widowControl/>
        <w:spacing w:line="130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840.0" w:type="dxa"/>
      </w:tblPr>
      <w:tblGrid>
        <w:gridCol w:w="7584"/>
        <w:gridCol w:w="7584"/>
      </w:tblGrid>
      <w:tr>
        <w:trPr>
          <w:trHeight w:hRule="exact" w:val="240"/>
        </w:trPr>
        <w:tc>
          <w:tcPr>
            <w:tcW w:type="dxa" w:w="5304"/>
            <w:tcBorders>
              <w:top w:sz="5.600000000000364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5.600000000000364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LoE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6838" w:h="11899"/>
          <w:pgMar w:top="240" w:right="814" w:bottom="10" w:left="85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84.0" w:type="dxa"/>
      </w:tblPr>
      <w:tblGrid>
        <w:gridCol w:w="5056"/>
        <w:gridCol w:w="5056"/>
        <w:gridCol w:w="5056"/>
      </w:tblGrid>
      <w:tr>
        <w:trPr>
          <w:trHeight w:hRule="exact" w:val="618"/>
        </w:trPr>
        <w:tc>
          <w:tcPr>
            <w:tcW w:type="dxa" w:w="15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List of Evidence</w:t>
            </w:r>
          </w:p>
        </w:tc>
      </w:tr>
      <w:tr>
        <w:trPr>
          <w:trHeight w:hRule="exact" w:val="184"/>
        </w:trPr>
        <w:tc>
          <w:tcPr>
            <w:tcW w:type="dxa" w:w="15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236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No.</w:t>
            </w:r>
          </w:p>
        </w:tc>
        <w:tc>
          <w:tcPr>
            <w:tcW w:type="dxa" w:w="2356"/>
            <w:tcBorders>
              <w:start w:sz="6.399999999999977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Instantiation</w:t>
            </w:r>
          </w:p>
        </w:tc>
        <w:tc>
          <w:tcPr>
            <w:tcW w:type="dxa" w:w="427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 Name</w:t>
            </w:r>
          </w:p>
        </w:tc>
        <w:tc>
          <w:tcPr>
            <w:tcW w:type="dxa" w:w="798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5.600000000000023" w:val="single" w:color="#585858"/>
              <w:top w:sz="6.399999999999977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356"/>
            <w:tcBorders>
              <w:start w:sz="6.399999999999977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Correction Register</w:t>
            </w:r>
          </w:p>
        </w:tc>
        <w:tc>
          <w:tcPr>
            <w:tcW w:type="dxa" w:w="4274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200-WMS-26-001-00 Correction Register 25690817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V1.0 YaB</w:t>
            </w:r>
          </w:p>
        </w:tc>
        <w:tc>
          <w:tcPr>
            <w:tcW w:type="dxa" w:w="7980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สารสรุปปัญหาที่พบระหว่างดำเนินโ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2356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Acceptance Record</w:t>
            </w:r>
          </w:p>
        </w:tc>
        <w:tc>
          <w:tcPr>
            <w:tcW w:type="dxa" w:w="427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200-WMS-26-001-00 Acceptance Report 25690817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V1.0 ApS</w:t>
            </w:r>
          </w:p>
        </w:tc>
        <w:tc>
          <w:tcPr>
            <w:tcW w:type="dxa" w:w="798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ารส่งมอบงาน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(Sign off Letter)</w:t>
            </w:r>
          </w:p>
        </w:tc>
      </w:tr>
      <w:tr>
        <w:trPr>
          <w:trHeight w:hRule="exact" w:val="1770"/>
        </w:trPr>
        <w:tc>
          <w:tcPr>
            <w:tcW w:type="dxa" w:w="52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2356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Change Requests (3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427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1. 200-WMS-26-001-00 Change Report 25690521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V1.0 NoC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2. 200-WMS-26-001-00 Change Report 25690808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3. 200-WMS-26-001-00 Change Report 25690810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V1.0 SeV</w:t>
            </w:r>
          </w:p>
        </w:tc>
        <w:tc>
          <w:tcPr>
            <w:tcW w:type="dxa" w:w="798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61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840.0" w:type="dxa"/>
      </w:tblPr>
      <w:tblGrid>
        <w:gridCol w:w="7584"/>
        <w:gridCol w:w="7584"/>
      </w:tblGrid>
      <w:tr>
        <w:trPr>
          <w:trHeight w:hRule="exact" w:val="240"/>
        </w:trPr>
        <w:tc>
          <w:tcPr>
            <w:tcW w:type="dxa" w:w="5304"/>
            <w:tcBorders>
              <w:top w:sz="5.600000000000364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5.600000000000364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LoE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6838" w:h="11899"/>
          <w:pgMar w:top="240" w:right="814" w:bottom="10" w:left="85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84.0" w:type="dxa"/>
      </w:tblPr>
      <w:tblGrid>
        <w:gridCol w:w="5056"/>
        <w:gridCol w:w="5056"/>
        <w:gridCol w:w="5056"/>
      </w:tblGrid>
      <w:tr>
        <w:trPr>
          <w:trHeight w:hRule="exact" w:val="630"/>
        </w:trPr>
        <w:tc>
          <w:tcPr>
            <w:tcW w:type="dxa" w:w="15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404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36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List of Evidence</w:t>
            </w:r>
          </w:p>
        </w:tc>
      </w:tr>
      <w:tr>
        <w:trPr>
          <w:trHeight w:hRule="exact" w:val="184"/>
        </w:trPr>
        <w:tc>
          <w:tcPr>
            <w:tcW w:type="dxa" w:w="15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236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No.</w:t>
            </w:r>
          </w:p>
        </w:tc>
        <w:tc>
          <w:tcPr>
            <w:tcW w:type="dxa" w:w="2356"/>
            <w:tcBorders>
              <w:start w:sz="6.399999999999977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Instantiation</w:t>
            </w:r>
          </w:p>
        </w:tc>
        <w:tc>
          <w:tcPr>
            <w:tcW w:type="dxa" w:w="427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 Name</w:t>
            </w:r>
          </w:p>
        </w:tc>
        <w:tc>
          <w:tcPr>
            <w:tcW w:type="dxa" w:w="798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</w:tr>
      <w:tr>
        <w:trPr>
          <w:trHeight w:hRule="exact" w:val="6466"/>
        </w:trPr>
        <w:tc>
          <w:tcPr>
            <w:tcW w:type="dxa" w:w="526"/>
            <w:tcBorders>
              <w:start w:sz="5.600000000000023" w:val="single" w:color="#585858"/>
              <w:top w:sz="6.399999999999977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2356"/>
            <w:tcBorders>
              <w:start w:sz="6.399999999999977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Meeting Record (12 MoM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Report)</w:t>
            </w:r>
          </w:p>
        </w:tc>
        <w:tc>
          <w:tcPr>
            <w:tcW w:type="dxa" w:w="4274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4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25690105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25690123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3.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25690218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4.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25690317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5.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25690429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6.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25690513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7.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25690523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8.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25690529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9.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25690803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25690814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11.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25690817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12.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25690824 V1.0 YaB</w:t>
            </w:r>
          </w:p>
        </w:tc>
        <w:tc>
          <w:tcPr>
            <w:tcW w:type="dxa" w:w="7980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ารประชุมตามแผน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Schedule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  <w:tc>
          <w:tcPr>
            <w:tcW w:type="dxa" w:w="2356"/>
            <w:tcBorders>
              <w:start w:sz="6.399999999999977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Configuration</w:t>
            </w:r>
          </w:p>
        </w:tc>
        <w:tc>
          <w:tcPr>
            <w:tcW w:type="dxa" w:w="427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200-WMS-26-001-00 Software Configuration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25690817 V1.0 ThS</w:t>
            </w:r>
          </w:p>
        </w:tc>
        <w:tc>
          <w:tcPr>
            <w:tcW w:type="dxa" w:w="798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วามเปลี่ยนแปลงต่าง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ๆ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ึ้น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9</w:t>
            </w:r>
          </w:p>
        </w:tc>
        <w:tc>
          <w:tcPr>
            <w:tcW w:type="dxa" w:w="2356"/>
            <w:tcBorders>
              <w:start w:sz="6.399999999999977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Repository</w:t>
            </w:r>
          </w:p>
        </w:tc>
        <w:tc>
          <w:tcPr>
            <w:tcW w:type="dxa" w:w="427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200-WMS-26-001-00 Project Repository 25690817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V1.0 ThS</w:t>
            </w:r>
          </w:p>
        </w:tc>
        <w:tc>
          <w:tcPr>
            <w:tcW w:type="dxa" w:w="798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(Git Server: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git@188.166.228.62:nok/wms-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app.git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</w:tbl>
    <w:p>
      <w:pPr>
        <w:autoSpaceDN w:val="0"/>
        <w:autoSpaceDE w:val="0"/>
        <w:widowControl/>
        <w:spacing w:line="142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840.0" w:type="dxa"/>
      </w:tblPr>
      <w:tblGrid>
        <w:gridCol w:w="7584"/>
        <w:gridCol w:w="7584"/>
      </w:tblGrid>
      <w:tr>
        <w:trPr>
          <w:trHeight w:hRule="exact" w:val="240"/>
        </w:trPr>
        <w:tc>
          <w:tcPr>
            <w:tcW w:type="dxa" w:w="5304"/>
            <w:tcBorders>
              <w:top w:sz="5.600000000000364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5.600000000000364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LoE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6838" w:h="11899"/>
          <w:pgMar w:top="240" w:right="814" w:bottom="10" w:left="85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84.0" w:type="dxa"/>
      </w:tblPr>
      <w:tblGrid>
        <w:gridCol w:w="5056"/>
        <w:gridCol w:w="5056"/>
        <w:gridCol w:w="5056"/>
      </w:tblGrid>
      <w:tr>
        <w:trPr>
          <w:trHeight w:hRule="exact" w:val="618"/>
        </w:trPr>
        <w:tc>
          <w:tcPr>
            <w:tcW w:type="dxa" w:w="15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List of Evidence</w:t>
            </w:r>
          </w:p>
        </w:tc>
      </w:tr>
      <w:tr>
        <w:trPr>
          <w:trHeight w:hRule="exact" w:val="184"/>
        </w:trPr>
        <w:tc>
          <w:tcPr>
            <w:tcW w:type="dxa" w:w="15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236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No.</w:t>
            </w:r>
          </w:p>
        </w:tc>
        <w:tc>
          <w:tcPr>
            <w:tcW w:type="dxa" w:w="2356"/>
            <w:tcBorders>
              <w:start w:sz="6.399999999999977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Instantiation</w:t>
            </w:r>
          </w:p>
        </w:tc>
        <w:tc>
          <w:tcPr>
            <w:tcW w:type="dxa" w:w="427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 Name</w:t>
            </w:r>
          </w:p>
        </w:tc>
        <w:tc>
          <w:tcPr>
            <w:tcW w:type="dxa" w:w="798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5.600000000000023" w:val="single" w:color="#585858"/>
              <w:top w:sz="6.399999999999977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  <w:tc>
          <w:tcPr>
            <w:tcW w:type="dxa" w:w="2356"/>
            <w:tcBorders>
              <w:start w:sz="6.399999999999977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Repository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(Backup)</w:t>
            </w:r>
          </w:p>
        </w:tc>
        <w:tc>
          <w:tcPr>
            <w:tcW w:type="dxa" w:w="4274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200-WMS-26-001-00 Project Repository Backup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25690824 V1.0 ThS</w:t>
            </w:r>
          </w:p>
        </w:tc>
        <w:tc>
          <w:tcPr>
            <w:tcW w:type="dxa" w:w="7980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พื้นที่สำรองสำหรับ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(Git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git@github.com:thanakorninbox-dev/wms-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app.git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และชุดสำรองฐาน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ลาวด์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</w:tbl>
    <w:p>
      <w:pPr>
        <w:autoSpaceDN w:val="0"/>
        <w:autoSpaceDE w:val="0"/>
        <w:widowControl/>
        <w:spacing w:line="230" w:lineRule="exact" w:before="412" w:after="156"/>
        <w:ind w:left="0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SI Process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No.</w:t>
            </w:r>
          </w:p>
        </w:tc>
        <w:tc>
          <w:tcPr>
            <w:tcW w:type="dxa" w:w="280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Instantiation</w:t>
            </w:r>
          </w:p>
        </w:tc>
        <w:tc>
          <w:tcPr>
            <w:tcW w:type="dxa" w:w="574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 Name</w:t>
            </w:r>
          </w:p>
        </w:tc>
        <w:tc>
          <w:tcPr>
            <w:tcW w:type="dxa" w:w="606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11</w:t>
            </w:r>
          </w:p>
        </w:tc>
        <w:tc>
          <w:tcPr>
            <w:tcW w:type="dxa" w:w="280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Requirements specification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(SRS)</w:t>
            </w:r>
          </w:p>
        </w:tc>
        <w:tc>
          <w:tcPr>
            <w:tcW w:type="dxa" w:w="574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Software Requirements 25690225 V1.0 NoC</w:t>
            </w:r>
          </w:p>
        </w:tc>
        <w:tc>
          <w:tcPr>
            <w:tcW w:type="dxa" w:w="60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สารแสดง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ารซอฟต์แวร์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12</w:t>
            </w:r>
          </w:p>
        </w:tc>
        <w:tc>
          <w:tcPr>
            <w:tcW w:type="dxa" w:w="280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design</w:t>
            </w:r>
          </w:p>
        </w:tc>
        <w:tc>
          <w:tcPr>
            <w:tcW w:type="dxa" w:w="574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Software Design 25690306 V1.0 NoC</w:t>
            </w:r>
          </w:p>
        </w:tc>
        <w:tc>
          <w:tcPr>
            <w:tcW w:type="dxa" w:w="60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แบบระบบ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Baseline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13</w:t>
            </w:r>
          </w:p>
        </w:tc>
        <w:tc>
          <w:tcPr>
            <w:tcW w:type="dxa" w:w="280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Traceability record</w:t>
            </w:r>
          </w:p>
        </w:tc>
        <w:tc>
          <w:tcPr>
            <w:tcW w:type="dxa" w:w="574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Traceability Record 25690306 V1.0 NoC</w:t>
            </w:r>
          </w:p>
        </w:tc>
        <w:tc>
          <w:tcPr>
            <w:tcW w:type="dxa" w:w="606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ลับได้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(Traceability Matrix)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14</w:t>
            </w:r>
          </w:p>
        </w:tc>
        <w:tc>
          <w:tcPr>
            <w:tcW w:type="dxa" w:w="280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Components</w:t>
            </w:r>
          </w:p>
        </w:tc>
        <w:tc>
          <w:tcPr>
            <w:tcW w:type="dxa" w:w="574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Software Components 25690817 V1.0 ThS</w:t>
            </w:r>
          </w:p>
        </w:tc>
        <w:tc>
          <w:tcPr>
            <w:tcW w:type="dxa" w:w="60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สารแสดงส่วนประ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อบต่าง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ๆ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องโปรแ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รมแต่ละเวอร์ชัน</w:t>
            </w:r>
          </w:p>
        </w:tc>
      </w:tr>
      <w:tr>
        <w:trPr>
          <w:trHeight w:hRule="exact" w:val="706"/>
        </w:trPr>
        <w:tc>
          <w:tcPr>
            <w:tcW w:type="dxa" w:w="52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15</w:t>
            </w:r>
          </w:p>
        </w:tc>
        <w:tc>
          <w:tcPr>
            <w:tcW w:type="dxa" w:w="280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Cases and Test Procedures</w:t>
            </w:r>
          </w:p>
        </w:tc>
        <w:tc>
          <w:tcPr>
            <w:tcW w:type="dxa" w:w="574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200-WMS-26-001-00 Test Case and Test Procedures 25690731 V1.0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60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สารแสดงตัวอย่างชุด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้อมูลที่ใช้ทดสอบ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16</w:t>
            </w:r>
          </w:p>
        </w:tc>
        <w:tc>
          <w:tcPr>
            <w:tcW w:type="dxa" w:w="280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Report</w:t>
            </w:r>
          </w:p>
        </w:tc>
        <w:tc>
          <w:tcPr>
            <w:tcW w:type="dxa" w:w="574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Test Report 25690814 V1.0 PaNg</w:t>
            </w:r>
          </w:p>
        </w:tc>
        <w:tc>
          <w:tcPr>
            <w:tcW w:type="dxa" w:w="606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ารทดสอบระบบ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17</w:t>
            </w:r>
          </w:p>
        </w:tc>
        <w:tc>
          <w:tcPr>
            <w:tcW w:type="dxa" w:w="280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</w:t>
            </w:r>
          </w:p>
        </w:tc>
        <w:tc>
          <w:tcPr>
            <w:tcW w:type="dxa" w:w="574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Software 25690817 V1.0 ThS</w:t>
            </w:r>
          </w:p>
        </w:tc>
        <w:tc>
          <w:tcPr>
            <w:tcW w:type="dxa" w:w="606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ซอฟต์แวร์สำหรับส่งมอบให้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(Baseline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Tag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sdlc-v1.0-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final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18</w:t>
            </w:r>
          </w:p>
        </w:tc>
        <w:tc>
          <w:tcPr>
            <w:tcW w:type="dxa" w:w="280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User Documentation</w:t>
            </w:r>
          </w:p>
        </w:tc>
        <w:tc>
          <w:tcPr>
            <w:tcW w:type="dxa" w:w="574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Software User Document 25690814 V1.0 ThS</w:t>
            </w:r>
          </w:p>
        </w:tc>
        <w:tc>
          <w:tcPr>
            <w:tcW w:type="dxa" w:w="606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ารใช้งานสำหรับผู้ใช้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19</w:t>
            </w:r>
          </w:p>
        </w:tc>
        <w:tc>
          <w:tcPr>
            <w:tcW w:type="dxa" w:w="280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Product Operation Guide</w:t>
            </w:r>
          </w:p>
        </w:tc>
        <w:tc>
          <w:tcPr>
            <w:tcW w:type="dxa" w:w="574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Product Operation Guide 25690817 V1.0 ThS</w:t>
            </w:r>
          </w:p>
        </w:tc>
        <w:tc>
          <w:tcPr>
            <w:tcW w:type="dxa" w:w="60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ู่มือปฏิบัติงานสำหรับผู้ดูแลระบบ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</w:t>
            </w:r>
          </w:p>
        </w:tc>
        <w:tc>
          <w:tcPr>
            <w:tcW w:type="dxa" w:w="280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Maintenance Documentation</w:t>
            </w:r>
          </w:p>
        </w:tc>
        <w:tc>
          <w:tcPr>
            <w:tcW w:type="dxa" w:w="574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Maintenance Document 25690817 V1.0 ThS</w:t>
            </w:r>
          </w:p>
        </w:tc>
        <w:tc>
          <w:tcPr>
            <w:tcW w:type="dxa" w:w="606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ารบำรุงรั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ษาระบบ</w:t>
            </w:r>
          </w:p>
        </w:tc>
      </w:tr>
    </w:tbl>
    <w:p>
      <w:pPr>
        <w:autoSpaceDN w:val="0"/>
        <w:autoSpaceDE w:val="0"/>
        <w:widowControl/>
        <w:spacing w:line="199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840.0" w:type="dxa"/>
      </w:tblPr>
      <w:tblGrid>
        <w:gridCol w:w="7584"/>
        <w:gridCol w:w="7584"/>
      </w:tblGrid>
      <w:tr>
        <w:trPr>
          <w:trHeight w:hRule="exact" w:val="240"/>
        </w:trPr>
        <w:tc>
          <w:tcPr>
            <w:tcW w:type="dxa" w:w="5304"/>
            <w:tcBorders>
              <w:top w:sz="5.600000000000364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5.600000000000364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LoE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6838" w:h="11899"/>
          <w:pgMar w:top="240" w:right="814" w:bottom="10" w:left="85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84.0" w:type="dxa"/>
      </w:tblPr>
      <w:tblGrid>
        <w:gridCol w:w="5056"/>
        <w:gridCol w:w="5056"/>
        <w:gridCol w:w="5056"/>
      </w:tblGrid>
      <w:tr>
        <w:trPr>
          <w:trHeight w:hRule="exact" w:val="618"/>
        </w:trPr>
        <w:tc>
          <w:tcPr>
            <w:tcW w:type="dxa" w:w="15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List of Evidence</w:t>
            </w:r>
          </w:p>
        </w:tc>
      </w:tr>
      <w:tr>
        <w:trPr>
          <w:trHeight w:hRule="exact" w:val="184"/>
        </w:trPr>
        <w:tc>
          <w:tcPr>
            <w:tcW w:type="dxa" w:w="15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236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No.</w:t>
            </w:r>
          </w:p>
        </w:tc>
        <w:tc>
          <w:tcPr>
            <w:tcW w:type="dxa" w:w="2804"/>
            <w:tcBorders>
              <w:start w:sz="6.399999999999977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Instantiation</w:t>
            </w:r>
          </w:p>
        </w:tc>
        <w:tc>
          <w:tcPr>
            <w:tcW w:type="dxa" w:w="5746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 Name</w:t>
            </w:r>
          </w:p>
        </w:tc>
        <w:tc>
          <w:tcPr>
            <w:tcW w:type="dxa" w:w="606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</w:tr>
      <w:tr>
        <w:trPr>
          <w:trHeight w:hRule="exact" w:val="1244"/>
        </w:trPr>
        <w:tc>
          <w:tcPr>
            <w:tcW w:type="dxa" w:w="526"/>
            <w:tcBorders>
              <w:start w:sz="5.600000000000023" w:val="single" w:color="#585858"/>
              <w:top w:sz="6.399999999999977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21</w:t>
            </w:r>
          </w:p>
        </w:tc>
        <w:tc>
          <w:tcPr>
            <w:tcW w:type="dxa" w:w="2804"/>
            <w:tcBorders>
              <w:start w:sz="6.399999999999977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Verification result (4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5746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08" w:right="67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1. 200-WMS-26-001-00 Verification Results 25690317 V0.1 PaNg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2. 200-WMS-26-001-00 Verification Results 25690529 V0.2 PaNg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3. 200-WMS-26-001-00 Verification Results 25690731 V0.3 PaNg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4. 200-WMS-26-001-00 Verification Results 25690817 V1.0 PaNg</w:t>
            </w:r>
          </w:p>
        </w:tc>
        <w:tc>
          <w:tcPr>
            <w:tcW w:type="dxa" w:w="6060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ารจัดเตรียมและ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68"/>
        </w:trPr>
        <w:tc>
          <w:tcPr>
            <w:tcW w:type="dxa" w:w="52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22</w:t>
            </w:r>
          </w:p>
        </w:tc>
        <w:tc>
          <w:tcPr>
            <w:tcW w:type="dxa" w:w="280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Validation result</w:t>
            </w:r>
          </w:p>
        </w:tc>
        <w:tc>
          <w:tcPr>
            <w:tcW w:type="dxa" w:w="574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Validation Results 25690814 V1.0 PaNg</w:t>
            </w:r>
          </w:p>
        </w:tc>
        <w:tc>
          <w:tcPr>
            <w:tcW w:type="dxa" w:w="606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(UAT)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156"/>
        <w:ind w:left="0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Other Document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3792"/>
        <w:gridCol w:w="3792"/>
        <w:gridCol w:w="3792"/>
        <w:gridCol w:w="3792"/>
      </w:tblGrid>
      <w:tr>
        <w:trPr>
          <w:trHeight w:hRule="exact" w:val="466"/>
        </w:trPr>
        <w:tc>
          <w:tcPr>
            <w:tcW w:type="dxa" w:w="52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No.</w:t>
            </w:r>
          </w:p>
        </w:tc>
        <w:tc>
          <w:tcPr>
            <w:tcW w:type="dxa" w:w="3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Instantiation</w:t>
            </w:r>
          </w:p>
        </w:tc>
        <w:tc>
          <w:tcPr>
            <w:tcW w:type="dxa" w:w="66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 Name</w:t>
            </w:r>
          </w:p>
        </w:tc>
        <w:tc>
          <w:tcPr>
            <w:tcW w:type="dxa" w:w="475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3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Stakeholder Register</w:t>
            </w:r>
          </w:p>
        </w:tc>
        <w:tc>
          <w:tcPr>
            <w:tcW w:type="dxa" w:w="66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Stakeholder Register 25690116 V1.0 YaB</w:t>
            </w:r>
          </w:p>
        </w:tc>
        <w:tc>
          <w:tcPr>
            <w:tcW w:type="dxa" w:w="475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รายชื่อผู้มีส่วนได้ส่วนเสียและระดับ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ารมีส่วนร่วม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3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Charter Report</w:t>
            </w:r>
          </w:p>
        </w:tc>
        <w:tc>
          <w:tcPr>
            <w:tcW w:type="dxa" w:w="6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Project Charter Report 25690123 V1.0 YaB</w:t>
            </w:r>
          </w:p>
        </w:tc>
        <w:tc>
          <w:tcPr>
            <w:tcW w:type="dxa" w:w="475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ฎบัตรโ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3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TRACEABILITY-RECORD-Table</w:t>
            </w:r>
          </w:p>
        </w:tc>
        <w:tc>
          <w:tcPr>
            <w:tcW w:type="dxa" w:w="66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TRACEABILITY-RECORD 25690817 V1.0 NoC</w:t>
            </w:r>
          </w:p>
        </w:tc>
        <w:tc>
          <w:tcPr>
            <w:tcW w:type="dxa" w:w="475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ตารางสรุป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ารถึงผล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3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Training Report</w:t>
            </w:r>
          </w:p>
        </w:tc>
        <w:tc>
          <w:tcPr>
            <w:tcW w:type="dxa" w:w="6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Training Report 25690822 V1.0 YaB</w:t>
            </w:r>
          </w:p>
        </w:tc>
        <w:tc>
          <w:tcPr>
            <w:tcW w:type="dxa" w:w="475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ารอบรมผู้ใช้งานระบบ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3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List of Evidence</w:t>
            </w:r>
          </w:p>
        </w:tc>
        <w:tc>
          <w:tcPr>
            <w:tcW w:type="dxa" w:w="66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สารฉบับนี้</w:t>
            </w:r>
          </w:p>
        </w:tc>
        <w:tc>
          <w:tcPr>
            <w:tcW w:type="dxa" w:w="475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ดัชนีเอ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สารและหลั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ฐานทั้งหมด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40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วาม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รบถ้วน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องหลั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ฐาน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7584"/>
        <w:gridCol w:w="7584"/>
      </w:tblGrid>
      <w:tr>
        <w:trPr>
          <w:trHeight w:hRule="exact" w:val="464"/>
        </w:trPr>
        <w:tc>
          <w:tcPr>
            <w:tcW w:type="dxa" w:w="14446"/>
            <w:tcBorders>
              <w:start w:sz="5.600000000000023" w:val="single" w:color="#585858"/>
              <w:top w:sz="5.599999999999909" w:val="single" w:color="#585858"/>
              <w:end w:sz="6.399999999999636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.399999999999636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5.600000000000023" w:val="single" w:color="#585858"/>
              <w:top w:sz="5.599999999999909" w:val="single" w:color="#585858"/>
              <w:end w:sz="6.399999999999636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Work Products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PM</w:t>
            </w:r>
          </w:p>
        </w:tc>
        <w:tc>
          <w:tcPr>
            <w:tcW w:type="dxa" w:w="690"/>
            <w:tcBorders>
              <w:start w:sz="6.399999999999636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</w:tr>
      <w:tr>
        <w:trPr>
          <w:trHeight w:hRule="exact" w:val="466"/>
        </w:trPr>
        <w:tc>
          <w:tcPr>
            <w:tcW w:type="dxa" w:w="14446"/>
            <w:tcBorders>
              <w:start w:sz="5.600000000000023" w:val="single" w:color="#585858"/>
              <w:top w:sz="6.400000000000091" w:val="single" w:color="#585858"/>
              <w:end w:sz="6.399999999999636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Work Products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SI</w:t>
            </w:r>
          </w:p>
        </w:tc>
        <w:tc>
          <w:tcPr>
            <w:tcW w:type="dxa" w:w="690"/>
            <w:tcBorders>
              <w:start w:sz="6.399999999999636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12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5.600000000000023" w:val="single" w:color="#585858"/>
              <w:top w:sz="5.599999999999909" w:val="single" w:color="#585858"/>
              <w:end w:sz="6.399999999999636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อบเพิ่มเติม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(Other Document)</w:t>
            </w:r>
          </w:p>
        </w:tc>
        <w:tc>
          <w:tcPr>
            <w:tcW w:type="dxa" w:w="690"/>
            <w:tcBorders>
              <w:start w:sz="6.399999999999636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</w:tr>
    </w:tbl>
    <w:p>
      <w:pPr>
        <w:autoSpaceDN w:val="0"/>
        <w:autoSpaceDE w:val="0"/>
        <w:widowControl/>
        <w:spacing w:line="145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840.0" w:type="dxa"/>
      </w:tblPr>
      <w:tblGrid>
        <w:gridCol w:w="7584"/>
        <w:gridCol w:w="7584"/>
      </w:tblGrid>
      <w:tr>
        <w:trPr>
          <w:trHeight w:hRule="exact" w:val="240"/>
        </w:trPr>
        <w:tc>
          <w:tcPr>
            <w:tcW w:type="dxa" w:w="5304"/>
            <w:tcBorders>
              <w:top w:sz="5.600000000000364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5.600000000000364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LoE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6838" w:h="11899"/>
          <w:pgMar w:top="240" w:right="814" w:bottom="10" w:left="85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84.0" w:type="dxa"/>
      </w:tblPr>
      <w:tblGrid>
        <w:gridCol w:w="5056"/>
        <w:gridCol w:w="5056"/>
        <w:gridCol w:w="5056"/>
      </w:tblGrid>
      <w:tr>
        <w:trPr>
          <w:trHeight w:hRule="exact" w:val="618"/>
        </w:trPr>
        <w:tc>
          <w:tcPr>
            <w:tcW w:type="dxa" w:w="15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List of Evidence</w:t>
            </w:r>
          </w:p>
        </w:tc>
      </w:tr>
      <w:tr>
        <w:trPr>
          <w:trHeight w:hRule="exact" w:val="184"/>
        </w:trPr>
        <w:tc>
          <w:tcPr>
            <w:tcW w:type="dxa" w:w="15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236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7584"/>
        <w:gridCol w:w="7584"/>
      </w:tblGrid>
      <w:tr>
        <w:trPr>
          <w:trHeight w:hRule="exact" w:val="448"/>
        </w:trPr>
        <w:tc>
          <w:tcPr>
            <w:tcW w:type="dxa" w:w="14446"/>
            <w:tcBorders>
              <w:start w:sz="5.600000000000023" w:val="single" w:color="#585858"/>
              <w:top w:sz="5.600000000000023" w:val="single" w:color="#585858"/>
              <w:end w:sz="6.399999999999636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.399999999999636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5.600000000000023" w:val="single" w:color="#585858"/>
              <w:top w:sz="6.399999999999977" w:val="single" w:color="#585858"/>
              <w:end w:sz="6.399999999999636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ไฟล์เอ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็บทั้งหมด</w:t>
            </w:r>
          </w:p>
        </w:tc>
        <w:tc>
          <w:tcPr>
            <w:tcW w:type="dxa" w:w="690"/>
            <w:tcBorders>
              <w:start w:sz="6.399999999999636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58</w:t>
            </w:r>
          </w:p>
        </w:tc>
      </w:tr>
      <w:tr>
        <w:trPr>
          <w:trHeight w:hRule="exact" w:val="452"/>
        </w:trPr>
        <w:tc>
          <w:tcPr>
            <w:tcW w:type="dxa" w:w="14446"/>
            <w:tcBorders>
              <w:start w:sz="5.600000000000023" w:val="single" w:color="#585858"/>
              <w:top w:sz="5.599999999999909" w:val="single" w:color="#585858"/>
              <w:end w:sz="6.399999999999636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สารที่จัดเตรียม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690"/>
            <w:tcBorders>
              <w:start w:sz="6.399999999999636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58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5.600000000000023" w:val="single" w:color="#585858"/>
              <w:top w:sz="6.400000000000091" w:val="single" w:color="#585858"/>
              <w:end w:sz="6.399999999999636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สารที่ยังไม่ได้จัดเตรียม</w:t>
            </w:r>
          </w:p>
        </w:tc>
        <w:tc>
          <w:tcPr>
            <w:tcW w:type="dxa" w:w="690"/>
            <w:tcBorders>
              <w:start w:sz="6.399999999999636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4" w:lineRule="exact" w:before="318" w:after="0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สารและหลั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ฐานทั้งหมดจัดเ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็บใน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Project Repository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และสำรองไว้ตามที่ระบุในเอ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Project Repository (Backup)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โดยชุดเอ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สารส่งมอบ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ุมด้วย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Tag 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sdlc-v1.0-final</w:t>
      </w:r>
    </w:p>
    <w:p>
      <w:pPr>
        <w:autoSpaceDN w:val="0"/>
        <w:autoSpaceDE w:val="0"/>
        <w:widowControl/>
        <w:spacing w:line="256" w:lineRule="exact" w:before="332" w:after="156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3792"/>
        <w:gridCol w:w="3792"/>
        <w:gridCol w:w="3792"/>
        <w:gridCol w:w="3792"/>
      </w:tblGrid>
      <w:tr>
        <w:trPr>
          <w:trHeight w:hRule="exact" w:val="450"/>
        </w:trPr>
        <w:tc>
          <w:tcPr>
            <w:tcW w:type="dxa" w:w="484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393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3330"/>
            <w:tcBorders>
              <w:start w:sz="5.599999999999909" w:val="single" w:color="#585858"/>
              <w:top w:sz="6.400000000000091" w:val="single" w:color="#585858"/>
              <w:end w:sz="6.399999999999636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3030"/>
            <w:tcBorders>
              <w:start w:sz="6.399999999999636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39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3330"/>
            <w:tcBorders>
              <w:start w:sz="5.599999999999909" w:val="single" w:color="#585858"/>
              <w:top w:sz="5.599999999999909" w:val="single" w:color="#585858"/>
              <w:end w:sz="6.399999999999636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.399999999999636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3792"/>
        <w:gridCol w:w="3792"/>
        <w:gridCol w:w="3792"/>
        <w:gridCol w:w="3792"/>
      </w:tblGrid>
      <w:tr>
        <w:trPr>
          <w:trHeight w:hRule="exact" w:val="466"/>
        </w:trPr>
        <w:tc>
          <w:tcPr>
            <w:tcW w:type="dxa" w:w="484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393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3330"/>
            <w:tcBorders>
              <w:start w:sz="5.599999999999909" w:val="single" w:color="#585858"/>
              <w:top w:sz="6.400000000000091" w:val="single" w:color="#585858"/>
              <w:end w:sz="6.399999999999636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3030"/>
            <w:tcBorders>
              <w:start w:sz="6.399999999999636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39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3330"/>
            <w:tcBorders>
              <w:start w:sz="5.599999999999909" w:val="single" w:color="#585858"/>
              <w:top w:sz="5.599999999999909" w:val="single" w:color="#585858"/>
              <w:end w:sz="6.399999999999636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.399999999999636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3792"/>
        <w:gridCol w:w="3792"/>
        <w:gridCol w:w="3792"/>
        <w:gridCol w:w="3792"/>
      </w:tblGrid>
      <w:tr>
        <w:trPr>
          <w:trHeight w:hRule="exact" w:val="466"/>
        </w:trPr>
        <w:tc>
          <w:tcPr>
            <w:tcW w:type="dxa" w:w="484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393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3330"/>
            <w:tcBorders>
              <w:start w:sz="5.599999999999909" w:val="single" w:color="#585858"/>
              <w:top w:sz="6.400000000000091" w:val="single" w:color="#585858"/>
              <w:end w:sz="6.399999999999636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3030"/>
            <w:tcBorders>
              <w:start w:sz="6.399999999999636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39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3330"/>
            <w:tcBorders>
              <w:start w:sz="5.599999999999909" w:val="single" w:color="#585858"/>
              <w:top w:sz="5.599999999999909" w:val="single" w:color="#585858"/>
              <w:end w:sz="6.399999999999636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.399999999999636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59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840.0" w:type="dxa"/>
      </w:tblPr>
      <w:tblGrid>
        <w:gridCol w:w="7584"/>
        <w:gridCol w:w="7584"/>
      </w:tblGrid>
      <w:tr>
        <w:trPr>
          <w:trHeight w:hRule="exact" w:val="240"/>
        </w:trPr>
        <w:tc>
          <w:tcPr>
            <w:tcW w:type="dxa" w:w="5304"/>
            <w:tcBorders>
              <w:top w:sz="5.600000000000364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5.600000000000364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LoE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240" w:right="814" w:bottom="10" w:left="856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