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0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24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796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Validation Result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80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24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40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Document No</w:t>
            </w:r>
          </w:p>
        </w:tc>
        <w:tc>
          <w:tcPr>
            <w:tcW w:type="dxa" w:w="2640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Validation Result (UAT)</w:t>
            </w:r>
          </w:p>
        </w:tc>
        <w:tc>
          <w:tcPr>
            <w:tcW w:type="dxa" w:w="2236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Release, Version, By:</w:t>
            </w:r>
          </w:p>
        </w:tc>
        <w:tc>
          <w:tcPr>
            <w:tcW w:type="dxa" w:w="2534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5.600000000000023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25690814 V1.0 PaNg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(BRN WMS)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เอ็นเตอร์ไพรส์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ารยืนยัน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ับผู้ใช้งาน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 – 24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สุภัทรประทีป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(Project Manager) ,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 (System Analyst)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บางชมภู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(Document Control)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Responsible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ุลธรณ์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(Project Sponsor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ตัวแทนลู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)</w:t>
            </w:r>
          </w:p>
        </w:tc>
      </w:tr>
    </w:tbl>
    <w:p>
      <w:pPr>
        <w:autoSpaceDN w:val="0"/>
        <w:autoSpaceDE w:val="0"/>
        <w:widowControl/>
        <w:spacing w:line="268" w:lineRule="exact" w:before="432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วัตถุประสง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์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(Objective)</w:t>
      </w:r>
    </w:p>
    <w:p>
      <w:pPr>
        <w:autoSpaceDN w:val="0"/>
        <w:autoSpaceDE w:val="0"/>
        <w:widowControl/>
        <w:spacing w:line="300" w:lineRule="exact" w:before="130" w:after="0"/>
        <w:ind w:left="256" w:right="864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เพื่อยืนยันว่าระบบที่พัฒนาตรงตาม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วามต้อง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องลู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(Customer Requirements)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สามารถใช้งานได้จริง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มี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ประสิทธิภาพ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มี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วามปลอดภัย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และพร้อมเปิดใช้งานจริง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(Go-Live)</w:t>
      </w:r>
    </w:p>
    <w:p>
      <w:pPr>
        <w:autoSpaceDN w:val="0"/>
        <w:autoSpaceDE w:val="0"/>
        <w:widowControl/>
        <w:spacing w:line="268" w:lineRule="exact" w:before="396" w:after="154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สภาพแวดล้อมและผู้ทดสอบ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3494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</w:p>
        </w:tc>
        <w:tc>
          <w:tcPr>
            <w:tcW w:type="dxa" w:w="556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466"/>
        </w:trPr>
        <w:tc>
          <w:tcPr>
            <w:tcW w:type="dxa" w:w="3494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สภาพแวดล้อมที่ใช้ทดสอบ</w:t>
            </w:r>
          </w:p>
        </w:tc>
        <w:tc>
          <w:tcPr>
            <w:tcW w:type="dxa" w:w="556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สภาพแวดล้อมใช้งานจริง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องลู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</w:p>
        </w:tc>
      </w:tr>
      <w:tr>
        <w:trPr>
          <w:trHeight w:hRule="exact" w:val="450"/>
        </w:trPr>
        <w:tc>
          <w:tcPr>
            <w:tcW w:type="dxa" w:w="3494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ผู้ทดสอบ</w:t>
            </w:r>
          </w:p>
        </w:tc>
        <w:tc>
          <w:tcPr>
            <w:tcW w:type="dxa" w:w="556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(Project Sponsor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ตัวแทนลู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</w:tr>
      <w:tr>
        <w:trPr>
          <w:trHeight w:hRule="exact" w:val="464"/>
        </w:trPr>
        <w:tc>
          <w:tcPr>
            <w:tcW w:type="dxa" w:w="3494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</w:p>
        </w:tc>
        <w:tc>
          <w:tcPr>
            <w:tcW w:type="dxa" w:w="556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ุณปริญ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(QA/Tester)</w:t>
            </w:r>
          </w:p>
        </w:tc>
      </w:tr>
      <w:tr>
        <w:trPr>
          <w:trHeight w:hRule="exact" w:val="450"/>
        </w:trPr>
        <w:tc>
          <w:tcPr>
            <w:tcW w:type="dxa" w:w="3494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ช่วงเวลาทดสอบ</w:t>
            </w:r>
          </w:p>
        </w:tc>
        <w:tc>
          <w:tcPr>
            <w:tcW w:type="dxa" w:w="556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 – 14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</w:t>
            </w:r>
          </w:p>
        </w:tc>
      </w:tr>
      <w:tr>
        <w:trPr>
          <w:trHeight w:hRule="exact" w:val="466"/>
        </w:trPr>
        <w:tc>
          <w:tcPr>
            <w:tcW w:type="dxa" w:w="3494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สถานะ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Repository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ที่ใ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ล้เ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ียงที่สุด</w:t>
            </w:r>
          </w:p>
        </w:tc>
        <w:tc>
          <w:tcPr>
            <w:tcW w:type="dxa" w:w="556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120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Commit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dd48a8b</w:t>
            </w:r>
          </w:p>
        </w:tc>
      </w:tr>
    </w:tbl>
    <w:p>
      <w:pPr>
        <w:autoSpaceDN w:val="0"/>
        <w:autoSpaceDE w:val="0"/>
        <w:widowControl/>
        <w:spacing w:line="268" w:lineRule="exact" w:before="356" w:after="154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ตารางสรุป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Validation Result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1394"/>
        <w:gridCol w:w="1394"/>
        <w:gridCol w:w="1394"/>
        <w:gridCol w:w="1394"/>
        <w:gridCol w:w="1394"/>
        <w:gridCol w:w="1394"/>
        <w:gridCol w:w="1394"/>
      </w:tblGrid>
      <w:tr>
        <w:trPr>
          <w:trHeight w:hRule="exact" w:val="720"/>
        </w:trPr>
        <w:tc>
          <w:tcPr>
            <w:tcW w:type="dxa" w:w="480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</w:t>
            </w:r>
          </w:p>
        </w:tc>
        <w:tc>
          <w:tcPr>
            <w:tcW w:type="dxa" w:w="188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Case</w:t>
            </w:r>
          </w:p>
        </w:tc>
        <w:tc>
          <w:tcPr>
            <w:tcW w:type="dxa" w:w="1440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2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 ID</w:t>
            </w:r>
          </w:p>
        </w:tc>
        <w:tc>
          <w:tcPr>
            <w:tcW w:type="dxa" w:w="1546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Customer Req.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Topic</w:t>
            </w:r>
          </w:p>
        </w:tc>
        <w:tc>
          <w:tcPr>
            <w:tcW w:type="dxa" w:w="2250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ผลลัพธ์ที่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าดหวัง</w:t>
            </w:r>
          </w:p>
        </w:tc>
        <w:tc>
          <w:tcPr>
            <w:tcW w:type="dxa" w:w="780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Status</w:t>
            </w:r>
          </w:p>
        </w:tc>
        <w:tc>
          <w:tcPr>
            <w:tcW w:type="dxa" w:w="67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Tester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188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12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TC-UN01.001, TC-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UN01.002, TC-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UN01.003, TC-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UN01.004</w:t>
            </w:r>
          </w:p>
        </w:tc>
        <w:tc>
          <w:tcPr>
            <w:tcW w:type="dxa" w:w="1440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20" w:right="560" w:firstLine="0"/>
              <w:jc w:val="both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CR01:001,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CR01:002,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CR01:003,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CR01:004</w:t>
            </w:r>
          </w:p>
        </w:tc>
        <w:tc>
          <w:tcPr>
            <w:tcW w:type="dxa" w:w="1546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ารลงทะเบียนและ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ำหนดสิทธิ์ผู้ใช้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</w:t>
            </w:r>
          </w:p>
        </w:tc>
        <w:tc>
          <w:tcPr>
            <w:tcW w:type="dxa" w:w="2250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ผู้ใช้เ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้าสู่บริษัทที่ถู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เห็นเฉพาะเมนูที่ได้รับสิทธิ์</w:t>
            </w:r>
          </w:p>
        </w:tc>
        <w:tc>
          <w:tcPr>
            <w:tcW w:type="dxa" w:w="780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67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SeV</w:t>
            </w:r>
          </w:p>
        </w:tc>
      </w:tr>
      <w:tr>
        <w:trPr>
          <w:trHeight w:hRule="exact" w:val="974"/>
        </w:trPr>
        <w:tc>
          <w:tcPr>
            <w:tcW w:type="dxa" w:w="480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188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2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TC-UN03.001, TC-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UN03.004</w:t>
            </w:r>
          </w:p>
        </w:tc>
        <w:tc>
          <w:tcPr>
            <w:tcW w:type="dxa" w:w="1440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0" w:right="432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CR01:005,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CR01:006</w:t>
            </w:r>
          </w:p>
        </w:tc>
        <w:tc>
          <w:tcPr>
            <w:tcW w:type="dxa" w:w="1546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</w:p>
        </w:tc>
        <w:tc>
          <w:tcPr>
            <w:tcW w:type="dxa" w:w="2250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พื้นที่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ช่องจัด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้าได้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รบตาม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รงสร้างที่ใช้จริง</w:t>
            </w:r>
          </w:p>
        </w:tc>
        <w:tc>
          <w:tcPr>
            <w:tcW w:type="dxa" w:w="780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67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SeV</w:t>
            </w:r>
          </w:p>
        </w:tc>
      </w:tr>
    </w:tbl>
    <w:p>
      <w:pPr>
        <w:autoSpaceDN w:val="0"/>
        <w:autoSpaceDE w:val="0"/>
        <w:widowControl/>
        <w:spacing w:line="130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2"/>
        </w:trPr>
        <w:tc>
          <w:tcPr>
            <w:tcW w:type="dxa" w:w="504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4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403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4" w:after="0"/>
              <w:ind w:left="0" w:right="4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VaR (UAT)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240" w:right="704" w:bottom="12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0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24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796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Validation Result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80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24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40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1394"/>
        <w:gridCol w:w="1394"/>
        <w:gridCol w:w="1394"/>
        <w:gridCol w:w="1394"/>
        <w:gridCol w:w="1394"/>
        <w:gridCol w:w="1394"/>
        <w:gridCol w:w="1394"/>
      </w:tblGrid>
      <w:tr>
        <w:trPr>
          <w:trHeight w:hRule="exact" w:val="720"/>
        </w:trPr>
        <w:tc>
          <w:tcPr>
            <w:tcW w:type="dxa" w:w="480"/>
            <w:tcBorders>
              <w:start w:sz="5.600000000000023" w:val="single" w:color="#585858"/>
              <w:top w:sz="5.600000000000023" w:val="single" w:color="#585858"/>
              <w:end w:sz="5.600000000000023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</w:t>
            </w:r>
          </w:p>
        </w:tc>
        <w:tc>
          <w:tcPr>
            <w:tcW w:type="dxa" w:w="188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Case</w:t>
            </w:r>
          </w:p>
        </w:tc>
        <w:tc>
          <w:tcPr>
            <w:tcW w:type="dxa" w:w="1440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 ID</w:t>
            </w:r>
          </w:p>
        </w:tc>
        <w:tc>
          <w:tcPr>
            <w:tcW w:type="dxa" w:w="1546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Customer Req.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Topic</w:t>
            </w:r>
          </w:p>
        </w:tc>
        <w:tc>
          <w:tcPr>
            <w:tcW w:type="dxa" w:w="2250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ผลลัพธ์ที่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าดหวัง</w:t>
            </w:r>
          </w:p>
        </w:tc>
        <w:tc>
          <w:tcPr>
            <w:tcW w:type="dxa" w:w="780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Status</w:t>
            </w:r>
          </w:p>
        </w:tc>
        <w:tc>
          <w:tcPr>
            <w:tcW w:type="dxa" w:w="674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Tester</w:t>
            </w:r>
          </w:p>
        </w:tc>
      </w:tr>
      <w:tr>
        <w:trPr>
          <w:trHeight w:hRule="exact" w:val="720"/>
        </w:trPr>
        <w:tc>
          <w:tcPr>
            <w:tcW w:type="dxa" w:w="480"/>
            <w:tcBorders>
              <w:start w:sz="5.600000000000023" w:val="single" w:color="#585858"/>
              <w:top w:sz="5.600000000000023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188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TC-UN04.001</w:t>
            </w:r>
          </w:p>
        </w:tc>
        <w:tc>
          <w:tcPr>
            <w:tcW w:type="dxa" w:w="1440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CR01:007</w:t>
            </w:r>
          </w:p>
        </w:tc>
        <w:tc>
          <w:tcPr>
            <w:tcW w:type="dxa" w:w="1546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2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ารรับสิน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</w:p>
        </w:tc>
        <w:tc>
          <w:tcPr>
            <w:tcW w:type="dxa" w:w="2250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รับเ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้าแล้วยอด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งเหลือ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ลื่อนไหวถู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</w:p>
        </w:tc>
        <w:tc>
          <w:tcPr>
            <w:tcW w:type="dxa" w:w="780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674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SeV</w:t>
            </w:r>
          </w:p>
        </w:tc>
      </w:tr>
      <w:tr>
        <w:trPr>
          <w:trHeight w:hRule="exact" w:val="972"/>
        </w:trPr>
        <w:tc>
          <w:tcPr>
            <w:tcW w:type="dxa" w:w="480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188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TC-UN04.002</w:t>
            </w:r>
          </w:p>
        </w:tc>
        <w:tc>
          <w:tcPr>
            <w:tcW w:type="dxa" w:w="144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2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CR01:008</w:t>
            </w:r>
          </w:p>
        </w:tc>
        <w:tc>
          <w:tcPr>
            <w:tcW w:type="dxa" w:w="1546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ารจ่ายสิน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</w:p>
        </w:tc>
        <w:tc>
          <w:tcPr>
            <w:tcW w:type="dxa" w:w="2250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จ่ายออ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ภายในยอด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งเหลือได้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และระบบปฏิเสธ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ารจ่ายเ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ิน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ยอด</w:t>
            </w:r>
          </w:p>
        </w:tc>
        <w:tc>
          <w:tcPr>
            <w:tcW w:type="dxa" w:w="7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67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SeV</w:t>
            </w:r>
          </w:p>
        </w:tc>
      </w:tr>
      <w:tr>
        <w:trPr>
          <w:trHeight w:hRule="exact" w:val="976"/>
        </w:trPr>
        <w:tc>
          <w:tcPr>
            <w:tcW w:type="dxa" w:w="480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  <w:tc>
          <w:tcPr>
            <w:tcW w:type="dxa" w:w="188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TC-UN04.003</w:t>
            </w:r>
          </w:p>
        </w:tc>
        <w:tc>
          <w:tcPr>
            <w:tcW w:type="dxa" w:w="144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2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CR01:009</w:t>
            </w:r>
          </w:p>
        </w:tc>
        <w:tc>
          <w:tcPr>
            <w:tcW w:type="dxa" w:w="1546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ารโอนย้ายสิน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ระหว่างตำแหน่ง</w:t>
            </w:r>
          </w:p>
        </w:tc>
        <w:tc>
          <w:tcPr>
            <w:tcW w:type="dxa" w:w="2250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ยอดต้นทางและปลายทางสมดุล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ลับได้เป็นราย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เดียว</w:t>
            </w:r>
          </w:p>
        </w:tc>
        <w:tc>
          <w:tcPr>
            <w:tcW w:type="dxa" w:w="7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67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SeV</w:t>
            </w:r>
          </w:p>
        </w:tc>
      </w:tr>
      <w:tr>
        <w:trPr>
          <w:trHeight w:hRule="exact" w:val="990"/>
        </w:trPr>
        <w:tc>
          <w:tcPr>
            <w:tcW w:type="dxa" w:w="480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</w:t>
            </w:r>
          </w:p>
        </w:tc>
        <w:tc>
          <w:tcPr>
            <w:tcW w:type="dxa" w:w="18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TC-UN04.004, TC-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UN04.005</w:t>
            </w:r>
          </w:p>
        </w:tc>
        <w:tc>
          <w:tcPr>
            <w:tcW w:type="dxa" w:w="144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0" w:right="432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CR01:010,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CR01:012</w:t>
            </w:r>
          </w:p>
        </w:tc>
        <w:tc>
          <w:tcPr>
            <w:tcW w:type="dxa" w:w="1546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ารติดตาม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Lot,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Serial Number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และวันหมดอายุ</w:t>
            </w:r>
          </w:p>
        </w:tc>
        <w:tc>
          <w:tcPr>
            <w:tcW w:type="dxa" w:w="2250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้อมูลติดตาม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งอยู่และแสดงใน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รายงานที่เ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ี่ยว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พร้อมพิมพ์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บาร์โ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้ดได้</w:t>
            </w:r>
          </w:p>
        </w:tc>
        <w:tc>
          <w:tcPr>
            <w:tcW w:type="dxa" w:w="7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67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SeV</w:t>
            </w:r>
          </w:p>
        </w:tc>
      </w:tr>
      <w:tr>
        <w:trPr>
          <w:trHeight w:hRule="exact" w:val="976"/>
        </w:trPr>
        <w:tc>
          <w:tcPr>
            <w:tcW w:type="dxa" w:w="480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7</w:t>
            </w:r>
          </w:p>
        </w:tc>
        <w:tc>
          <w:tcPr>
            <w:tcW w:type="dxa" w:w="188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TC-UN05.001</w:t>
            </w:r>
          </w:p>
        </w:tc>
        <w:tc>
          <w:tcPr>
            <w:tcW w:type="dxa" w:w="144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2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CR01:013</w:t>
            </w:r>
          </w:p>
        </w:tc>
        <w:tc>
          <w:tcPr>
            <w:tcW w:type="dxa" w:w="1546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</w:p>
        </w:tc>
        <w:tc>
          <w:tcPr>
            <w:tcW w:type="dxa" w:w="2250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ใบเสนอรา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ใบสั่ง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ใบแจ้ง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หนี้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และใบรับ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ทำงานตาม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ลำดับสถานะที่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</w:t>
            </w:r>
          </w:p>
        </w:tc>
        <w:tc>
          <w:tcPr>
            <w:tcW w:type="dxa" w:w="7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67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SeV</w:t>
            </w:r>
          </w:p>
        </w:tc>
      </w:tr>
      <w:tr>
        <w:trPr>
          <w:trHeight w:hRule="exact" w:val="974"/>
        </w:trPr>
        <w:tc>
          <w:tcPr>
            <w:tcW w:type="dxa" w:w="480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8</w:t>
            </w:r>
          </w:p>
        </w:tc>
        <w:tc>
          <w:tcPr>
            <w:tcW w:type="dxa" w:w="188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TC-UN06.001</w:t>
            </w:r>
          </w:p>
        </w:tc>
        <w:tc>
          <w:tcPr>
            <w:tcW w:type="dxa" w:w="144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2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CR01:014</w:t>
            </w:r>
          </w:p>
        </w:tc>
        <w:tc>
          <w:tcPr>
            <w:tcW w:type="dxa" w:w="1546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ารจัดซื้อ</w:t>
            </w:r>
          </w:p>
        </w:tc>
        <w:tc>
          <w:tcPr>
            <w:tcW w:type="dxa" w:w="2250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50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อซื้อ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ใบสั่งซื้อ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ใบแจ้งหนี้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ซื้อ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และใบ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ืนผู้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ทำงานตาม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ลำดับสถานะที่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</w:t>
            </w:r>
          </w:p>
        </w:tc>
        <w:tc>
          <w:tcPr>
            <w:tcW w:type="dxa" w:w="7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67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SeV</w:t>
            </w:r>
          </w:p>
        </w:tc>
      </w:tr>
      <w:tr>
        <w:trPr>
          <w:trHeight w:hRule="exact" w:val="976"/>
        </w:trPr>
        <w:tc>
          <w:tcPr>
            <w:tcW w:type="dxa" w:w="480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9</w:t>
            </w:r>
          </w:p>
        </w:tc>
        <w:tc>
          <w:tcPr>
            <w:tcW w:type="dxa" w:w="18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TC-UN07.001, TC-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UN08.001</w:t>
            </w:r>
          </w:p>
        </w:tc>
        <w:tc>
          <w:tcPr>
            <w:tcW w:type="dxa" w:w="144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0" w:right="432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CR01:015,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CR01:016</w:t>
            </w:r>
          </w:p>
        </w:tc>
        <w:tc>
          <w:tcPr>
            <w:tcW w:type="dxa" w:w="1546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8" w:lineRule="exact" w:before="46" w:after="0"/>
              <w:ind w:left="112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ารเงินและ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บัญชี</w:t>
            </w:r>
          </w:p>
        </w:tc>
        <w:tc>
          <w:tcPr>
            <w:tcW w:type="dxa" w:w="2250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ใบเสร็จ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ใบสำ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ัญจ่าย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ารบัญชีสมดุลและตรวจ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สอบได้</w:t>
            </w:r>
          </w:p>
        </w:tc>
        <w:tc>
          <w:tcPr>
            <w:tcW w:type="dxa" w:w="7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67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SeV</w:t>
            </w:r>
          </w:p>
        </w:tc>
      </w:tr>
      <w:tr>
        <w:trPr>
          <w:trHeight w:hRule="exact" w:val="990"/>
        </w:trPr>
        <w:tc>
          <w:tcPr>
            <w:tcW w:type="dxa" w:w="480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10</w:t>
            </w:r>
          </w:p>
        </w:tc>
        <w:tc>
          <w:tcPr>
            <w:tcW w:type="dxa" w:w="18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2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TC-UN09.002, TC-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UN09.003, TC-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UN09.004</w:t>
            </w:r>
          </w:p>
        </w:tc>
        <w:tc>
          <w:tcPr>
            <w:tcW w:type="dxa" w:w="144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20" w:right="560" w:firstLine="0"/>
              <w:jc w:val="both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CR01:011,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CR01:017,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CR01:020</w:t>
            </w:r>
          </w:p>
        </w:tc>
        <w:tc>
          <w:tcPr>
            <w:tcW w:type="dxa" w:w="1546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144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และรายงาน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ารเงิน</w:t>
            </w:r>
          </w:p>
        </w:tc>
        <w:tc>
          <w:tcPr>
            <w:tcW w:type="dxa" w:w="2250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รายงานแสดงผลตรงตามตัว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รองและ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ตสิทธิ์</w:t>
            </w:r>
          </w:p>
        </w:tc>
        <w:tc>
          <w:tcPr>
            <w:tcW w:type="dxa" w:w="7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67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SeV</w:t>
            </w:r>
          </w:p>
        </w:tc>
      </w:tr>
      <w:tr>
        <w:trPr>
          <w:trHeight w:hRule="exact" w:val="974"/>
        </w:trPr>
        <w:tc>
          <w:tcPr>
            <w:tcW w:type="dxa" w:w="480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11</w:t>
            </w:r>
          </w:p>
        </w:tc>
        <w:tc>
          <w:tcPr>
            <w:tcW w:type="dxa" w:w="188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2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TC-UN11.001, TC-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UN11.002</w:t>
            </w:r>
          </w:p>
        </w:tc>
        <w:tc>
          <w:tcPr>
            <w:tcW w:type="dxa" w:w="144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0" w:right="432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CR01:021,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CR01:022</w:t>
            </w:r>
          </w:p>
        </w:tc>
        <w:tc>
          <w:tcPr>
            <w:tcW w:type="dxa" w:w="1546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2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ารแจ้งเตือนและ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เวลา</w:t>
            </w:r>
          </w:p>
        </w:tc>
        <w:tc>
          <w:tcPr>
            <w:tcW w:type="dxa" w:w="2250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ผู้ใช้ที่เ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ี่ยว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้องได้รับ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ารแจ้ง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เตือนโดยไม่ซ้ำซ้อน</w:t>
            </w:r>
          </w:p>
        </w:tc>
        <w:tc>
          <w:tcPr>
            <w:tcW w:type="dxa" w:w="7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67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SeV</w:t>
            </w:r>
          </w:p>
        </w:tc>
      </w:tr>
      <w:tr>
        <w:trPr>
          <w:trHeight w:hRule="exact" w:val="976"/>
        </w:trPr>
        <w:tc>
          <w:tcPr>
            <w:tcW w:type="dxa" w:w="480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12</w:t>
            </w:r>
          </w:p>
        </w:tc>
        <w:tc>
          <w:tcPr>
            <w:tcW w:type="dxa" w:w="188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TC-UN12.001, TC-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UN12.001</w:t>
            </w:r>
          </w:p>
        </w:tc>
        <w:tc>
          <w:tcPr>
            <w:tcW w:type="dxa" w:w="1440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432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CR01:024,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CR08:004</w:t>
            </w:r>
          </w:p>
        </w:tc>
        <w:tc>
          <w:tcPr>
            <w:tcW w:type="dxa" w:w="1546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ระหว่างบริษัทและ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</w:p>
        </w:tc>
        <w:tc>
          <w:tcPr>
            <w:tcW w:type="dxa" w:w="2250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้าถึง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้ามบริษัทหรือ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ลังที่ไม่ได้รับสิทธิ์ถู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ปฏิเสธ</w:t>
            </w:r>
          </w:p>
        </w:tc>
        <w:tc>
          <w:tcPr>
            <w:tcW w:type="dxa" w:w="780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67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SeV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สรุปผล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ารทดสอบ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ารยอมรับ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836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69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จำนวน</w:t>
            </w:r>
          </w:p>
        </w:tc>
      </w:tr>
      <w:tr>
        <w:trPr>
          <w:trHeight w:hRule="exact" w:val="464"/>
        </w:trPr>
        <w:tc>
          <w:tcPr>
            <w:tcW w:type="dxa" w:w="836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ารณ์ทดสอบทั้งหมด</w:t>
            </w:r>
          </w:p>
        </w:tc>
        <w:tc>
          <w:tcPr>
            <w:tcW w:type="dxa" w:w="69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12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(Passed)</w:t>
            </w:r>
          </w:p>
        </w:tc>
        <w:tc>
          <w:tcPr>
            <w:tcW w:type="dxa" w:w="69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12</w:t>
            </w:r>
          </w:p>
        </w:tc>
      </w:tr>
      <w:tr>
        <w:trPr>
          <w:trHeight w:hRule="exact" w:val="466"/>
        </w:trPr>
        <w:tc>
          <w:tcPr>
            <w:tcW w:type="dxa" w:w="836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ไม่ผ่าน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(Failed)</w:t>
            </w:r>
          </w:p>
        </w:tc>
        <w:tc>
          <w:tcPr>
            <w:tcW w:type="dxa" w:w="69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</w:t>
            </w:r>
          </w:p>
        </w:tc>
        <w:tc>
          <w:tcPr>
            <w:tcW w:type="dxa" w:w="69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</w:t>
            </w:r>
          </w:p>
        </w:tc>
      </w:tr>
    </w:tbl>
    <w:p>
      <w:pPr>
        <w:autoSpaceDN w:val="0"/>
        <w:autoSpaceDE w:val="0"/>
        <w:widowControl/>
        <w:spacing w:line="1378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2"/>
        </w:trPr>
        <w:tc>
          <w:tcPr>
            <w:tcW w:type="dxa" w:w="504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4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403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4" w:after="0"/>
              <w:ind w:left="0" w:right="4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VaR (UAT)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240" w:right="704" w:bottom="12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0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24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796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Validation Result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80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24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p>
      <w:pPr>
        <w:autoSpaceDN w:val="0"/>
        <w:autoSpaceDE w:val="0"/>
        <w:widowControl/>
        <w:spacing w:line="308" w:lineRule="exact" w:before="366" w:after="0"/>
        <w:ind w:left="256" w:right="676" w:firstLine="0"/>
        <w:jc w:val="both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ตัวแทนลู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้าได้ทดสอบ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ารยอมรับ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รบทุ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สถาน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ารณ์บนสภาพแวดล้อมใช้งานจริง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ผล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ารทดสอบผ่านทั้งหมด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ไม่พบ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ประเด็นที่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ารเปิดใช้งาน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จึงยืนยัน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วามพร้อม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องระบบสำหรับ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ารตรวจรับส่งมอบ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ซึ่งบันทึ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ไว้ใน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Acceptance 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Report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เมื่อ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17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สิงหา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2569</w:t>
      </w:r>
    </w:p>
    <w:p>
      <w:pPr>
        <w:autoSpaceDN w:val="0"/>
        <w:autoSpaceDE w:val="0"/>
        <w:widowControl/>
        <w:spacing w:line="258" w:lineRule="exact" w:before="330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ผู้จัดทำเอ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289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ุณปริญ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QA/Tester</w:t>
            </w:r>
          </w:p>
        </w:tc>
        <w:tc>
          <w:tcPr>
            <w:tcW w:type="dxa" w:w="199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8" w:lineRule="exact" w:before="306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ผู้ตรวจสอบเอ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50"/>
        </w:trPr>
        <w:tc>
          <w:tcPr>
            <w:tcW w:type="dxa" w:w="289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System Analyst</w:t>
            </w:r>
          </w:p>
        </w:tc>
        <w:tc>
          <w:tcPr>
            <w:tcW w:type="dxa" w:w="199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8" w:lineRule="exact" w:before="292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199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8038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2"/>
        </w:trPr>
        <w:tc>
          <w:tcPr>
            <w:tcW w:type="dxa" w:w="504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4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403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4" w:after="0"/>
              <w:ind w:left="0" w:right="4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VaR (UAT)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240" w:right="704" w:bottom="12" w:left="1440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