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19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Verification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Results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24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19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4 (17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2569)</w:t>
            </w:r>
          </w:p>
        </w:tc>
        <w:tc>
          <w:tcPr>
            <w:tcW w:type="dxa" w:w="222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324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User Acceptance Test 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81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Project Plan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8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Requirements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81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Change Report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81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and Test Procedures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81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 Results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User Document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81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ารทดสอบพร้อมใช้งานจริง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 Operation Guide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 Document</w:t>
            </w:r>
          </w:p>
        </w:tc>
      </w:tr>
    </w:tbl>
    <w:p>
      <w:pPr>
        <w:autoSpaceDN w:val="0"/>
        <w:autoSpaceDE w:val="0"/>
        <w:widowControl/>
        <w:spacing w:line="193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99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Run Version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ระบุเวอร์ชันและวันที่ตรง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ระบุรายละเอียดหัว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Manufacture, 2 Overview, 3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Goals and Scope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3.3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WP 1.0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ารสิ่งส่งมอบและรหัส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VR04.010.005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Organization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้อมูลผู้รับผิดชอบ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VR04.010.006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Project Estimate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Resources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มีปริมาณงานและทรัพยา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VR04.010.007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 Work 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และสิ่งส่งมอบ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27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รรมพร้อมราย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VR04.010.008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Risk Management Plan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และผู้รับผิดชอบ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R1–R8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แนวทางจัด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VR04.010.009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Contingency Actions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ระบุแผนรองรับ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รณีงานไม่แล้วเสร็จ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VR04.010.010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1228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2.0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VR04.020.001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VR04.020.002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ารแต่ละราย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CR01–CR14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CR01:001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ียนและเรียงลำดับถู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Result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VR04.020.005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ลงชื่อผู้จัดทำและผู้อนุมัติซึ่งเป็นฝ่าย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3.0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ารซอฟต์แวร์ลงใน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VR04.030.004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SR01:001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ียนและเรียงลำดับถู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VR04.030.005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Remark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VR04.030.006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4.0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Design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66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High Level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Case, Component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Deployment Diagram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 Interface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หน้าจอที่จะใช้ในระบบ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มีผังหน้าจอ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ลุ่มโมดูล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28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และผู้อนุมัติ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 Record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VR04.040.005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แต่ละหน่วย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UN01.001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เป็นระเบียบ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VR04.040.006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Description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Functional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Interfaces Detail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VR04.040.007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References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VR04.040.008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5.0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Change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Requesting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ียนรายละเอียด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Impact Analysis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VR04.050.004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ารลงนามอนุมัติโดย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พิจารณา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(CAB)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มีตารางพิจารณาและลงนาม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6.0 Test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 and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Procedures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58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ารทดสอบพร้อมรหัสเรียงลำดับ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Item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ทดสอบโดยอ้างรหัส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18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้าอย่างชัดเจน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VR04.060.005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Output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าดหวังอย่างชัดเจน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VR04.060.006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Environment Needs, Special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Procedural Required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Intercase Dependency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VR04.060.007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Date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Status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รบถ้วนไม่มีช่องว่าง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VR04.060.008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7.0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Validation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Results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ารทดสอบและผู้ทดสอบ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มีผลและผู้ทดสอบ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ลงชื่อผู้ทดสอบฝ่ายลู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8.0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เนื้อหา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งานที่ส่งมอบ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66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ใช้ถ้อย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หน้าจอจริง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ตรวจสอบแล้วสอด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VR04.080.004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24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9.0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พร้อมใช้งานจริง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VR04.090.001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ระบบติดตั้งและใช้งานได้บนสภาพ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ติดตั้งสำเร็จและใช้งานได้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VR04.090.002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พร้อมชุดสำรอง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และสำรอง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VR04.090.003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10.0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Guide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VR04.100.001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VR04.100.002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Manual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รบถ้วนพร้อมผล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11.0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Maintenance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VR04.110.001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VR04.110.002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(SLA)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SLA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7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Verification Results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836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  <w:tr>
        <w:trPr>
          <w:trHeight w:hRule="exact" w:val="468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288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รอบตรวจสอบนี้เป็นรอบสุดท้าย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ลุมสิ่งส่งมอบทั้งหมด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11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เห็น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วรให้ดำเนิน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ารตรวจรับส่งมอบระบบตามที่บันทึ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Acceptance Report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530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