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1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 (29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278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152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44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 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ผังหน้าจอที่จะใช้ในระบบ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Traceability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อย่างเป็นระเบียบ</w:t>
            </w:r>
          </w:p>
        </w:tc>
        <w:tc>
          <w:tcPr>
            <w:tcW w:type="dxa" w:w="271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15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28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07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08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6" w:lineRule="exact" w:before="70" w:after="246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92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