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Verification Results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10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Verification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Results</w:t>
            </w:r>
          </w:p>
        </w:tc>
        <w:tc>
          <w:tcPr>
            <w:tcW w:type="dxa" w:w="223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307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25690317 V0.1 PaNg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ารตรวจสอบตาม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รอบตรวจสอบ</w:t>
            </w:r>
          </w:p>
        </w:tc>
        <w:tc>
          <w:tcPr>
            <w:tcW w:type="dxa" w:w="210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รอบที่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1 (17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มีนา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2569)</w:t>
            </w:r>
          </w:p>
        </w:tc>
        <w:tc>
          <w:tcPr>
            <w:tcW w:type="dxa" w:w="223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7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</w:t>
            </w:r>
          </w:p>
        </w:tc>
        <w:tc>
          <w:tcPr>
            <w:tcW w:type="dxa" w:w="307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ตรวจสอบเอ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สารวางแผนโ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300" w:lineRule="exact" w:before="132" w:after="0"/>
        <w:ind w:left="256" w:right="576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(Verification)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จัดทำ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ึ้นเพื่อยืนยัน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รบถ้วน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องสิ่งส่งมอบ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(Work Products)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ตามมาตรฐาน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ISO/IEC 29110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โดยวางแผนตรวจสอบเป็นรอบระหว่าง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ารดำเนินโ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และตรวจสอบรอบสุดท้าย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่อนส่งมอบระบบ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เพื่อลด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วามเสี่ยงด้าน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ุณภาพ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วามล่าช้า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่าใช้จ่ายที่เ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ิดจา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ย้อนหลัง</w:t>
      </w:r>
    </w:p>
    <w:p>
      <w:pPr>
        <w:autoSpaceDN w:val="0"/>
        <w:autoSpaceDE w:val="0"/>
        <w:widowControl/>
        <w:spacing w:line="230" w:lineRule="exact" w:before="434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7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</w:t>
            </w:r>
          </w:p>
        </w:tc>
        <w:tc>
          <w:tcPr>
            <w:tcW w:type="dxa" w:w="8278"/>
            <w:tcBorders>
              <w:start w:sz="5.600000000000023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50"/>
        </w:trPr>
        <w:tc>
          <w:tcPr>
            <w:tcW w:type="dxa" w:w="7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1.0</w:t>
            </w:r>
          </w:p>
        </w:tc>
        <w:tc>
          <w:tcPr>
            <w:tcW w:type="dxa" w:w="8278"/>
            <w:tcBorders>
              <w:start w:sz="5.600000000000023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Project Plan</w:t>
            </w:r>
          </w:p>
        </w:tc>
      </w:tr>
      <w:tr>
        <w:trPr>
          <w:trHeight w:hRule="exact" w:val="464"/>
        </w:trPr>
        <w:tc>
          <w:tcPr>
            <w:tcW w:type="dxa" w:w="7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2.0</w:t>
            </w:r>
          </w:p>
        </w:tc>
        <w:tc>
          <w:tcPr>
            <w:tcW w:type="dxa" w:w="8278"/>
            <w:tcBorders>
              <w:start w:sz="5.600000000000023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Requirements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Risk &amp; Constraints Note</w:t>
      </w:r>
    </w:p>
    <w:p>
      <w:pPr>
        <w:autoSpaceDN w:val="0"/>
        <w:autoSpaceDE w:val="0"/>
        <w:widowControl/>
        <w:spacing w:line="360" w:lineRule="exact" w:before="72" w:after="3908"/>
        <w:ind w:left="426" w:right="72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1.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เจ้าหน้าที่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สารต้องตรวจสอบแต่ละราย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ารอย่างละเอียด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และต้องมีหลั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ฐานเพียงพอที่จะสรุปผลว่าผ่าน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2.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ผู้ปฏิบัติงานที่เ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วรร่วมรับฟังผล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ได้ทันทีเมื่อพบประเด็น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3.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ารตรวจสอบแต่ละ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รั้งไม่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วรถู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ัดจังหวะ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ซึ่งจะทำให้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ารตรวจสอบเลื่อนออ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ไป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4.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ห้ามให้ผู้อื่นตรวจสอบแทนผู้ที่ได้รับมอบหมาย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28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9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Verification Results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32"/>
        </w:trPr>
        <w:tc>
          <w:tcPr>
            <w:tcW w:type="dxa" w:w="1424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924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1606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80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560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0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Risk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Recommendatio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</w:t>
            </w:r>
          </w:p>
        </w:tc>
      </w:tr>
      <w:tr>
        <w:trPr>
          <w:trHeight w:hRule="exact" w:val="988"/>
        </w:trPr>
        <w:tc>
          <w:tcPr>
            <w:tcW w:type="dxa" w:w="14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1.0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Plan</w:t>
            </w:r>
          </w:p>
        </w:tc>
        <w:tc>
          <w:tcPr>
            <w:tcW w:type="dxa" w:w="292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0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6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VR01.010.001</w:t>
            </w:r>
          </w:p>
        </w:tc>
        <w:tc>
          <w:tcPr>
            <w:tcW w:type="dxa" w:w="292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Header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160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มีรายละเอียดใน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8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5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6"/>
        </w:trPr>
        <w:tc>
          <w:tcPr>
            <w:tcW w:type="dxa" w:w="14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VR01.010.002</w:t>
            </w:r>
          </w:p>
        </w:tc>
        <w:tc>
          <w:tcPr>
            <w:tcW w:type="dxa" w:w="292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Run Version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สารที่ระบุใน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Header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ต้องและสัมพันธ์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ับชื่อไฟล์</w:t>
            </w:r>
          </w:p>
        </w:tc>
        <w:tc>
          <w:tcPr>
            <w:tcW w:type="dxa" w:w="160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ระบุเวอร์ชันและวันที่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ับชื่อไฟล์</w:t>
            </w:r>
          </w:p>
        </w:tc>
        <w:tc>
          <w:tcPr>
            <w:tcW w:type="dxa" w:w="78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5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4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VR01.010.003</w:t>
            </w:r>
          </w:p>
        </w:tc>
        <w:tc>
          <w:tcPr>
            <w:tcW w:type="dxa" w:w="292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ระบุรายละเอียดหัว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Manufacture,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 Overview, 3 Goals and Scope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160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8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56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4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VR01.010.004</w:t>
            </w:r>
          </w:p>
        </w:tc>
        <w:tc>
          <w:tcPr>
            <w:tcW w:type="dxa" w:w="292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3.3 Work Products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ารสิ่งส่ง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มอบพร้อมรหัส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WP 1.0</w:t>
            </w:r>
          </w:p>
        </w:tc>
        <w:tc>
          <w:tcPr>
            <w:tcW w:type="dxa" w:w="160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ารสิ่งส่งมอบ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และรหัส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11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5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4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VR01.010.005</w:t>
            </w:r>
          </w:p>
        </w:tc>
        <w:tc>
          <w:tcPr>
            <w:tcW w:type="dxa" w:w="292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5 Organization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ระบุบทบาท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-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นามส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้อมูลติดต่อ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ถ้วน</w:t>
            </w:r>
          </w:p>
        </w:tc>
        <w:tc>
          <w:tcPr>
            <w:tcW w:type="dxa" w:w="160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้อมูลผู้รับผิดชอบ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6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</w:t>
            </w:r>
          </w:p>
        </w:tc>
        <w:tc>
          <w:tcPr>
            <w:tcW w:type="dxa" w:w="78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56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VR01.010.006</w:t>
            </w:r>
          </w:p>
        </w:tc>
        <w:tc>
          <w:tcPr>
            <w:tcW w:type="dxa" w:w="292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6 Project Estimate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7 Project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Resources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160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มีปริมาณงานและ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ทรัพยา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8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56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4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VR01.010.007</w:t>
            </w:r>
          </w:p>
        </w:tc>
        <w:tc>
          <w:tcPr>
            <w:tcW w:type="dxa" w:w="292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8 Work Schedule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ระบุงานพร้อม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ผู้รับผิดชอบ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ำหนดส่ง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และสิ่งส่ง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มอบ</w:t>
            </w:r>
          </w:p>
        </w:tc>
        <w:tc>
          <w:tcPr>
            <w:tcW w:type="dxa" w:w="160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มีแผนงาน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27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รรมพร้อมราย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</w:p>
        </w:tc>
        <w:tc>
          <w:tcPr>
            <w:tcW w:type="dxa" w:w="78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56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4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VR01.010.008</w:t>
            </w:r>
          </w:p>
        </w:tc>
        <w:tc>
          <w:tcPr>
            <w:tcW w:type="dxa" w:w="292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9 Risk Management Plan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วามเสี่ยงพร้อมรหัส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ผู้รับผิดชอบ</w:t>
            </w:r>
          </w:p>
        </w:tc>
        <w:tc>
          <w:tcPr>
            <w:tcW w:type="dxa" w:w="160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วามเสี่ยง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R1–R8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พร้อมแนวทาง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560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VR01.010.009</w:t>
            </w:r>
          </w:p>
        </w:tc>
        <w:tc>
          <w:tcPr>
            <w:tcW w:type="dxa" w:w="292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10 Contingency Actions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ระบุแผน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รณีงานไม่แล้วเสร็จ</w:t>
            </w:r>
          </w:p>
        </w:tc>
        <w:tc>
          <w:tcPr>
            <w:tcW w:type="dxa" w:w="160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มีแผนรองรับ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5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</w:p>
        </w:tc>
        <w:tc>
          <w:tcPr>
            <w:tcW w:type="dxa" w:w="78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560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6"/>
        </w:trPr>
        <w:tc>
          <w:tcPr>
            <w:tcW w:type="dxa" w:w="14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VR01.010.010</w:t>
            </w:r>
          </w:p>
        </w:tc>
        <w:tc>
          <w:tcPr>
            <w:tcW w:type="dxa" w:w="292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ผู้ตรวจสอบ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160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</w:t>
            </w:r>
          </w:p>
        </w:tc>
        <w:tc>
          <w:tcPr>
            <w:tcW w:type="dxa" w:w="78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560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4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2.0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Requirements</w:t>
            </w:r>
          </w:p>
        </w:tc>
        <w:tc>
          <w:tcPr>
            <w:tcW w:type="dxa" w:w="292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0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60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VR01.020.001</w:t>
            </w:r>
          </w:p>
        </w:tc>
        <w:tc>
          <w:tcPr>
            <w:tcW w:type="dxa" w:w="292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Header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160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มีรายละเอียดใน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8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560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4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VR01.020.002</w:t>
            </w:r>
          </w:p>
        </w:tc>
        <w:tc>
          <w:tcPr>
            <w:tcW w:type="dxa" w:w="292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ารแต่ละราย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ารลงในหมวด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CR01–CR14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160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จัดหมวด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</w:t>
            </w:r>
          </w:p>
        </w:tc>
        <w:tc>
          <w:tcPr>
            <w:tcW w:type="dxa" w:w="78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560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15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28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9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Verification Results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42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924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1606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80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56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0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Risk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Recommendatio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</w:t>
            </w:r>
          </w:p>
        </w:tc>
      </w:tr>
      <w:tr>
        <w:trPr>
          <w:trHeight w:hRule="exact" w:val="720"/>
        </w:trPr>
        <w:tc>
          <w:tcPr>
            <w:tcW w:type="dxa" w:w="14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VR01.020.003</w:t>
            </w:r>
          </w:p>
        </w:tc>
        <w:tc>
          <w:tcPr>
            <w:tcW w:type="dxa" w:w="292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รหัสประจำราย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CR01:001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ียน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และเรียงลำดับถู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160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รหัสเรียงลำดับถู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5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4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VR01.020.004</w:t>
            </w:r>
          </w:p>
        </w:tc>
        <w:tc>
          <w:tcPr>
            <w:tcW w:type="dxa" w:w="292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Result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้อสรุป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้อสรุป</w:t>
            </w:r>
          </w:p>
        </w:tc>
        <w:tc>
          <w:tcPr>
            <w:tcW w:type="dxa" w:w="160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มีผลสรุป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80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5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VR01.020.005</w:t>
            </w:r>
          </w:p>
        </w:tc>
        <w:tc>
          <w:tcPr>
            <w:tcW w:type="dxa" w:w="292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ลงชื่อผู้จัดทำและผู้อนุมัติซึ่งเป็นฝ่ายลู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เรียบร้อย</w:t>
            </w:r>
          </w:p>
        </w:tc>
        <w:tc>
          <w:tcPr>
            <w:tcW w:type="dxa" w:w="160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ถ้วน</w:t>
            </w:r>
          </w:p>
        </w:tc>
        <w:tc>
          <w:tcPr>
            <w:tcW w:type="dxa" w:w="78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5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8" w:lineRule="exact" w:before="37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36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15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(Passed)</w:t>
            </w:r>
          </w:p>
        </w:tc>
        <w:tc>
          <w:tcPr>
            <w:tcW w:type="dxa" w:w="6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15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ผลไม่ผ่าน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(Failed)</w:t>
            </w:r>
          </w:p>
        </w:tc>
        <w:tc>
          <w:tcPr>
            <w:tcW w:type="dxa" w:w="6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ประเด็น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</w:p>
        </w:tc>
        <w:tc>
          <w:tcPr>
            <w:tcW w:type="dxa" w:w="6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300" w:lineRule="exact" w:before="260" w:after="0"/>
        <w:ind w:left="256" w:right="864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ารตรวจสอบรอบนี้ผ่านทุ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ประเด็นที่พบระหว่าง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ารตรวจสอบได้รับ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Correction 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Register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แล้ว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ารตรวจสอบรอบถัดไปจะ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ลุมสิ่งส่งมอบที่จัดทำเพิ่มเติมในช่วงถัดไป</w:t>
      </w:r>
    </w:p>
    <w:p>
      <w:pPr>
        <w:autoSpaceDN w:val="0"/>
        <w:autoSpaceDE w:val="0"/>
        <w:widowControl/>
        <w:spacing w:line="256" w:lineRule="exact" w:before="34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QA/Tester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55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28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9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240" w:right="704" w:bottom="14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