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4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39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Maintenance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4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3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Maintenance Document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ษาระบบหลังจา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ส่งมอบและเปิดใช้งานจริง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ารปรับปรุง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เพื่อให้ระบบมี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วามเสถียร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MD-001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MD-002</w:t>
            </w:r>
          </w:p>
        </w:tc>
        <w:tc>
          <w:tcPr>
            <w:tcW w:type="dxa" w:w="82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Application Modules (11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MD-003</w:t>
            </w:r>
          </w:p>
        </w:tc>
        <w:tc>
          <w:tcPr>
            <w:tcW w:type="dxa" w:w="82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(MariaDB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MD-004</w:t>
            </w:r>
          </w:p>
        </w:tc>
        <w:tc>
          <w:tcPr>
            <w:tcW w:type="dxa" w:w="82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MD-005</w:t>
            </w:r>
          </w:p>
        </w:tc>
        <w:tc>
          <w:tcPr>
            <w:tcW w:type="dxa" w:w="820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MD-006</w:t>
            </w:r>
          </w:p>
        </w:tc>
        <w:tc>
          <w:tcPr>
            <w:tcW w:type="dxa" w:w="820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Components: Git Server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MD-007</w:t>
            </w:r>
          </w:p>
        </w:tc>
        <w:tc>
          <w:tcPr>
            <w:tcW w:type="dxa" w:w="820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(Backup): 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ประเภท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4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599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(Bug Fix)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4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Adaptive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ปรับระบบให้รองรับ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หรือระบบปฏิบัติ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Perfective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ปรับปรุงประสิทธิภาพและเพิ่ม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4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Preventive Maintenance</w:t>
            </w:r>
          </w:p>
        </w:tc>
        <w:tc>
          <w:tcPr>
            <w:tcW w:type="dxa" w:w="599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(Patch Security)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autoSpaceDN w:val="0"/>
        <w:autoSpaceDE w:val="0"/>
        <w:widowControl/>
        <w:spacing w:line="13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4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39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Maintenance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4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3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รรม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7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67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36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้อผิดพลาดที่พบ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รายสัปดาห์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Patch Security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ปรับปรุงแพตช์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 Patch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Backup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Recovery Test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ตรวจสอบชุดสำรองรายวันและทดสอบ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แวดล้อมทดสอบ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ไตรมาส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Monitor Uptime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วามพร้อมใช้งาน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5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Support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  <w:tc>
          <w:tcPr>
            <w:tcW w:type="dxa" w:w="3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และอบรมเมื่อมี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ปรับปรุงระบบ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ลงระดับ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ารให้บริ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2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ระดับปัญหา</w:t>
            </w:r>
          </w:p>
        </w:tc>
        <w:tc>
          <w:tcPr>
            <w:tcW w:type="dxa" w:w="426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</w:p>
        </w:tc>
        <w:tc>
          <w:tcPr>
            <w:tcW w:type="dxa" w:w="29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Incident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ระบบไม่สามารถใช้งานได้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Major Issue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ัญใช้งานไม่ได้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แต่มีทางเลี่ยงชั่ว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ราว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Minor Issue</w:t>
            </w:r>
          </w:p>
        </w:tc>
        <w:tc>
          <w:tcPr>
            <w:tcW w:type="dxa" w:w="426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ปัญหาที่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</w:p>
        </w:tc>
        <w:tc>
          <w:tcPr>
            <w:tcW w:type="dxa" w:w="29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Feature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Request</w:t>
            </w:r>
          </w:p>
        </w:tc>
        <w:tc>
          <w:tcPr>
            <w:tcW w:type="dxa" w:w="426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ารเพิ่มเติมนอ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ตเดิม</w:t>
            </w:r>
          </w:p>
        </w:tc>
        <w:tc>
          <w:tcPr>
            <w:tcW w:type="dxa" w:w="29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ถัดไปผ่าน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ที่รับผิดชอบจา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Components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เพื่อไม่ให้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ที่ส่งมอบแล้ว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สะท้อน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schema_migrations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658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ปรับปรุงชุดสำรอง</w:t>
            </w:r>
          </w:p>
        </w:tc>
        <w:tc>
          <w:tcPr>
            <w:tcW w:type="dxa" w:w="658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dev/wms-app.git</w:t>
            </w:r>
          </w:p>
        </w:tc>
      </w:tr>
    </w:tbl>
    <w:p>
      <w:pPr>
        <w:autoSpaceDN w:val="0"/>
        <w:autoSpaceDE w:val="0"/>
        <w:widowControl/>
        <w:spacing w:line="110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4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39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Maintenance Document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64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3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92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