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8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5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3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Product Operation Guide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58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5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83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Product Operation Guide</w:t>
            </w:r>
          </w:p>
        </w:tc>
        <w:tc>
          <w:tcPr>
            <w:tcW w:type="dxa" w:w="223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34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16" w:lineRule="exact" w:before="114" w:after="0"/>
        <w:ind w:left="256" w:right="43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ู่มือฉบับนี้จัดทำ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ึ้นเพื่อเป็นแนวทางสำหรับผู้ดูแลระบบ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(System Administrator)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ารติดตั้ง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เฝ้าระวัง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สำรอง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ารปฏิบัติงานมีมาตรฐานและ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ืนระบบได้อย่างรวดเร็ว</w:t>
      </w:r>
    </w:p>
    <w:p>
      <w:pPr>
        <w:autoSpaceDN w:val="0"/>
        <w:autoSpaceDE w:val="0"/>
        <w:widowControl/>
        <w:spacing w:line="268" w:lineRule="exact" w:before="396" w:after="14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1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ทางเลือ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ารติดตั้ง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04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</w:t>
            </w:r>
          </w:p>
        </w:tc>
        <w:tc>
          <w:tcPr>
            <w:tcW w:type="dxa" w:w="4022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23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ไฟล์อ้างอิง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04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แนะนำ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4022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Docker Compose: php-apache, mariadb,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node/pm2</w:t>
            </w:r>
          </w:p>
        </w:tc>
        <w:tc>
          <w:tcPr>
            <w:tcW w:type="dxa" w:w="23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4" w:after="0"/>
              <w:ind w:left="110" w:right="432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docker-compose.yml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docker/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04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Manual</w:t>
            </w:r>
          </w:p>
        </w:tc>
        <w:tc>
          <w:tcPr>
            <w:tcW w:type="dxa" w:w="4022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PHP, 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</w:t>
            </w:r>
          </w:p>
        </w:tc>
        <w:tc>
          <w:tcPr>
            <w:tcW w:type="dxa" w:w="23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0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setup.php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2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ั้นตอน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ารติดตั้งแบบ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Container</w:t>
      </w:r>
    </w:p>
    <w:p>
      <w:pPr>
        <w:autoSpaceDN w:val="0"/>
        <w:tabs>
          <w:tab w:pos="652" w:val="left"/>
        </w:tabs>
        <w:autoSpaceDE w:val="0"/>
        <w:widowControl/>
        <w:spacing w:line="338" w:lineRule="exact" w:before="92" w:after="0"/>
        <w:ind w:left="426" w:right="57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1.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ัดลอ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ก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.env.example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เป็น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.env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หรือรันส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ริปต์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docker/init-env.sh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ซึ่งจะสอบถามรหัสผ่านฐาน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ชื่อโฮสต์สาธารณะ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EMIT_SECRET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SMTP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่าที่เว้นว่างระบบจะสุ่มให้อัตโนมัติ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ำสั่ง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docker compose up -d --build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เพื่อสร้างและเริ่มบริ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ารทั้งสามส่วน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ตรวจสอบว่า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Container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php-apache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สร้างไฟล์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app/config.php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ก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.env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เรียบร้อยแล้ว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โดยไฟล์นี้ไม่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Repository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และไม่ฝังอยู่ใน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Image 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4.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ตรวจสอบว่าฐาน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wms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wms2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สร้าง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้าใช้งานระบบผ่านชื่อโฮสต์ที่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ำหนดได้</w:t>
      </w:r>
    </w:p>
    <w:p>
      <w:pPr>
        <w:autoSpaceDN w:val="0"/>
        <w:autoSpaceDE w:val="0"/>
        <w:widowControl/>
        <w:spacing w:line="268" w:lineRule="exact" w:before="398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3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ั้นตอน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ารติดตั้งแบบ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Manual</w:t>
      </w:r>
    </w:p>
    <w:p>
      <w:pPr>
        <w:autoSpaceDN w:val="0"/>
        <w:tabs>
          <w:tab w:pos="652" w:val="left"/>
        </w:tabs>
        <w:autoSpaceDE w:val="0"/>
        <w:widowControl/>
        <w:spacing w:line="346" w:lineRule="exact" w:before="68" w:after="1568"/>
        <w:ind w:left="426" w:right="1008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เตรียมเ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รื่องแม่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Linux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ที่ติดตั้ง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PHP 8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ึ้นไป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, MariaDB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Node.js 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่าไฟล์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app/config.php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้อมูลเชื่อมต่อฐาน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wms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wms2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,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NODE_PUBLIC_URL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,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NODE_EMIT_URL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,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NODE_EMIT_SECRET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SMTP 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รัน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setup.php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หนึ่ง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รั้งเพื่อสร้างโ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รงสร้างฐาน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้อมูลทั้งหมด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2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UM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2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8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5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3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Product Operation Guide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58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5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tabs>
          <w:tab w:pos="652" w:val="left"/>
        </w:tabs>
        <w:autoSpaceDE w:val="0"/>
        <w:widowControl/>
        <w:spacing w:line="294" w:lineRule="exact" w:before="380" w:after="0"/>
        <w:ind w:left="426" w:right="144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4.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เริ่มบริ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Node.js (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nodejs/server.js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nodejs/scheduler.js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ด้วย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pm2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ตามไฟล์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nodejs/ecosystem.config.js</w:t>
      </w:r>
    </w:p>
    <w:p>
      <w:pPr>
        <w:autoSpaceDN w:val="0"/>
        <w:autoSpaceDE w:val="0"/>
        <w:widowControl/>
        <w:spacing w:line="268" w:lineRule="exact" w:before="404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4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ารตั้ง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่าระบบ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8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8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ที่ตั้ง</w:t>
            </w:r>
          </w:p>
        </w:tc>
        <w:tc>
          <w:tcPr>
            <w:tcW w:type="dxa" w:w="30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หมายเหตุ</w:t>
            </w:r>
          </w:p>
        </w:tc>
      </w:tr>
      <w:tr>
        <w:trPr>
          <w:trHeight w:hRule="exact" w:val="448"/>
        </w:trPr>
        <w:tc>
          <w:tcPr>
            <w:tcW w:type="dxa" w:w="218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38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app/config.php</w:t>
            </w:r>
          </w:p>
        </w:tc>
        <w:tc>
          <w:tcPr>
            <w:tcW w:type="dxa" w:w="30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ึ้นตอนติดตั้ง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องสภาพ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แวดล้อม</w:t>
            </w:r>
          </w:p>
        </w:tc>
        <w:tc>
          <w:tcPr>
            <w:tcW w:type="dxa" w:w="38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864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.env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(Docker)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หรือตัวแปรสภาพแวดล้อม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(Manual)</w:t>
            </w:r>
          </w:p>
        </w:tc>
        <w:tc>
          <w:tcPr>
            <w:tcW w:type="dxa" w:w="30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เว้นจา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Git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.gitignore</w:t>
            </w:r>
          </w:p>
        </w:tc>
      </w:tr>
      <w:tr>
        <w:trPr>
          <w:trHeight w:hRule="exact" w:val="72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่าระดับบริษัท</w:t>
            </w:r>
          </w:p>
        </w:tc>
        <w:tc>
          <w:tcPr>
            <w:tcW w:type="dxa" w:w="38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เมนูตั้ง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่าในระบบ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app/setting/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30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SMTP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</w:p>
        </w:tc>
      </w:tr>
      <w:tr>
        <w:trPr>
          <w:trHeight w:hRule="exact" w:val="450"/>
        </w:trPr>
        <w:tc>
          <w:tcPr>
            <w:tcW w:type="dxa" w:w="218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ตเวลา</w:t>
            </w:r>
          </w:p>
        </w:tc>
        <w:tc>
          <w:tcPr>
            <w:tcW w:type="dxa" w:w="38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$time_zone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app/config.php</w:t>
            </w:r>
          </w:p>
        </w:tc>
        <w:tc>
          <w:tcPr>
            <w:tcW w:type="dxa" w:w="30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ำหนดเป็น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Asia/Bangkok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5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ารเฝ้าระวังระบบ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(Monitoring)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4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</w:p>
        </w:tc>
        <w:tc>
          <w:tcPr>
            <w:tcW w:type="dxa" w:w="56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36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วามถี่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4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ารเว็บ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ตรวจสอบว่าระบบตอบสนองและผู้ใช้เ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้าสู่ระบบได้</w:t>
            </w:r>
          </w:p>
        </w:tc>
        <w:tc>
          <w:tcPr>
            <w:tcW w:type="dxa" w:w="13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นาที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4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ตรวจสอบว่าฐาน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เชื่อมต่อได้</w:t>
            </w:r>
          </w:p>
        </w:tc>
        <w:tc>
          <w:tcPr>
            <w:tcW w:type="dxa" w:w="13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นาที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4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ตรวจสอบสถานะ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server.js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scheduler.js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ภายใต้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pm2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และตรวจ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Log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nodejs/logs/</w:t>
            </w:r>
          </w:p>
        </w:tc>
        <w:tc>
          <w:tcPr>
            <w:tcW w:type="dxa" w:w="13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นาที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4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เวลา</w:t>
            </w:r>
          </w:p>
        </w:tc>
        <w:tc>
          <w:tcPr>
            <w:tcW w:type="dxa" w:w="56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ตรวจสอบว่างานสรุปยอดและงานแจ้งเตือนทำงาน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รบและไม่ซ้ำซ้อน</w:t>
            </w:r>
          </w:p>
        </w:tc>
        <w:tc>
          <w:tcPr>
            <w:tcW w:type="dxa" w:w="13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รายวัน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576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ารตรวจสอบล้มเหลวติดต่อ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ระบบจะส่งอีเมลแจ้งเตือนผู้ดูแลระบบ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pm2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จะพยายามเริ่มบริ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ารใหม่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เป็นลำดับแร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ก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ไม่สามารถ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ารได้ภายใน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30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นาที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ผู้ดูแลระบบต้องแจ้งผู้จัด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เหตุ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ชั่วโมงหรือ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ารดำเนินธุร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ิจอย่างมีนัยสำ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ัญ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ต้องแจ้ง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Project Sponsor</w:t>
      </w:r>
    </w:p>
    <w:p>
      <w:pPr>
        <w:autoSpaceDN w:val="0"/>
        <w:autoSpaceDE w:val="0"/>
        <w:widowControl/>
        <w:spacing w:line="268" w:lineRule="exact" w:before="39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6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ารสำรอง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้อมูลและ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ืน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193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07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192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</w:t>
            </w:r>
          </w:p>
        </w:tc>
        <w:tc>
          <w:tcPr>
            <w:tcW w:type="dxa" w:w="21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</w:p>
        </w:tc>
      </w:tr>
      <w:tr>
        <w:trPr>
          <w:trHeight w:hRule="exact" w:val="720"/>
        </w:trPr>
        <w:tc>
          <w:tcPr>
            <w:tcW w:type="dxa" w:w="193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่าแม่แบบ</w:t>
            </w:r>
          </w:p>
        </w:tc>
        <w:tc>
          <w:tcPr>
            <w:tcW w:type="dxa" w:w="307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18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Git 2 Remote (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origin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backup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19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รั้งที่ส่งมอบหรือปรับ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</w:t>
            </w:r>
          </w:p>
        </w:tc>
        <w:tc>
          <w:tcPr>
            <w:tcW w:type="dxa" w:w="21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็บถาวรใน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</w:t>
            </w:r>
          </w:p>
        </w:tc>
      </w:tr>
      <w:tr>
        <w:trPr>
          <w:trHeight w:hRule="exact" w:val="720"/>
        </w:trPr>
        <w:tc>
          <w:tcPr>
            <w:tcW w:type="dxa" w:w="193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</w:t>
            </w:r>
          </w:p>
        </w:tc>
        <w:tc>
          <w:tcPr>
            <w:tcW w:type="dxa" w:w="307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Export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อัตโนมัติไปยังพื้นที่จัดเ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วด์ที่บริษัท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</w:p>
        </w:tc>
        <w:tc>
          <w:tcPr>
            <w:tcW w:type="dxa" w:w="19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02:00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</w:p>
        </w:tc>
        <w:tc>
          <w:tcPr>
            <w:tcW w:type="dxa" w:w="21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รายวันเ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สิ้นเดือน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เดือน</w:t>
            </w:r>
          </w:p>
        </w:tc>
      </w:tr>
      <w:tr>
        <w:trPr>
          <w:trHeight w:hRule="exact" w:val="720"/>
        </w:trPr>
        <w:tc>
          <w:tcPr>
            <w:tcW w:type="dxa" w:w="193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07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PDF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ที่สร้างจา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สารต้นฉบับ</w:t>
            </w:r>
          </w:p>
        </w:tc>
        <w:tc>
          <w:tcPr>
            <w:tcW w:type="dxa" w:w="19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รั้งที่ปรับปรุงเอ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ส่งมอบ</w:t>
            </w:r>
          </w:p>
        </w:tc>
        <w:tc>
          <w:tcPr>
            <w:tcW w:type="dxa" w:w="21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็บถาวรใน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</w:t>
            </w:r>
          </w:p>
        </w:tc>
      </w:tr>
    </w:tbl>
    <w:p>
      <w:pPr>
        <w:autoSpaceDN w:val="0"/>
        <w:autoSpaceDE w:val="0"/>
        <w:widowControl/>
        <w:spacing w:line="176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2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UM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2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8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5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3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Product Operation Guide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58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5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44" w:lineRule="exact" w:before="43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6.1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ั้นตอน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</w:p>
    <w:p>
      <w:pPr>
        <w:autoSpaceDN w:val="0"/>
        <w:tabs>
          <w:tab w:pos="652" w:val="left"/>
        </w:tabs>
        <w:autoSpaceDE w:val="0"/>
        <w:widowControl/>
        <w:spacing w:line="348" w:lineRule="exact" w:before="72" w:after="0"/>
        <w:ind w:left="426" w:right="1008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ผู้ดูแลระบบเลือ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ชุดสำรองที่ต้อง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พื้นที่จัดเ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็บบน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ลาวด์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และยืนยันวันที่พร้อม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วามสมบูรณ์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องไฟล์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2.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ืนชุดสำรองเ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้าสู่สภาพแวดล้อมที่ไม่ใช่ระบบใช้งานจริง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่อนเสมอ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ารเชื่อมต่อฐาน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wms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wms2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พร้อมตรวจสอบ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ารตัวอย่าง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4.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ืนระบบใช้งานจริง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จุด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หยุดบริ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ืนชุดสำรองที่ตรวจสอบแล้ว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เริ่มบริ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แอปพลิเ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ชันและ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Node.js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ใหม่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แล้วตรวจสอบสถานะตามหัว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5 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5.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ารสำรอง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้อมูลล้มเหลวหรือไม่ทำงานตาม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ผู้ดูแลระบบต้องตรวจสอบสาเหตุและสั่งทำงานซ้ำ</w:t>
      </w:r>
    </w:p>
    <w:p>
      <w:pPr>
        <w:autoSpaceDN w:val="0"/>
        <w:autoSpaceDE w:val="0"/>
        <w:widowControl/>
        <w:spacing w:line="308" w:lineRule="exact" w:before="202" w:after="0"/>
        <w:ind w:left="256" w:right="43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ารเมื่อ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23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สิงหา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ืนชุดสำรองลงในสภาพแวดล้อมที่ไม่ใช่ระบบใช้งานจริงสำเร็จ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้าถึงฐาน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้อมูลตัวอย่าง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และผู้จัด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ารได้ทบทวนผล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ั้นตอนปิด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68" w:lineRule="exact" w:before="382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7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ารปิดราย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ุมด้านปฏิบัติ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64"/>
        </w:trPr>
        <w:tc>
          <w:tcPr>
            <w:tcW w:type="dxa" w:w="82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36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</w:p>
        </w:tc>
        <w:tc>
          <w:tcPr>
            <w:tcW w:type="dxa" w:w="120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</w:p>
        </w:tc>
        <w:tc>
          <w:tcPr>
            <w:tcW w:type="dxa" w:w="133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</w:p>
        </w:tc>
        <w:tc>
          <w:tcPr>
            <w:tcW w:type="dxa" w:w="33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ารปิดราย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976"/>
        </w:trPr>
        <w:tc>
          <w:tcPr>
            <w:tcW w:type="dxa" w:w="82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OP-001</w:t>
            </w:r>
          </w:p>
        </w:tc>
        <w:tc>
          <w:tcPr>
            <w:tcW w:type="dxa" w:w="236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แบบอัตโนมัติ</w:t>
            </w:r>
          </w:p>
        </w:tc>
        <w:tc>
          <w:tcPr>
            <w:tcW w:type="dxa" w:w="120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System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Administrat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or</w:t>
            </w:r>
          </w:p>
        </w:tc>
        <w:tc>
          <w:tcPr>
            <w:tcW w:type="dxa" w:w="133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ปิดราย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23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3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6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</w:p>
        </w:tc>
      </w:tr>
      <w:tr>
        <w:trPr>
          <w:trHeight w:hRule="exact" w:val="974"/>
        </w:trPr>
        <w:tc>
          <w:tcPr>
            <w:tcW w:type="dxa" w:w="82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OP-002</w:t>
            </w:r>
          </w:p>
        </w:tc>
        <w:tc>
          <w:tcPr>
            <w:tcW w:type="dxa" w:w="236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ารเฝ้าระวังระบบและ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เตือนเมื่อเ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120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System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Administrat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or</w:t>
            </w:r>
          </w:p>
        </w:tc>
        <w:tc>
          <w:tcPr>
            <w:tcW w:type="dxa" w:w="133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ปิดราย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23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3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เงื่อนไ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เตือน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8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ารจัด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ารผู้ใช้งานและสิทธิ์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ผู้ใช้ระดับ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Owner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Admin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ารผู้ใช้งาน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บทบาท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และสิทธิ์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้าถึงแอปพลิเ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ชันจา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เมนูตั้ง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ารเปลี่ยนบทบาทมีผล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ารทำงาน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รั้งถัดไป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องผู้ใช้รายนั้น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ระบบอนุญาตให้ใช้งานได้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รั้งละหนึ่ง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Session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ต่อบัญชี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เพื่อป้อง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ารใช้บัญชีร่วม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26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2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UM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2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84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456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3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Product Operation Guide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584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45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58" w:lineRule="exact" w:before="420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309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2"/>
        </w:trPr>
        <w:tc>
          <w:tcPr>
            <w:tcW w:type="dxa" w:w="530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UM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2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