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User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8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User Document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3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ึ้นเพื่อเป็นแนวทางสำหรับผู้ใช้งานระบบบริหารจัด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ารเงินและบัญชี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ารเรีย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ดูรายงาน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</w:t>
      </w:r>
    </w:p>
    <w:p>
      <w:pPr>
        <w:autoSpaceDN w:val="0"/>
        <w:autoSpaceDE w:val="0"/>
        <w:widowControl/>
        <w:spacing w:line="244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้าสู่ระบบ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(System Access)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446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URL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ผู้ใช้งานใหม่ที่เป็นเจ้า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องบริษัทให้เลือ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"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446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ผู้ใช้งานที่ได้รับ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ดลิง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์ในอีเมลเชิญ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แล้วตั้งรหัสผ่านเพื่อเ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รณีลืมรหัสผ่าน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"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ระบบจะส่งลิง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ระบบอนุญาตให้ใช้งานได้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รั้งละหนึ่ง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รณ์ใหม่ระบบจะปฏิเสธ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้าใช้งานซ้ำ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อมพิวเตอร์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แท็บเล็ต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2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บทบาทและสิทธิ์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ารใช้งาน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(Roles)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6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8294"/>
            <w:tcBorders>
              <w:start w:sz="6.399999999999977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8294"/>
            <w:tcBorders>
              <w:start w:sz="6.399999999999977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</w:t>
            </w:r>
          </w:p>
        </w:tc>
      </w:tr>
      <w:tr>
        <w:trPr>
          <w:trHeight w:hRule="exact" w:val="464"/>
        </w:trPr>
        <w:tc>
          <w:tcPr>
            <w:tcW w:type="dxa" w:w="76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</w:t>
            </w:r>
          </w:p>
        </w:tc>
        <w:tc>
          <w:tcPr>
            <w:tcW w:type="dxa" w:w="8294"/>
            <w:tcBorders>
              <w:start w:sz="6.399999999999977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Staff</w:t>
            </w:r>
          </w:p>
        </w:tc>
        <w:tc>
          <w:tcPr>
            <w:tcW w:type="dxa" w:w="8294"/>
            <w:tcBorders>
              <w:start w:sz="6.399999999999977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ตามสิทธิ์ที่ได้รับ</w:t>
            </w:r>
          </w:p>
        </w:tc>
      </w:tr>
      <w:tr>
        <w:trPr>
          <w:trHeight w:hRule="exact" w:val="466"/>
        </w:trPr>
        <w:tc>
          <w:tcPr>
            <w:tcW w:type="dxa" w:w="76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Viewer</w:t>
            </w:r>
          </w:p>
        </w:tc>
        <w:tc>
          <w:tcPr>
            <w:tcW w:type="dxa" w:w="8294"/>
            <w:tcBorders>
              <w:start w:sz="6.399999999999977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ดูหน้าจอและรายงานที่ได้รับสิทธิ์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แต่ไม่สามารถสร้างหรือแ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17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เมนูและปุ่ม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ำสั่งที่แสดงจะเปลี่ยนตามบทบาทและสิทธิ์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้าถึงที่ผู้ดูแลระบบ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User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3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หน้าแร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้าแสดงยอดสิน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งเหลือ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แดชบอร์ดบัญชีแสดงภาพรวมรายรับ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รายจ่าย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432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ตัวเล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บนแดชบอร์ด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ำนวณจา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ตารางสรุปยอดที่ปรับปรุงตาม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ารที่เพิ่งบันทึ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อาจแสดงผลช้า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้อมูลจริงเล็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่อนเริ่มบันทึ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Owner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Admin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1.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และช่องจัดเ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ลังเดียวหรือแบบหลายชั้น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ษณะ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หมวดสิน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ระบุรหัสสิน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ชื่อ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หน่วยนับ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และรูปสิน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ประเภทผู้ติดต่อและผู้ติดต่อ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ายที่ใช้ในเอ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ายและจัดซื้อ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้อมูลบริษัทและ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โลโ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และบัญชีอีเมลสำหรับส่ง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5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(Inventory Operations)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0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</w:t>
            </w:r>
          </w:p>
        </w:tc>
        <w:tc>
          <w:tcPr>
            <w:tcW w:type="dxa" w:w="80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หรือวันหมดอายุ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้าและจำนวนที่ต้อง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่อนอนุมัติราย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ินยอดระบบจะปฏิเสธ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ระบุตำแหน่งต้นทางและปลายทาง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ารโอนเดียวที่สอบ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้าหรือตำแหน่งจัดเ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็บเพื่อพิมพ์ฉลา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นในหน้าจอที่รองรับ</w:t>
            </w:r>
          </w:p>
        </w:tc>
      </w:tr>
      <w:tr>
        <w:trPr>
          <w:trHeight w:hRule="exact" w:val="450"/>
        </w:trPr>
        <w:tc>
          <w:tcPr>
            <w:tcW w:type="dxa" w:w="10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</w:t>
            </w:r>
          </w:p>
        </w:tc>
        <w:tc>
          <w:tcPr>
            <w:tcW w:type="dxa" w:w="801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6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(Sales)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สร้างใบเสนอรา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แปลงใบเสนอรา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าที่ลู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้าตอบรับเป็นใบสั่ง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ใบแจ้งหนี้จา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ใบสั่ง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้องให้อัตโนมัติ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ืนและออ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ใบลดหนี้</w:t>
      </w:r>
    </w:p>
    <w:p>
      <w:pPr>
        <w:autoSpaceDN w:val="0"/>
        <w:autoSpaceDE w:val="0"/>
        <w:widowControl/>
        <w:spacing w:line="246" w:lineRule="exact" w:before="25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ั้นตอนต้องเปลี่ยนสถานะตามลำดับที่ระบบ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เปลี่ยนสถานะ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ั้นระบบจะปฏิเสธพร้อมแสดง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7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งานจัดซื้อ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(Purchasing)</w:t>
      </w:r>
    </w:p>
    <w:p>
      <w:pPr>
        <w:autoSpaceDN w:val="0"/>
        <w:autoSpaceDE w:val="0"/>
        <w:widowControl/>
        <w:spacing w:line="360" w:lineRule="exact" w:before="70" w:after="1314"/>
        <w:ind w:left="426" w:right="604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อซื้อและส่งให้ผู้มีอำนาจอนุมัติ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แปลงใบ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อซื้อที่อนุมัติแล้วเป็นใบสั่งซื้อ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User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44" w:lineRule="exact" w:before="430" w:after="0"/>
        <w:ind w:left="42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เมื่อได้รับสิน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ใบแจ้งหนี้ซื้อ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autoSpaceDE w:val="0"/>
        <w:widowControl/>
        <w:spacing w:line="244" w:lineRule="exact" w:before="116" w:after="0"/>
        <w:ind w:left="42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้าให้ผู้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8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ารเงินและบัญชี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(Finance &amp; Accounting)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24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  <w:tc>
          <w:tcPr>
            <w:tcW w:type="dxa" w:w="65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ใบวางบิลรับและใบเสร็จรับเงิน</w:t>
            </w:r>
          </w:p>
        </w:tc>
        <w:tc>
          <w:tcPr>
            <w:tcW w:type="dxa" w:w="65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ารรับชำระจา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</w:tr>
      <w:tr>
        <w:trPr>
          <w:trHeight w:hRule="exact" w:val="452"/>
        </w:trPr>
        <w:tc>
          <w:tcPr>
            <w:tcW w:type="dxa" w:w="24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65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ารจ่ายชำระให้ผู้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ับใบแจ้งหนี้ซื้อ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ผังบัญชีและแผน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65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Admin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เป็นผู้ดูแลโ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รงสร้างบัญชี</w:t>
            </w:r>
          </w:p>
        </w:tc>
      </w:tr>
      <w:tr>
        <w:trPr>
          <w:trHeight w:hRule="exact" w:val="450"/>
        </w:trPr>
        <w:tc>
          <w:tcPr>
            <w:tcW w:type="dxa" w:w="24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65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ารบัญชีจา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สารต้นทางหรือบันทึ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เองตามสิทธิ์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ารต้องสมดุลจึงจะบันทึ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9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ภาพรวมสต๊อ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วามจุ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้าหมดอายุ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และรายงาน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งบทดลอง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ำไร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าดทุน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งบดุล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ภาษีมูล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่าเพิ่ม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สมุดรายวัน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ลื่อนไหวบัญชีแย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autoSpaceDE w:val="0"/>
        <w:widowControl/>
        <w:spacing w:line="244" w:lineRule="exact" w:before="54" w:after="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ดู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พิมพ์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และส่งออ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ภายใต้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ตบริษัทและสิทธิ์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10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ารแจ้งเตือน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(Notification)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ระบบแจ้งเตือนผู้ใช้ที่เ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Real-time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ารเปลี่ยนสถานะเอ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สารที่ต้องดำเนิน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และแจ้งเตือนตาม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ำหนดเวลาสำหรับสิน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ล้หมดและใบแจ้งหนี้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้างชำระ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โดยแจ้งเฉพาะผู้ใช้ที่มีสิทธิ์ในบริบท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องบริษัทนั้น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11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ปัญหา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ารใช้งานทั่วไป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ติดต่อผู้ดูแลระบบ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ปัญหาที่เ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ให้แจ้งผ่านช่องทางสนับสนุนที่ระบุในเอ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Product Operation Guide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User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