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0" w:right="438" w:firstLine="0"/>
              <w:jc w:val="righ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Test Report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192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Test Report</w:t>
            </w:r>
          </w:p>
        </w:tc>
        <w:tc>
          <w:tcPr>
            <w:tcW w:type="dxa" w:w="2236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3254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25690814 V1.0 PaNg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ารทดสอบระบบ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 – 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 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Responsible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ุณปริญ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งาม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(QA/Tester)</w:t>
            </w:r>
          </w:p>
        </w:tc>
      </w:tr>
    </w:tbl>
    <w:p>
      <w:pPr>
        <w:autoSpaceDN w:val="0"/>
        <w:autoSpaceDE w:val="0"/>
        <w:widowControl/>
        <w:spacing w:line="266" w:lineRule="exact" w:before="432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วัตถุประสง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์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(Objective)</w:t>
      </w:r>
    </w:p>
    <w:p>
      <w:pPr>
        <w:autoSpaceDN w:val="0"/>
        <w:autoSpaceDE w:val="0"/>
        <w:widowControl/>
        <w:spacing w:line="300" w:lineRule="exact" w:before="132" w:after="0"/>
        <w:ind w:left="256" w:right="864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เพื่อยืนยันว่าระบบบริหารจัด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้าทำงานถู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ลุม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Customer Requirements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Software 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Requirements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ตามที่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ำหนดไว้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และดำเนิน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ารทดสอบตรงตามระยะเวลาใน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Project Plan</w:t>
      </w:r>
    </w:p>
    <w:p>
      <w:pPr>
        <w:autoSpaceDN w:val="0"/>
        <w:autoSpaceDE w:val="0"/>
        <w:widowControl/>
        <w:spacing w:line="268" w:lineRule="exact" w:before="396" w:after="154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อบเ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ต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ารทดสอบ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(Scope)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480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</w:t>
            </w:r>
          </w:p>
        </w:tc>
        <w:tc>
          <w:tcPr>
            <w:tcW w:type="dxa" w:w="186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Topic</w:t>
            </w:r>
          </w:p>
        </w:tc>
        <w:tc>
          <w:tcPr>
            <w:tcW w:type="dxa" w:w="6718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Detail</w:t>
            </w:r>
          </w:p>
        </w:tc>
      </w:tr>
      <w:tr>
        <w:trPr>
          <w:trHeight w:hRule="exact" w:val="466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18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Functional Test</w:t>
            </w:r>
          </w:p>
        </w:tc>
        <w:tc>
          <w:tcPr>
            <w:tcW w:type="dxa" w:w="6718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้าสู่ระบบและสิทธิ์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ารเงิน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</w:t>
            </w:r>
          </w:p>
        </w:tc>
      </w:tr>
      <w:tr>
        <w:trPr>
          <w:trHeight w:hRule="exact" w:val="450"/>
        </w:trPr>
        <w:tc>
          <w:tcPr>
            <w:tcW w:type="dxa" w:w="480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186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Non-Functional Test</w:t>
            </w:r>
          </w:p>
        </w:tc>
        <w:tc>
          <w:tcPr>
            <w:tcW w:type="dxa" w:w="6718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ประสิทธิภาพ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วามปลอดภัย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/TLS/ก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้ารหัสรหัสผ่าน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),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ารสำรองและ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</w:p>
        </w:tc>
      </w:tr>
      <w:tr>
        <w:trPr>
          <w:trHeight w:hRule="exact" w:val="464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18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Environment</w:t>
            </w:r>
          </w:p>
        </w:tc>
        <w:tc>
          <w:tcPr>
            <w:tcW w:type="dxa" w:w="6718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Internal Testing Server (PHP 8, MariaDB, Node.js)</w:t>
            </w:r>
          </w:p>
        </w:tc>
      </w:tr>
      <w:tr>
        <w:trPr>
          <w:trHeight w:hRule="exact" w:val="450"/>
        </w:trPr>
        <w:tc>
          <w:tcPr>
            <w:tcW w:type="dxa" w:w="480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1860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ช่วงเวลา</w:t>
            </w:r>
          </w:p>
        </w:tc>
        <w:tc>
          <w:tcPr>
            <w:tcW w:type="dxa" w:w="6718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รอบทดสอบระบบ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 – 14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</w:t>
            </w:r>
          </w:p>
        </w:tc>
      </w:tr>
      <w:tr>
        <w:trPr>
          <w:trHeight w:hRule="exact" w:val="466"/>
        </w:trPr>
        <w:tc>
          <w:tcPr>
            <w:tcW w:type="dxa" w:w="480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1860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Baseline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ที่ใช้ทดสอบ</w:t>
            </w:r>
          </w:p>
        </w:tc>
        <w:tc>
          <w:tcPr>
            <w:tcW w:type="dxa" w:w="6718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Repository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ที่ใ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ล้เ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ียงที่สุด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Commit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dd48a8b</w:t>
            </w:r>
          </w:p>
        </w:tc>
      </w:tr>
    </w:tbl>
    <w:p>
      <w:pPr>
        <w:autoSpaceDN w:val="0"/>
        <w:autoSpaceDE w:val="0"/>
        <w:widowControl/>
        <w:spacing w:line="268" w:lineRule="exact" w:before="356" w:after="15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สรุปผล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ารทดสอบ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836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9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จำนวน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Test Case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ำหนดทั้งหมด</w:t>
            </w:r>
          </w:p>
        </w:tc>
        <w:tc>
          <w:tcPr>
            <w:tcW w:type="dxa" w:w="69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45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ดำเนิน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</w:p>
        </w:tc>
        <w:tc>
          <w:tcPr>
            <w:tcW w:type="dxa" w:w="69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45</w:t>
            </w:r>
          </w:p>
        </w:tc>
      </w:tr>
      <w:tr>
        <w:trPr>
          <w:trHeight w:hRule="exact" w:val="464"/>
        </w:trPr>
        <w:tc>
          <w:tcPr>
            <w:tcW w:type="dxa" w:w="836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(Passed)</w:t>
            </w:r>
          </w:p>
        </w:tc>
        <w:tc>
          <w:tcPr>
            <w:tcW w:type="dxa" w:w="69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45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(Failed)</w:t>
            </w:r>
          </w:p>
        </w:tc>
        <w:tc>
          <w:tcPr>
            <w:tcW w:type="dxa" w:w="69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</w:t>
            </w:r>
          </w:p>
        </w:tc>
      </w:tr>
      <w:tr>
        <w:trPr>
          <w:trHeight w:hRule="exact" w:val="466"/>
        </w:trPr>
        <w:tc>
          <w:tcPr>
            <w:tcW w:type="dxa" w:w="836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(Blocked / Pending)</w:t>
            </w:r>
          </w:p>
        </w:tc>
        <w:tc>
          <w:tcPr>
            <w:tcW w:type="dxa" w:w="69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149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30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7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TeR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0" w:right="438" w:firstLine="0"/>
              <w:jc w:val="righ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Test Report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p>
      <w:pPr>
        <w:autoSpaceDN w:val="0"/>
        <w:autoSpaceDE w:val="0"/>
        <w:widowControl/>
        <w:spacing w:line="230" w:lineRule="exact" w:before="464" w:after="154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Verification Items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394"/>
        <w:gridCol w:w="1394"/>
        <w:gridCol w:w="1394"/>
        <w:gridCol w:w="1394"/>
        <w:gridCol w:w="1394"/>
        <w:gridCol w:w="1394"/>
        <w:gridCol w:w="1394"/>
      </w:tblGrid>
      <w:tr>
        <w:trPr>
          <w:trHeight w:hRule="exact" w:val="1232"/>
        </w:trPr>
        <w:tc>
          <w:tcPr>
            <w:tcW w:type="dxa" w:w="480"/>
            <w:tcBorders>
              <w:start w:sz="5.600000000000023" w:val="single" w:color="#585858"/>
              <w:top w:sz="6.399999999999977" w:val="single" w:color="#585858"/>
              <w:end w:sz="5.600000000000023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</w:t>
            </w:r>
          </w:p>
        </w:tc>
        <w:tc>
          <w:tcPr>
            <w:tcW w:type="dxa" w:w="1260"/>
            <w:tcBorders>
              <w:start w:sz="5.600000000000023" w:val="single" w:color="#585858"/>
              <w:top w:sz="6.399999999999977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</w:t>
            </w:r>
          </w:p>
        </w:tc>
        <w:tc>
          <w:tcPr>
            <w:tcW w:type="dxa" w:w="1934"/>
            <w:tcBorders>
              <w:start w:sz="5.599999999999909" w:val="single" w:color="#585858"/>
              <w:top w:sz="6.399999999999977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Testing</w:t>
            </w:r>
          </w:p>
        </w:tc>
        <w:tc>
          <w:tcPr>
            <w:tcW w:type="dxa" w:w="764"/>
            <w:tcBorders>
              <w:start w:sz="5.599999999999909" w:val="single" w:color="#585858"/>
              <w:top w:sz="6.399999999999977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Custo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mer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Req.</w:t>
            </w:r>
          </w:p>
          <w:p>
            <w:pPr>
              <w:autoSpaceDN w:val="0"/>
              <w:autoSpaceDE w:val="0"/>
              <w:widowControl/>
              <w:spacing w:line="180" w:lineRule="exact" w:before="7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2746"/>
            <w:tcBorders>
              <w:start w:sz="5.599999999999909" w:val="single" w:color="#585858"/>
              <w:top w:sz="6.399999999999977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Customer Req. Topic</w:t>
            </w:r>
          </w:p>
        </w:tc>
        <w:tc>
          <w:tcPr>
            <w:tcW w:type="dxa" w:w="780"/>
            <w:tcBorders>
              <w:start w:sz="6.400000000000091" w:val="single" w:color="#585858"/>
              <w:top w:sz="6.399999999999977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Status</w:t>
            </w:r>
          </w:p>
        </w:tc>
        <w:tc>
          <w:tcPr>
            <w:tcW w:type="dxa" w:w="1094"/>
            <w:tcBorders>
              <w:start w:sz="6.400000000000091" w:val="single" w:color="#585858"/>
              <w:top w:sz="6.399999999999977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Date</w:t>
            </w:r>
          </w:p>
        </w:tc>
      </w:tr>
      <w:tr>
        <w:trPr>
          <w:trHeight w:hRule="exact" w:val="1244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12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TC-UN01.001</w:t>
            </w:r>
          </w:p>
        </w:tc>
        <w:tc>
          <w:tcPr>
            <w:tcW w:type="dxa" w:w="193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Identity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Register &amp;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Onboarding</w:t>
            </w:r>
          </w:p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001</w:t>
            </w:r>
          </w:p>
        </w:tc>
        <w:tc>
          <w:tcPr>
            <w:tcW w:type="dxa" w:w="274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ารลงทะเบียนเจ้า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บริษัทและ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ารเชิญผู้ใช้งานเ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้าร่วม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(Onboarding)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4"/>
        </w:trPr>
        <w:tc>
          <w:tcPr>
            <w:tcW w:type="dxa" w:w="480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126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93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Identity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Login &amp; Role Guard</w:t>
            </w:r>
          </w:p>
        </w:tc>
        <w:tc>
          <w:tcPr>
            <w:tcW w:type="dxa" w:w="76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002</w:t>
            </w:r>
          </w:p>
        </w:tc>
        <w:tc>
          <w:tcPr>
            <w:tcW w:type="dxa" w:w="274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316" w:firstLine="0"/>
              <w:jc w:val="both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ระบบต้องยืนยันตัวตนผู้ใช้และบัง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สิทธิ์ตามบทบาท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Owner, Admin,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Staff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Viewer</w:t>
            </w:r>
          </w:p>
        </w:tc>
        <w:tc>
          <w:tcPr>
            <w:tcW w:type="dxa" w:w="7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126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TC-UN01.003</w:t>
            </w:r>
          </w:p>
        </w:tc>
        <w:tc>
          <w:tcPr>
            <w:tcW w:type="dxa" w:w="193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Identity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Password Recovery /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OTP / Session</w:t>
            </w:r>
          </w:p>
        </w:tc>
        <w:tc>
          <w:tcPr>
            <w:tcW w:type="dxa" w:w="76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003</w:t>
            </w:r>
          </w:p>
        </w:tc>
        <w:tc>
          <w:tcPr>
            <w:tcW w:type="dxa" w:w="274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ืนรหัสผ่าน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Session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ารยืนยัน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OTP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</w:p>
        </w:tc>
        <w:tc>
          <w:tcPr>
            <w:tcW w:type="dxa" w:w="7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12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TC-UN01.004</w:t>
            </w:r>
          </w:p>
        </w:tc>
        <w:tc>
          <w:tcPr>
            <w:tcW w:type="dxa" w:w="193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Identity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User &amp; App-Access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Administration</w:t>
            </w:r>
          </w:p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004</w:t>
            </w:r>
          </w:p>
        </w:tc>
        <w:tc>
          <w:tcPr>
            <w:tcW w:type="dxa" w:w="274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ระบบต้องให้ผู้ดูแลจัด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SMTP,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ผู้ใช้งาน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้าถึงแอปพลิเ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ชัน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4"/>
        </w:trPr>
        <w:tc>
          <w:tcPr>
            <w:tcW w:type="dxa" w:w="480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126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TC-UN03.001</w:t>
            </w:r>
          </w:p>
        </w:tc>
        <w:tc>
          <w:tcPr>
            <w:tcW w:type="dxa" w:w="193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Master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Warehouse / Storage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 Bin</w:t>
            </w:r>
          </w:p>
        </w:tc>
        <w:tc>
          <w:tcPr>
            <w:tcW w:type="dxa" w:w="76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005</w:t>
            </w:r>
          </w:p>
        </w:tc>
        <w:tc>
          <w:tcPr>
            <w:tcW w:type="dxa" w:w="274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พื้นที่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ช่องจัดเ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หมวดสิน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ประเภทผู้ติดต่อ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และผู้ติดต่อ</w:t>
            </w:r>
          </w:p>
        </w:tc>
        <w:tc>
          <w:tcPr>
            <w:tcW w:type="dxa" w:w="7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</w:t>
            </w:r>
          </w:p>
        </w:tc>
        <w:tc>
          <w:tcPr>
            <w:tcW w:type="dxa" w:w="126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TC-UN03.004</w:t>
            </w:r>
          </w:p>
        </w:tc>
        <w:tc>
          <w:tcPr>
            <w:tcW w:type="dxa" w:w="193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Master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Warehouse Layer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Configuration</w:t>
            </w:r>
          </w:p>
        </w:tc>
        <w:tc>
          <w:tcPr>
            <w:tcW w:type="dxa" w:w="76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006</w:t>
            </w:r>
          </w:p>
        </w:tc>
        <w:tc>
          <w:tcPr>
            <w:tcW w:type="dxa" w:w="274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รงสร้างตำแหน่งจัด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็บทั้งแบบ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ลังเดียวและแบบหลายชั้น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พื้นที่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  <w:tc>
          <w:tcPr>
            <w:tcW w:type="dxa" w:w="7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</w:t>
            </w:r>
          </w:p>
        </w:tc>
        <w:tc>
          <w:tcPr>
            <w:tcW w:type="dxa" w:w="1260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TC-UN04.001</w:t>
            </w:r>
          </w:p>
        </w:tc>
        <w:tc>
          <w:tcPr>
            <w:tcW w:type="dxa" w:w="193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ICS – Stock-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</w:t>
            </w:r>
          </w:p>
        </w:tc>
        <w:tc>
          <w:tcPr>
            <w:tcW w:type="dxa" w:w="76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007</w:t>
            </w:r>
          </w:p>
        </w:tc>
        <w:tc>
          <w:tcPr>
            <w:tcW w:type="dxa" w:w="274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08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ารรับสิน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(Stock-in)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จำนวน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สารอ้างอิง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ติดตาม</w:t>
            </w:r>
          </w:p>
        </w:tc>
        <w:tc>
          <w:tcPr>
            <w:tcW w:type="dxa" w:w="780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4"/>
        </w:trPr>
        <w:tc>
          <w:tcPr>
            <w:tcW w:type="dxa" w:w="480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8</w:t>
            </w:r>
          </w:p>
        </w:tc>
        <w:tc>
          <w:tcPr>
            <w:tcW w:type="dxa" w:w="1260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TC-UN04.002</w:t>
            </w:r>
          </w:p>
        </w:tc>
        <w:tc>
          <w:tcPr>
            <w:tcW w:type="dxa" w:w="193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ICS – Stock-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out</w:t>
            </w:r>
          </w:p>
        </w:tc>
        <w:tc>
          <w:tcPr>
            <w:tcW w:type="dxa" w:w="76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008</w:t>
            </w:r>
          </w:p>
        </w:tc>
        <w:tc>
          <w:tcPr>
            <w:tcW w:type="dxa" w:w="274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ารจ่ายสิน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(Stock-out)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โดยตรวจสอบสิทธิ์และ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ยอด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งเหลือ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่อนจ่าย</w:t>
            </w:r>
          </w:p>
        </w:tc>
        <w:tc>
          <w:tcPr>
            <w:tcW w:type="dxa" w:w="78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9</w:t>
            </w:r>
          </w:p>
        </w:tc>
        <w:tc>
          <w:tcPr>
            <w:tcW w:type="dxa" w:w="1260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TC-UN04.003</w:t>
            </w:r>
          </w:p>
        </w:tc>
        <w:tc>
          <w:tcPr>
            <w:tcW w:type="dxa" w:w="193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ICS – Stock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Transfer</w:t>
            </w:r>
          </w:p>
        </w:tc>
        <w:tc>
          <w:tcPr>
            <w:tcW w:type="dxa" w:w="76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009</w:t>
            </w:r>
          </w:p>
        </w:tc>
        <w:tc>
          <w:tcPr>
            <w:tcW w:type="dxa" w:w="274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22" w:firstLine="0"/>
              <w:jc w:val="both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ระบบต้องโอนย้ายสิน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้าระหว่างตำแหน่ง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็บที่ได้รับอนุญาตโดยยอดต้นทาง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ปลายทางสมดุล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</w:t>
            </w:r>
          </w:p>
        </w:tc>
        <w:tc>
          <w:tcPr>
            <w:tcW w:type="dxa" w:w="78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</w:tbl>
    <w:p>
      <w:pPr>
        <w:autoSpaceDN w:val="0"/>
        <w:autoSpaceDE w:val="0"/>
        <w:widowControl/>
        <w:spacing w:line="187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30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7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TeR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0" w:right="438" w:firstLine="0"/>
              <w:jc w:val="righ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Test Report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394"/>
        <w:gridCol w:w="1394"/>
        <w:gridCol w:w="1394"/>
        <w:gridCol w:w="1394"/>
        <w:gridCol w:w="1394"/>
        <w:gridCol w:w="1394"/>
        <w:gridCol w:w="1394"/>
      </w:tblGrid>
      <w:tr>
        <w:trPr>
          <w:trHeight w:hRule="exact" w:val="1244"/>
        </w:trPr>
        <w:tc>
          <w:tcPr>
            <w:tcW w:type="dxa" w:w="480"/>
            <w:tcBorders>
              <w:start w:sz="5.600000000000023" w:val="single" w:color="#585858"/>
              <w:top w:sz="5.600000000000023" w:val="single" w:color="#585858"/>
              <w:end w:sz="5.600000000000023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</w:t>
            </w:r>
          </w:p>
        </w:tc>
        <w:tc>
          <w:tcPr>
            <w:tcW w:type="dxa" w:w="1260"/>
            <w:tcBorders>
              <w:start w:sz="5.600000000000023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</w:t>
            </w:r>
          </w:p>
        </w:tc>
        <w:tc>
          <w:tcPr>
            <w:tcW w:type="dxa" w:w="1934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Testing</w:t>
            </w:r>
          </w:p>
        </w:tc>
        <w:tc>
          <w:tcPr>
            <w:tcW w:type="dxa" w:w="764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Custo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mer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Req.</w:t>
            </w:r>
          </w:p>
          <w:p>
            <w:pPr>
              <w:autoSpaceDN w:val="0"/>
              <w:autoSpaceDE w:val="0"/>
              <w:widowControl/>
              <w:spacing w:line="180" w:lineRule="exact" w:before="7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2746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Customer Req. Topic</w:t>
            </w:r>
          </w:p>
        </w:tc>
        <w:tc>
          <w:tcPr>
            <w:tcW w:type="dxa" w:w="78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Status</w:t>
            </w:r>
          </w:p>
        </w:tc>
        <w:tc>
          <w:tcPr>
            <w:tcW w:type="dxa" w:w="1094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Date</w:t>
            </w:r>
          </w:p>
        </w:tc>
      </w:tr>
      <w:tr>
        <w:trPr>
          <w:trHeight w:hRule="exact" w:val="1228"/>
        </w:trPr>
        <w:tc>
          <w:tcPr>
            <w:tcW w:type="dxa" w:w="480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10</w:t>
            </w:r>
          </w:p>
        </w:tc>
        <w:tc>
          <w:tcPr>
            <w:tcW w:type="dxa" w:w="126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TC-UN04.004</w:t>
            </w:r>
          </w:p>
        </w:tc>
        <w:tc>
          <w:tcPr>
            <w:tcW w:type="dxa" w:w="193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ICS – Lot /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Serial / Expiry</w:t>
            </w:r>
          </w:p>
        </w:tc>
        <w:tc>
          <w:tcPr>
            <w:tcW w:type="dxa" w:w="76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010</w:t>
            </w:r>
          </w:p>
        </w:tc>
        <w:tc>
          <w:tcPr>
            <w:tcW w:type="dxa" w:w="274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ระบบต้องติดตาม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Lot, Serial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Number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และวันหมดอายุ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้าที่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</w:p>
        </w:tc>
        <w:tc>
          <w:tcPr>
            <w:tcW w:type="dxa" w:w="7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11</w:t>
            </w:r>
          </w:p>
        </w:tc>
        <w:tc>
          <w:tcPr>
            <w:tcW w:type="dxa" w:w="12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TC-UN09.002</w:t>
            </w:r>
          </w:p>
        </w:tc>
        <w:tc>
          <w:tcPr>
            <w:tcW w:type="dxa" w:w="193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Reports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Stock Reports</w:t>
            </w:r>
          </w:p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011</w:t>
            </w:r>
          </w:p>
        </w:tc>
        <w:tc>
          <w:tcPr>
            <w:tcW w:type="dxa" w:w="274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50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ระบบต้องแสดงภาพรวมสต๊อ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ประวัติ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ลื่อนไหว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วามจุ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ารใช้พื้นที่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้าใ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ล้หมด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้าหมดอายุ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Lot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50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12</w:t>
            </w:r>
          </w:p>
        </w:tc>
        <w:tc>
          <w:tcPr>
            <w:tcW w:type="dxa" w:w="12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TC-UN04.005</w:t>
            </w:r>
          </w:p>
        </w:tc>
        <w:tc>
          <w:tcPr>
            <w:tcW w:type="dxa" w:w="193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ICS – Barcode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Label &amp; Scan</w:t>
            </w:r>
          </w:p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012</w:t>
            </w:r>
          </w:p>
        </w:tc>
        <w:tc>
          <w:tcPr>
            <w:tcW w:type="dxa" w:w="274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ระบบต้องพิมพ์บาร์โ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้ดสิน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(SKU)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และตำแหน่งจัดเ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นในหน้าจอที่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13</w:t>
            </w:r>
          </w:p>
        </w:tc>
        <w:tc>
          <w:tcPr>
            <w:tcW w:type="dxa" w:w="126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TC-UN05.001</w:t>
            </w:r>
          </w:p>
        </w:tc>
        <w:tc>
          <w:tcPr>
            <w:tcW w:type="dxa" w:w="193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Sales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Quotation</w:t>
            </w:r>
          </w:p>
        </w:tc>
        <w:tc>
          <w:tcPr>
            <w:tcW w:type="dxa" w:w="76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013</w:t>
            </w:r>
          </w:p>
        </w:tc>
        <w:tc>
          <w:tcPr>
            <w:tcW w:type="dxa" w:w="274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150" w:firstLine="0"/>
              <w:jc w:val="both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ระบบต้องสร้างและจัด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ารใบเสนอรา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ใบสั่ง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ใบแจ้งหนี้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และใบ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ลดหนี้</w:t>
            </w:r>
          </w:p>
        </w:tc>
        <w:tc>
          <w:tcPr>
            <w:tcW w:type="dxa" w:w="7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4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14</w:t>
            </w:r>
          </w:p>
        </w:tc>
        <w:tc>
          <w:tcPr>
            <w:tcW w:type="dxa" w:w="12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TC-UN06.001</w:t>
            </w:r>
          </w:p>
        </w:tc>
        <w:tc>
          <w:tcPr>
            <w:tcW w:type="dxa" w:w="193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Purchasing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Purchase Request</w:t>
            </w:r>
          </w:p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014</w:t>
            </w:r>
          </w:p>
        </w:tc>
        <w:tc>
          <w:tcPr>
            <w:tcW w:type="dxa" w:w="274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ระบบต้องสร้างและจัด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ใบสั่งซื้อ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ใบแจ้งหนี้ซื้อ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และใบ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้าผู้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50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15</w:t>
            </w:r>
          </w:p>
        </w:tc>
        <w:tc>
          <w:tcPr>
            <w:tcW w:type="dxa" w:w="12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TC-UN07.001</w:t>
            </w:r>
          </w:p>
        </w:tc>
        <w:tc>
          <w:tcPr>
            <w:tcW w:type="dxa" w:w="193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Finance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Receipt Billing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Receipt</w:t>
            </w:r>
          </w:p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015</w:t>
            </w:r>
          </w:p>
        </w:tc>
        <w:tc>
          <w:tcPr>
            <w:tcW w:type="dxa" w:w="274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ระบบต้องสร้างและจัด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ารใบวางบิลรับ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ใบเสร็จรับเงิน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ใบวางบิลจ่าย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และใบ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ัญจ่าย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16</w:t>
            </w:r>
          </w:p>
        </w:tc>
        <w:tc>
          <w:tcPr>
            <w:tcW w:type="dxa" w:w="1260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TC-UN08.001</w:t>
            </w:r>
          </w:p>
        </w:tc>
        <w:tc>
          <w:tcPr>
            <w:tcW w:type="dxa" w:w="193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Accounting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Chart of Accounts /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Departments /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Formulas</w:t>
            </w:r>
          </w:p>
        </w:tc>
        <w:tc>
          <w:tcPr>
            <w:tcW w:type="dxa" w:w="76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016</w:t>
            </w:r>
          </w:p>
        </w:tc>
        <w:tc>
          <w:tcPr>
            <w:tcW w:type="dxa" w:w="274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ารผังบัญชี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แผน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สูตร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สมุดรายวัน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และบัญชีแย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ประเภท</w:t>
            </w:r>
          </w:p>
        </w:tc>
        <w:tc>
          <w:tcPr>
            <w:tcW w:type="dxa" w:w="78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4"/>
        </w:trPr>
        <w:tc>
          <w:tcPr>
            <w:tcW w:type="dxa" w:w="480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17</w:t>
            </w:r>
          </w:p>
        </w:tc>
        <w:tc>
          <w:tcPr>
            <w:tcW w:type="dxa" w:w="1260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TC-UN09.003</w:t>
            </w:r>
          </w:p>
        </w:tc>
        <w:tc>
          <w:tcPr>
            <w:tcW w:type="dxa" w:w="193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Reports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Financial Reports</w:t>
            </w:r>
          </w:p>
        </w:tc>
        <w:tc>
          <w:tcPr>
            <w:tcW w:type="dxa" w:w="76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017</w:t>
            </w:r>
          </w:p>
        </w:tc>
        <w:tc>
          <w:tcPr>
            <w:tcW w:type="dxa" w:w="274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ระบบต้องจัดทำรายงานงบทดลอง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ำไร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าดทุน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งบดุล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ภาษีมูล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่าเพิ่ม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สมุดรายวัน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ลื่อนไหว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GL</w:t>
            </w:r>
          </w:p>
        </w:tc>
        <w:tc>
          <w:tcPr>
            <w:tcW w:type="dxa" w:w="780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18</w:t>
            </w:r>
          </w:p>
        </w:tc>
        <w:tc>
          <w:tcPr>
            <w:tcW w:type="dxa" w:w="1260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TC-UN10.001</w:t>
            </w:r>
          </w:p>
        </w:tc>
        <w:tc>
          <w:tcPr>
            <w:tcW w:type="dxa" w:w="193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Numbering</w:t>
            </w:r>
          </w:p>
        </w:tc>
        <w:tc>
          <w:tcPr>
            <w:tcW w:type="dxa" w:w="76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018</w:t>
            </w:r>
          </w:p>
        </w:tc>
        <w:tc>
          <w:tcPr>
            <w:tcW w:type="dxa" w:w="274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สารอัตโนมัติ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ุมสถานะ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วงจรชีวิต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780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19</w:t>
            </w:r>
          </w:p>
        </w:tc>
        <w:tc>
          <w:tcPr>
            <w:tcW w:type="dxa" w:w="1260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TC-UN04.006</w:t>
            </w:r>
          </w:p>
        </w:tc>
        <w:tc>
          <w:tcPr>
            <w:tcW w:type="dxa" w:w="193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ICS – File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Attachment</w:t>
            </w:r>
          </w:p>
        </w:tc>
        <w:tc>
          <w:tcPr>
            <w:tcW w:type="dxa" w:w="76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019</w:t>
            </w:r>
          </w:p>
        </w:tc>
        <w:tc>
          <w:tcPr>
            <w:tcW w:type="dxa" w:w="274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ารแนบไฟล์ที่อนุญาต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</w:p>
        </w:tc>
        <w:tc>
          <w:tcPr>
            <w:tcW w:type="dxa" w:w="78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</w:tbl>
    <w:p>
      <w:pPr>
        <w:autoSpaceDN w:val="0"/>
        <w:autoSpaceDE w:val="0"/>
        <w:widowControl/>
        <w:spacing w:line="107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30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7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TeR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0" w:right="438" w:firstLine="0"/>
              <w:jc w:val="righ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Test Report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394"/>
        <w:gridCol w:w="1394"/>
        <w:gridCol w:w="1394"/>
        <w:gridCol w:w="1394"/>
        <w:gridCol w:w="1394"/>
        <w:gridCol w:w="1394"/>
        <w:gridCol w:w="1394"/>
      </w:tblGrid>
      <w:tr>
        <w:trPr>
          <w:trHeight w:hRule="exact" w:val="1244"/>
        </w:trPr>
        <w:tc>
          <w:tcPr>
            <w:tcW w:type="dxa" w:w="480"/>
            <w:tcBorders>
              <w:start w:sz="5.600000000000023" w:val="single" w:color="#585858"/>
              <w:top w:sz="5.600000000000023" w:val="single" w:color="#585858"/>
              <w:end w:sz="5.600000000000023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</w:t>
            </w:r>
          </w:p>
        </w:tc>
        <w:tc>
          <w:tcPr>
            <w:tcW w:type="dxa" w:w="1260"/>
            <w:tcBorders>
              <w:start w:sz="5.600000000000023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</w:t>
            </w:r>
          </w:p>
        </w:tc>
        <w:tc>
          <w:tcPr>
            <w:tcW w:type="dxa" w:w="1934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Testing</w:t>
            </w:r>
          </w:p>
        </w:tc>
        <w:tc>
          <w:tcPr>
            <w:tcW w:type="dxa" w:w="764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Custo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mer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Req.</w:t>
            </w:r>
          </w:p>
          <w:p>
            <w:pPr>
              <w:autoSpaceDN w:val="0"/>
              <w:autoSpaceDE w:val="0"/>
              <w:widowControl/>
              <w:spacing w:line="180" w:lineRule="exact" w:before="7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2746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Customer Req. Topic</w:t>
            </w:r>
          </w:p>
        </w:tc>
        <w:tc>
          <w:tcPr>
            <w:tcW w:type="dxa" w:w="78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Status</w:t>
            </w:r>
          </w:p>
        </w:tc>
        <w:tc>
          <w:tcPr>
            <w:tcW w:type="dxa" w:w="1094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Date</w:t>
            </w:r>
          </w:p>
        </w:tc>
      </w:tr>
      <w:tr>
        <w:trPr>
          <w:trHeight w:hRule="exact" w:val="1228"/>
        </w:trPr>
        <w:tc>
          <w:tcPr>
            <w:tcW w:type="dxa" w:w="480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20</w:t>
            </w:r>
          </w:p>
        </w:tc>
        <w:tc>
          <w:tcPr>
            <w:tcW w:type="dxa" w:w="126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TC-UN09.004</w:t>
            </w:r>
          </w:p>
        </w:tc>
        <w:tc>
          <w:tcPr>
            <w:tcW w:type="dxa" w:w="193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Reports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Filter / Print / Export</w:t>
            </w:r>
          </w:p>
        </w:tc>
        <w:tc>
          <w:tcPr>
            <w:tcW w:type="dxa" w:w="76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020</w:t>
            </w:r>
          </w:p>
        </w:tc>
        <w:tc>
          <w:tcPr>
            <w:tcW w:type="dxa" w:w="274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ระบบต้องให้ผู้ใช้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ดู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พิมพ์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และส่ง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รายงานปฏิบัติ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ารและรายงานผู้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บริหาร</w:t>
            </w:r>
          </w:p>
        </w:tc>
        <w:tc>
          <w:tcPr>
            <w:tcW w:type="dxa" w:w="7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21</w:t>
            </w:r>
          </w:p>
        </w:tc>
        <w:tc>
          <w:tcPr>
            <w:tcW w:type="dxa" w:w="12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TC-UN11.001</w:t>
            </w:r>
          </w:p>
        </w:tc>
        <w:tc>
          <w:tcPr>
            <w:tcW w:type="dxa" w:w="193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Node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Socket.IO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Notification Server</w:t>
            </w:r>
          </w:p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021</w:t>
            </w:r>
          </w:p>
        </w:tc>
        <w:tc>
          <w:tcPr>
            <w:tcW w:type="dxa" w:w="274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ระบบต้องแจ้งเตือนผู้ใช้ที่เ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้องเมื่อ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สถานะเอ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สารเปลี่ยนหรือมีเหตุ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ปฏิบัติ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50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22</w:t>
            </w:r>
          </w:p>
        </w:tc>
        <w:tc>
          <w:tcPr>
            <w:tcW w:type="dxa" w:w="12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TC-UN11.002</w:t>
            </w:r>
          </w:p>
        </w:tc>
        <w:tc>
          <w:tcPr>
            <w:tcW w:type="dxa" w:w="193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Node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Scheduler (ETL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Alerts)</w:t>
            </w:r>
          </w:p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022</w:t>
            </w:r>
          </w:p>
        </w:tc>
        <w:tc>
          <w:tcPr>
            <w:tcW w:type="dxa" w:w="274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ระบบต้องสรุปยอดสต๊อ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ก/GL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และแจ้ง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เตือนสิน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้าใ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ล้หมดและใบแจ้งหนี้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ชำระตาม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23</w:t>
            </w:r>
          </w:p>
        </w:tc>
        <w:tc>
          <w:tcPr>
            <w:tcW w:type="dxa" w:w="126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TC-UN10.003</w:t>
            </w:r>
          </w:p>
        </w:tc>
        <w:tc>
          <w:tcPr>
            <w:tcW w:type="dxa" w:w="193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Audit Fields &amp;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History</w:t>
            </w:r>
          </w:p>
        </w:tc>
        <w:tc>
          <w:tcPr>
            <w:tcW w:type="dxa" w:w="76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023</w:t>
            </w:r>
          </w:p>
        </w:tc>
        <w:tc>
          <w:tcPr>
            <w:tcW w:type="dxa" w:w="274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็บผู้สร้าง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ข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และประวัติราย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ารเพื่อ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ารตรวจสอบ</w:t>
            </w:r>
          </w:p>
        </w:tc>
        <w:tc>
          <w:tcPr>
            <w:tcW w:type="dxa" w:w="7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4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24</w:t>
            </w:r>
          </w:p>
        </w:tc>
        <w:tc>
          <w:tcPr>
            <w:tcW w:type="dxa" w:w="12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TC-UN12.001</w:t>
            </w:r>
          </w:p>
        </w:tc>
        <w:tc>
          <w:tcPr>
            <w:tcW w:type="dxa" w:w="193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Security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Tenant Scope Guard</w:t>
            </w:r>
          </w:p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024</w:t>
            </w:r>
          </w:p>
        </w:tc>
        <w:tc>
          <w:tcPr>
            <w:tcW w:type="dxa" w:w="274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้อมูลบริษัทและ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้าให้เฉพาะผู้ใช้ที่ได้รับอนุญาตใน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บริบทปัจจุบัน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50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</w:t>
            </w:r>
          </w:p>
        </w:tc>
        <w:tc>
          <w:tcPr>
            <w:tcW w:type="dxa" w:w="12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TC-UN09.001</w:t>
            </w:r>
          </w:p>
        </w:tc>
        <w:tc>
          <w:tcPr>
            <w:tcW w:type="dxa" w:w="193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Reports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Dashboard &amp;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Aggregates</w:t>
            </w:r>
          </w:p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CR02: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001</w:t>
            </w:r>
          </w:p>
        </w:tc>
        <w:tc>
          <w:tcPr>
            <w:tcW w:type="dxa" w:w="274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ระบบต้องตอบสนองงานประจำวัน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เปิด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หน้าจอ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้นหา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สร้างเอ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ภายใน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เวลาที่ใช้งานได้จริงบนสภาพแวดล้อมที่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26</w:t>
            </w:r>
          </w:p>
        </w:tc>
        <w:tc>
          <w:tcPr>
            <w:tcW w:type="dxa" w:w="1260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TC-UN09.001</w:t>
            </w:r>
          </w:p>
        </w:tc>
        <w:tc>
          <w:tcPr>
            <w:tcW w:type="dxa" w:w="193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Reports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Dashboard &amp;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Aggregates</w:t>
            </w:r>
          </w:p>
        </w:tc>
        <w:tc>
          <w:tcPr>
            <w:tcW w:type="dxa" w:w="76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CR02: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002</w:t>
            </w:r>
          </w:p>
        </w:tc>
        <w:tc>
          <w:tcPr>
            <w:tcW w:type="dxa" w:w="274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ระบบต้องมีตารางสรุปยอด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(Aggregate)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เพื่อให้แดชบอร์ดและ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รายงานแสดงผลได้โดยไม่ต้อง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ำนวณ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ใหม่ทุ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รั้ง</w:t>
            </w:r>
          </w:p>
        </w:tc>
        <w:tc>
          <w:tcPr>
            <w:tcW w:type="dxa" w:w="78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4"/>
        </w:trPr>
        <w:tc>
          <w:tcPr>
            <w:tcW w:type="dxa" w:w="480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27</w:t>
            </w:r>
          </w:p>
        </w:tc>
        <w:tc>
          <w:tcPr>
            <w:tcW w:type="dxa" w:w="1260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TC-UN09.001</w:t>
            </w:r>
          </w:p>
        </w:tc>
        <w:tc>
          <w:tcPr>
            <w:tcW w:type="dxa" w:w="193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Reports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Dashboard &amp;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Aggregates</w:t>
            </w:r>
          </w:p>
        </w:tc>
        <w:tc>
          <w:tcPr>
            <w:tcW w:type="dxa" w:w="76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CR02: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003</w:t>
            </w:r>
          </w:p>
        </w:tc>
        <w:tc>
          <w:tcPr>
            <w:tcW w:type="dxa" w:w="274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ระบบต้องรองรับปริมาณ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้อมูลและผู้ใช้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ันในระดับที่ต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ลงสำหรับสภาพ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แวดล้อมใช้งานจริง</w:t>
            </w:r>
          </w:p>
        </w:tc>
        <w:tc>
          <w:tcPr>
            <w:tcW w:type="dxa" w:w="780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28</w:t>
            </w:r>
          </w:p>
        </w:tc>
        <w:tc>
          <w:tcPr>
            <w:tcW w:type="dxa" w:w="1260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93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setup.php Schema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Installer</w:t>
            </w:r>
          </w:p>
        </w:tc>
        <w:tc>
          <w:tcPr>
            <w:tcW w:type="dxa" w:w="76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CR03: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001</w:t>
            </w:r>
          </w:p>
        </w:tc>
        <w:tc>
          <w:tcPr>
            <w:tcW w:type="dxa" w:w="274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ระบบต้องเชื่อมต่อฐาน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MySQL/MariaDB 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(wms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สำหรับผู้ใช้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wms2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สำหรับ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  <w:tc>
          <w:tcPr>
            <w:tcW w:type="dxa" w:w="780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29</w:t>
            </w:r>
          </w:p>
        </w:tc>
        <w:tc>
          <w:tcPr>
            <w:tcW w:type="dxa" w:w="1260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93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Identity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Login &amp; Role Guard</w:t>
            </w:r>
          </w:p>
        </w:tc>
        <w:tc>
          <w:tcPr>
            <w:tcW w:type="dxa" w:w="76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CR03: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002</w:t>
            </w:r>
          </w:p>
        </w:tc>
        <w:tc>
          <w:tcPr>
            <w:tcW w:type="dxa" w:w="274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ระบบต้องใช้งานผ่าน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Web Browser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มาตรฐาน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(Chrome, Edge,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Firefox)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ได้</w:t>
            </w:r>
          </w:p>
        </w:tc>
        <w:tc>
          <w:tcPr>
            <w:tcW w:type="dxa" w:w="78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</w:tbl>
    <w:p>
      <w:pPr>
        <w:autoSpaceDN w:val="0"/>
        <w:autoSpaceDE w:val="0"/>
        <w:widowControl/>
        <w:spacing w:line="107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30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7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TeR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0" w:right="438" w:firstLine="0"/>
              <w:jc w:val="righ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Test Report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394"/>
        <w:gridCol w:w="1394"/>
        <w:gridCol w:w="1394"/>
        <w:gridCol w:w="1394"/>
        <w:gridCol w:w="1394"/>
        <w:gridCol w:w="1394"/>
        <w:gridCol w:w="1394"/>
      </w:tblGrid>
      <w:tr>
        <w:trPr>
          <w:trHeight w:hRule="exact" w:val="1244"/>
        </w:trPr>
        <w:tc>
          <w:tcPr>
            <w:tcW w:type="dxa" w:w="480"/>
            <w:tcBorders>
              <w:start w:sz="5.600000000000023" w:val="single" w:color="#585858"/>
              <w:top w:sz="5.600000000000023" w:val="single" w:color="#585858"/>
              <w:end w:sz="5.600000000000023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</w:t>
            </w:r>
          </w:p>
        </w:tc>
        <w:tc>
          <w:tcPr>
            <w:tcW w:type="dxa" w:w="1260"/>
            <w:tcBorders>
              <w:start w:sz="5.600000000000023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</w:t>
            </w:r>
          </w:p>
        </w:tc>
        <w:tc>
          <w:tcPr>
            <w:tcW w:type="dxa" w:w="1934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Testing</w:t>
            </w:r>
          </w:p>
        </w:tc>
        <w:tc>
          <w:tcPr>
            <w:tcW w:type="dxa" w:w="764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Custo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mer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Req.</w:t>
            </w:r>
          </w:p>
          <w:p>
            <w:pPr>
              <w:autoSpaceDN w:val="0"/>
              <w:autoSpaceDE w:val="0"/>
              <w:widowControl/>
              <w:spacing w:line="180" w:lineRule="exact" w:before="7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2746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Customer Req. Topic</w:t>
            </w:r>
          </w:p>
        </w:tc>
        <w:tc>
          <w:tcPr>
            <w:tcW w:type="dxa" w:w="78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Status</w:t>
            </w:r>
          </w:p>
        </w:tc>
        <w:tc>
          <w:tcPr>
            <w:tcW w:type="dxa" w:w="1094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Date</w:t>
            </w:r>
          </w:p>
        </w:tc>
      </w:tr>
      <w:tr>
        <w:trPr>
          <w:trHeight w:hRule="exact" w:val="1228"/>
        </w:trPr>
        <w:tc>
          <w:tcPr>
            <w:tcW w:type="dxa" w:w="480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30</w:t>
            </w:r>
          </w:p>
        </w:tc>
        <w:tc>
          <w:tcPr>
            <w:tcW w:type="dxa" w:w="126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TC-UN11.001</w:t>
            </w:r>
          </w:p>
        </w:tc>
        <w:tc>
          <w:tcPr>
            <w:tcW w:type="dxa" w:w="193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Node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Socket.IO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Notification Server</w:t>
            </w:r>
          </w:p>
        </w:tc>
        <w:tc>
          <w:tcPr>
            <w:tcW w:type="dxa" w:w="76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CR03: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003</w:t>
            </w:r>
          </w:p>
        </w:tc>
        <w:tc>
          <w:tcPr>
            <w:tcW w:type="dxa" w:w="274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ระบบต้องส่งเหตุ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ารณ์ไปยังบริ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Node.js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Endpoint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ภายในที่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Secret</w:t>
            </w:r>
          </w:p>
        </w:tc>
        <w:tc>
          <w:tcPr>
            <w:tcW w:type="dxa" w:w="7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31</w:t>
            </w:r>
          </w:p>
        </w:tc>
        <w:tc>
          <w:tcPr>
            <w:tcW w:type="dxa" w:w="12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TC-UN11.001</w:t>
            </w:r>
          </w:p>
        </w:tc>
        <w:tc>
          <w:tcPr>
            <w:tcW w:type="dxa" w:w="193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Node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Socket.IO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Notification Server</w:t>
            </w:r>
          </w:p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CR03: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004</w:t>
            </w:r>
          </w:p>
        </w:tc>
        <w:tc>
          <w:tcPr>
            <w:tcW w:type="dxa" w:w="274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Browser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ต้องเชื่อมต่อ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Socket.IO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Endpoint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สาธารณะเพื่อรับ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ารแจ้ง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เตือนแบบ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Real-time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50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32</w:t>
            </w:r>
          </w:p>
        </w:tc>
        <w:tc>
          <w:tcPr>
            <w:tcW w:type="dxa" w:w="12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TC-UN02.002</w:t>
            </w:r>
          </w:p>
        </w:tc>
        <w:tc>
          <w:tcPr>
            <w:tcW w:type="dxa" w:w="193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Company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SMTP &amp; Mail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Dispatch</w:t>
            </w:r>
          </w:p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CR03: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005</w:t>
            </w:r>
          </w:p>
        </w:tc>
        <w:tc>
          <w:tcPr>
            <w:tcW w:type="dxa" w:w="274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ระบบต้องส่งอีเมล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Onboarding, 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ืนรหัสผ่าน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และแจ้งเตือนผ่าน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SMTP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่าต่อบริษัท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33</w:t>
            </w:r>
          </w:p>
        </w:tc>
        <w:tc>
          <w:tcPr>
            <w:tcW w:type="dxa" w:w="126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93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Identity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Login &amp; Role Guard</w:t>
            </w:r>
          </w:p>
        </w:tc>
        <w:tc>
          <w:tcPr>
            <w:tcW w:type="dxa" w:w="76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CR04: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001</w:t>
            </w:r>
          </w:p>
        </w:tc>
        <w:tc>
          <w:tcPr>
            <w:tcW w:type="dxa" w:w="274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ระบบต้องพัฒนาบนสถาปัตย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รรม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Web-based Application</w:t>
            </w:r>
          </w:p>
        </w:tc>
        <w:tc>
          <w:tcPr>
            <w:tcW w:type="dxa" w:w="7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4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34</w:t>
            </w:r>
          </w:p>
        </w:tc>
        <w:tc>
          <w:tcPr>
            <w:tcW w:type="dxa" w:w="12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93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setup.php Schema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Installer</w:t>
            </w:r>
          </w:p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CR04: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002</w:t>
            </w:r>
          </w:p>
        </w:tc>
        <w:tc>
          <w:tcPr>
            <w:tcW w:type="dxa" w:w="274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Relational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Database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และรั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Referential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Integrity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50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35</w:t>
            </w:r>
          </w:p>
        </w:tc>
        <w:tc>
          <w:tcPr>
            <w:tcW w:type="dxa" w:w="12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93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Identity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Login &amp; Role Guard</w:t>
            </w:r>
          </w:p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CR04: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003</w:t>
            </w:r>
          </w:p>
        </w:tc>
        <w:tc>
          <w:tcPr>
            <w:tcW w:type="dxa" w:w="274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้าสู่ระบบด้วย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Username/Password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บทบาทผู้ใช้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36</w:t>
            </w:r>
          </w:p>
        </w:tc>
        <w:tc>
          <w:tcPr>
            <w:tcW w:type="dxa" w:w="1260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93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setup.php Schema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Installer</w:t>
            </w:r>
          </w:p>
        </w:tc>
        <w:tc>
          <w:tcPr>
            <w:tcW w:type="dxa" w:w="76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CR04: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004</w:t>
            </w:r>
          </w:p>
        </w:tc>
        <w:tc>
          <w:tcPr>
            <w:tcW w:type="dxa" w:w="274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ระบบต้องทำงานบน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PHP 8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ึ้นไป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MySQL/MariaDB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Node.js</w:t>
            </w:r>
          </w:p>
        </w:tc>
        <w:tc>
          <w:tcPr>
            <w:tcW w:type="dxa" w:w="78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4"/>
        </w:trPr>
        <w:tc>
          <w:tcPr>
            <w:tcW w:type="dxa" w:w="480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37</w:t>
            </w:r>
          </w:p>
        </w:tc>
        <w:tc>
          <w:tcPr>
            <w:tcW w:type="dxa" w:w="1260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93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Identity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Login &amp; Role Guard</w:t>
            </w:r>
          </w:p>
        </w:tc>
        <w:tc>
          <w:tcPr>
            <w:tcW w:type="dxa" w:w="76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CR05: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001</w:t>
            </w:r>
          </w:p>
        </w:tc>
        <w:tc>
          <w:tcPr>
            <w:tcW w:type="dxa" w:w="274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UI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Responsive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ใช้งานได้ทั้ง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Desktop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และอุป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รณ์หน้า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(Tablet/Mobile)</w:t>
            </w:r>
          </w:p>
        </w:tc>
        <w:tc>
          <w:tcPr>
            <w:tcW w:type="dxa" w:w="780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38</w:t>
            </w:r>
          </w:p>
        </w:tc>
        <w:tc>
          <w:tcPr>
            <w:tcW w:type="dxa" w:w="1260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93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Identity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Login &amp; Role Guard</w:t>
            </w:r>
          </w:p>
        </w:tc>
        <w:tc>
          <w:tcPr>
            <w:tcW w:type="dxa" w:w="76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CR05: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002</w:t>
            </w:r>
          </w:p>
        </w:tc>
        <w:tc>
          <w:tcPr>
            <w:tcW w:type="dxa" w:w="274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เมนูและปุ่ม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ำสั่งต้องแสดงตามบทบาท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องผู้ใช้</w:t>
            </w:r>
          </w:p>
        </w:tc>
        <w:tc>
          <w:tcPr>
            <w:tcW w:type="dxa" w:w="780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39</w:t>
            </w:r>
          </w:p>
        </w:tc>
        <w:tc>
          <w:tcPr>
            <w:tcW w:type="dxa" w:w="1260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TC-UN10.002</w:t>
            </w:r>
          </w:p>
        </w:tc>
        <w:tc>
          <w:tcPr>
            <w:tcW w:type="dxa" w:w="193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Lifecycle &amp; Status</w:t>
            </w:r>
          </w:p>
        </w:tc>
        <w:tc>
          <w:tcPr>
            <w:tcW w:type="dxa" w:w="76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CR05: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003</w:t>
            </w:r>
          </w:p>
        </w:tc>
        <w:tc>
          <w:tcPr>
            <w:tcW w:type="dxa" w:w="274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ระบบต้องแสดงผล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วามสำเร็จ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้อผิดพลาด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อย่างชัดเจน</w:t>
            </w:r>
          </w:p>
        </w:tc>
        <w:tc>
          <w:tcPr>
            <w:tcW w:type="dxa" w:w="78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</w:tbl>
    <w:p>
      <w:pPr>
        <w:autoSpaceDN w:val="0"/>
        <w:autoSpaceDE w:val="0"/>
        <w:widowControl/>
        <w:spacing w:line="107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30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7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TeR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0" w:right="438" w:firstLine="0"/>
              <w:jc w:val="righ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Test Report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394"/>
        <w:gridCol w:w="1394"/>
        <w:gridCol w:w="1394"/>
        <w:gridCol w:w="1394"/>
        <w:gridCol w:w="1394"/>
        <w:gridCol w:w="1394"/>
        <w:gridCol w:w="1394"/>
      </w:tblGrid>
      <w:tr>
        <w:trPr>
          <w:trHeight w:hRule="exact" w:val="1244"/>
        </w:trPr>
        <w:tc>
          <w:tcPr>
            <w:tcW w:type="dxa" w:w="480"/>
            <w:tcBorders>
              <w:start w:sz="5.600000000000023" w:val="single" w:color="#585858"/>
              <w:top w:sz="5.600000000000023" w:val="single" w:color="#585858"/>
              <w:end w:sz="5.600000000000023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</w:t>
            </w:r>
          </w:p>
        </w:tc>
        <w:tc>
          <w:tcPr>
            <w:tcW w:type="dxa" w:w="1260"/>
            <w:tcBorders>
              <w:start w:sz="5.600000000000023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</w:t>
            </w:r>
          </w:p>
        </w:tc>
        <w:tc>
          <w:tcPr>
            <w:tcW w:type="dxa" w:w="1934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Testing</w:t>
            </w:r>
          </w:p>
        </w:tc>
        <w:tc>
          <w:tcPr>
            <w:tcW w:type="dxa" w:w="764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Custo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mer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Req.</w:t>
            </w:r>
          </w:p>
          <w:p>
            <w:pPr>
              <w:autoSpaceDN w:val="0"/>
              <w:autoSpaceDE w:val="0"/>
              <w:widowControl/>
              <w:spacing w:line="180" w:lineRule="exact" w:before="7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2746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Customer Req. Topic</w:t>
            </w:r>
          </w:p>
        </w:tc>
        <w:tc>
          <w:tcPr>
            <w:tcW w:type="dxa" w:w="78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Status</w:t>
            </w:r>
          </w:p>
        </w:tc>
        <w:tc>
          <w:tcPr>
            <w:tcW w:type="dxa" w:w="1094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Date</w:t>
            </w:r>
          </w:p>
        </w:tc>
      </w:tr>
      <w:tr>
        <w:trPr>
          <w:trHeight w:hRule="exact" w:val="1228"/>
        </w:trPr>
        <w:tc>
          <w:tcPr>
            <w:tcW w:type="dxa" w:w="480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40</w:t>
            </w:r>
          </w:p>
        </w:tc>
        <w:tc>
          <w:tcPr>
            <w:tcW w:type="dxa" w:w="126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TC-UN10.002</w:t>
            </w:r>
          </w:p>
        </w:tc>
        <w:tc>
          <w:tcPr>
            <w:tcW w:type="dxa" w:w="193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Lifecycle &amp; Status</w:t>
            </w:r>
          </w:p>
        </w:tc>
        <w:tc>
          <w:tcPr>
            <w:tcW w:type="dxa" w:w="76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CR05: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004</w:t>
            </w:r>
          </w:p>
        </w:tc>
        <w:tc>
          <w:tcPr>
            <w:tcW w:type="dxa" w:w="274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ั้นตอนยืนยัน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่อนลบ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เลิ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หรือทำราย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ารที่ย้อน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ลับไม่ได้</w:t>
            </w:r>
          </w:p>
        </w:tc>
        <w:tc>
          <w:tcPr>
            <w:tcW w:type="dxa" w:w="7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41</w:t>
            </w:r>
          </w:p>
        </w:tc>
        <w:tc>
          <w:tcPr>
            <w:tcW w:type="dxa" w:w="12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TC-UN04.005</w:t>
            </w:r>
          </w:p>
        </w:tc>
        <w:tc>
          <w:tcPr>
            <w:tcW w:type="dxa" w:w="193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ICS – Barcode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Label &amp; Scan</w:t>
            </w:r>
          </w:p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CR05: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005</w:t>
            </w:r>
          </w:p>
        </w:tc>
        <w:tc>
          <w:tcPr>
            <w:tcW w:type="dxa" w:w="274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ระบบต้องพิมพ์เอ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สารธุร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ิจและฉลา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บาร์โ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้ดในรูปแบบที่ใช้งานได้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50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42</w:t>
            </w:r>
          </w:p>
        </w:tc>
        <w:tc>
          <w:tcPr>
            <w:tcW w:type="dxa" w:w="12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TC-UN12.004</w:t>
            </w:r>
          </w:p>
        </w:tc>
        <w:tc>
          <w:tcPr>
            <w:tcW w:type="dxa" w:w="193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Security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TLS &amp; Secret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Configuration</w:t>
            </w:r>
          </w:p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CR06: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001</w:t>
            </w:r>
          </w:p>
        </w:tc>
        <w:tc>
          <w:tcPr>
            <w:tcW w:type="dxa" w:w="274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ารเชื่อมต่อในสภาพแวดล้อมใช้งาน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จริงต้องเ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้ารหัสด้วย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HTTPS/TLS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43</w:t>
            </w:r>
          </w:p>
        </w:tc>
        <w:tc>
          <w:tcPr>
            <w:tcW w:type="dxa" w:w="126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TC-UN13.003</w:t>
            </w:r>
          </w:p>
        </w:tc>
        <w:tc>
          <w:tcPr>
            <w:tcW w:type="dxa" w:w="193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Deploy – .env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Generator</w:t>
            </w:r>
          </w:p>
        </w:tc>
        <w:tc>
          <w:tcPr>
            <w:tcW w:type="dxa" w:w="76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CR06: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002</w:t>
            </w:r>
          </w:p>
        </w:tc>
        <w:tc>
          <w:tcPr>
            <w:tcW w:type="dxa" w:w="274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วามลับ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องระบบต้องไม่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Source Control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และไม่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้าถึงได้จา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เว็บสาธารณะ</w:t>
            </w:r>
          </w:p>
        </w:tc>
        <w:tc>
          <w:tcPr>
            <w:tcW w:type="dxa" w:w="7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4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44</w:t>
            </w:r>
          </w:p>
        </w:tc>
        <w:tc>
          <w:tcPr>
            <w:tcW w:type="dxa" w:w="12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TC-UN12.002</w:t>
            </w:r>
          </w:p>
        </w:tc>
        <w:tc>
          <w:tcPr>
            <w:tcW w:type="dxa" w:w="193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Security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Server-side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Validation</w:t>
            </w:r>
          </w:p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CR06: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003</w:t>
            </w:r>
          </w:p>
        </w:tc>
        <w:tc>
          <w:tcPr>
            <w:tcW w:type="dxa" w:w="274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ารทำงานฝั่งเซิร์ฟเวอร์ต้องตรวจสอบ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้อมูลนำเ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ยืนยันตัวตน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ตรวจสิทธิ์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50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45</w:t>
            </w:r>
          </w:p>
        </w:tc>
        <w:tc>
          <w:tcPr>
            <w:tcW w:type="dxa" w:w="12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93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Identity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Login &amp; Role Guard</w:t>
            </w:r>
          </w:p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CR06: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004</w:t>
            </w:r>
          </w:p>
        </w:tc>
        <w:tc>
          <w:tcPr>
            <w:tcW w:type="dxa" w:w="274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้าถึงตาม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บทบาท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(Role-based Access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Control)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ทั้งใน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UI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และฝั่งเซิร์ฟเวอร์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46</w:t>
            </w:r>
          </w:p>
        </w:tc>
        <w:tc>
          <w:tcPr>
            <w:tcW w:type="dxa" w:w="1260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TC-UN12.002</w:t>
            </w:r>
          </w:p>
        </w:tc>
        <w:tc>
          <w:tcPr>
            <w:tcW w:type="dxa" w:w="193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Security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Server-side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Validation</w:t>
            </w:r>
          </w:p>
        </w:tc>
        <w:tc>
          <w:tcPr>
            <w:tcW w:type="dxa" w:w="76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CR06: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005</w:t>
            </w:r>
          </w:p>
        </w:tc>
        <w:tc>
          <w:tcPr>
            <w:tcW w:type="dxa" w:w="274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ระบบต้องป้อง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SQL Injection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Cross-Site Scripting</w:t>
            </w:r>
          </w:p>
        </w:tc>
        <w:tc>
          <w:tcPr>
            <w:tcW w:type="dxa" w:w="78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4"/>
        </w:trPr>
        <w:tc>
          <w:tcPr>
            <w:tcW w:type="dxa" w:w="480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47</w:t>
            </w:r>
          </w:p>
        </w:tc>
        <w:tc>
          <w:tcPr>
            <w:tcW w:type="dxa" w:w="1260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TC-UN01.003</w:t>
            </w:r>
          </w:p>
        </w:tc>
        <w:tc>
          <w:tcPr>
            <w:tcW w:type="dxa" w:w="193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Identity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Password Recovery /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OTP / Session</w:t>
            </w:r>
          </w:p>
        </w:tc>
        <w:tc>
          <w:tcPr>
            <w:tcW w:type="dxa" w:w="76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CR06: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006</w:t>
            </w:r>
          </w:p>
        </w:tc>
        <w:tc>
          <w:tcPr>
            <w:tcW w:type="dxa" w:w="274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ระบบต้องบล็อ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้าสู่ระบบซ้ำซ้อน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(Concurrent Login)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องบัญชี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เดียว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</w:t>
            </w:r>
          </w:p>
        </w:tc>
        <w:tc>
          <w:tcPr>
            <w:tcW w:type="dxa" w:w="780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48</w:t>
            </w:r>
          </w:p>
        </w:tc>
        <w:tc>
          <w:tcPr>
            <w:tcW w:type="dxa" w:w="1260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93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setup.php Schema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Installer</w:t>
            </w:r>
          </w:p>
        </w:tc>
        <w:tc>
          <w:tcPr>
            <w:tcW w:type="dxa" w:w="76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CR07: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001</w:t>
            </w:r>
          </w:p>
        </w:tc>
        <w:tc>
          <w:tcPr>
            <w:tcW w:type="dxa" w:w="274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ระบบต้องทำงานบน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Linux Server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รูปแบบติดตั้งเอง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(LAMP)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</w:t>
            </w:r>
          </w:p>
          <w:p>
            <w:pPr>
              <w:autoSpaceDN w:val="0"/>
              <w:autoSpaceDE w:val="0"/>
              <w:widowControl/>
              <w:spacing w:line="180" w:lineRule="exact" w:before="90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Docker Compose</w:t>
            </w:r>
          </w:p>
        </w:tc>
        <w:tc>
          <w:tcPr>
            <w:tcW w:type="dxa" w:w="780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49</w:t>
            </w:r>
          </w:p>
        </w:tc>
        <w:tc>
          <w:tcPr>
            <w:tcW w:type="dxa" w:w="1260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TC-UN11.002</w:t>
            </w:r>
          </w:p>
        </w:tc>
        <w:tc>
          <w:tcPr>
            <w:tcW w:type="dxa" w:w="193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Node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Scheduler (ETL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Alerts)</w:t>
            </w:r>
          </w:p>
        </w:tc>
        <w:tc>
          <w:tcPr>
            <w:tcW w:type="dxa" w:w="76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CR07: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002</w:t>
            </w:r>
          </w:p>
        </w:tc>
        <w:tc>
          <w:tcPr>
            <w:tcW w:type="dxa" w:w="274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08" w:right="160" w:firstLine="0"/>
              <w:jc w:val="both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ระบบต้องใช้เ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ตเวลา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Asia/Bangkok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อย่างสม่ำเสมอทั้งแอปพลิเ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ชันและงาน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</w:t>
            </w:r>
          </w:p>
        </w:tc>
        <w:tc>
          <w:tcPr>
            <w:tcW w:type="dxa" w:w="78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</w:tbl>
    <w:p>
      <w:pPr>
        <w:autoSpaceDN w:val="0"/>
        <w:autoSpaceDE w:val="0"/>
        <w:widowControl/>
        <w:spacing w:line="107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30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7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TeR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0" w:right="438" w:firstLine="0"/>
              <w:jc w:val="righ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Test Report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394"/>
        <w:gridCol w:w="1394"/>
        <w:gridCol w:w="1394"/>
        <w:gridCol w:w="1394"/>
        <w:gridCol w:w="1394"/>
        <w:gridCol w:w="1394"/>
        <w:gridCol w:w="1394"/>
      </w:tblGrid>
      <w:tr>
        <w:trPr>
          <w:trHeight w:hRule="exact" w:val="1244"/>
        </w:trPr>
        <w:tc>
          <w:tcPr>
            <w:tcW w:type="dxa" w:w="480"/>
            <w:tcBorders>
              <w:start w:sz="5.600000000000023" w:val="single" w:color="#585858"/>
              <w:top w:sz="5.600000000000023" w:val="single" w:color="#585858"/>
              <w:end w:sz="5.600000000000023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</w:t>
            </w:r>
          </w:p>
        </w:tc>
        <w:tc>
          <w:tcPr>
            <w:tcW w:type="dxa" w:w="1260"/>
            <w:tcBorders>
              <w:start w:sz="5.600000000000023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</w:t>
            </w:r>
          </w:p>
        </w:tc>
        <w:tc>
          <w:tcPr>
            <w:tcW w:type="dxa" w:w="1934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Testing</w:t>
            </w:r>
          </w:p>
        </w:tc>
        <w:tc>
          <w:tcPr>
            <w:tcW w:type="dxa" w:w="764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Custo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mer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Req.</w:t>
            </w:r>
          </w:p>
          <w:p>
            <w:pPr>
              <w:autoSpaceDN w:val="0"/>
              <w:autoSpaceDE w:val="0"/>
              <w:widowControl/>
              <w:spacing w:line="180" w:lineRule="exact" w:before="7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2746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Customer Req. Topic</w:t>
            </w:r>
          </w:p>
        </w:tc>
        <w:tc>
          <w:tcPr>
            <w:tcW w:type="dxa" w:w="78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Status</w:t>
            </w:r>
          </w:p>
        </w:tc>
        <w:tc>
          <w:tcPr>
            <w:tcW w:type="dxa" w:w="1094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Date</w:t>
            </w:r>
          </w:p>
        </w:tc>
      </w:tr>
      <w:tr>
        <w:trPr>
          <w:trHeight w:hRule="exact" w:val="1228"/>
        </w:trPr>
        <w:tc>
          <w:tcPr>
            <w:tcW w:type="dxa" w:w="480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50</w:t>
            </w:r>
          </w:p>
        </w:tc>
        <w:tc>
          <w:tcPr>
            <w:tcW w:type="dxa" w:w="126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93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Identity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Login &amp; Role Guard</w:t>
            </w:r>
          </w:p>
        </w:tc>
        <w:tc>
          <w:tcPr>
            <w:tcW w:type="dxa" w:w="76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CR07: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003</w:t>
            </w:r>
          </w:p>
        </w:tc>
        <w:tc>
          <w:tcPr>
            <w:tcW w:type="dxa" w:w="274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ระบบต้องใช้งานได้บนอุป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รณ์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Desktop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และอุป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รณ์พ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พาผ่าน</w:t>
            </w:r>
          </w:p>
          <w:p>
            <w:pPr>
              <w:autoSpaceDN w:val="0"/>
              <w:autoSpaceDE w:val="0"/>
              <w:widowControl/>
              <w:spacing w:line="180" w:lineRule="exact" w:before="76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Web Browser</w:t>
            </w:r>
          </w:p>
        </w:tc>
        <w:tc>
          <w:tcPr>
            <w:tcW w:type="dxa" w:w="7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51</w:t>
            </w:r>
          </w:p>
        </w:tc>
        <w:tc>
          <w:tcPr>
            <w:tcW w:type="dxa" w:w="12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93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setup.php Schema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Installer</w:t>
            </w:r>
          </w:p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CR07: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004</w:t>
            </w:r>
          </w:p>
        </w:tc>
        <w:tc>
          <w:tcPr>
            <w:tcW w:type="dxa" w:w="274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้อมูลสาธิต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้อมูลใช้งานจริงได้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50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52</w:t>
            </w:r>
          </w:p>
        </w:tc>
        <w:tc>
          <w:tcPr>
            <w:tcW w:type="dxa" w:w="12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TC-UN13.004</w:t>
            </w:r>
          </w:p>
        </w:tc>
        <w:tc>
          <w:tcPr>
            <w:tcW w:type="dxa" w:w="193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Backup &amp; Restore</w:t>
            </w:r>
          </w:p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CR08: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001</w:t>
            </w:r>
          </w:p>
        </w:tc>
        <w:tc>
          <w:tcPr>
            <w:tcW w:type="dxa" w:w="274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ารสำรองฐาน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อัตโนมัติรายวัน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53</w:t>
            </w:r>
          </w:p>
        </w:tc>
        <w:tc>
          <w:tcPr>
            <w:tcW w:type="dxa" w:w="126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TC-UN13.004</w:t>
            </w:r>
          </w:p>
        </w:tc>
        <w:tc>
          <w:tcPr>
            <w:tcW w:type="dxa" w:w="193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Backup &amp; Restore</w:t>
            </w:r>
          </w:p>
        </w:tc>
        <w:tc>
          <w:tcPr>
            <w:tcW w:type="dxa" w:w="76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CR08: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002</w:t>
            </w:r>
          </w:p>
        </w:tc>
        <w:tc>
          <w:tcPr>
            <w:tcW w:type="dxa" w:w="274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ชุดสำรองได้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ั้นตอนที่จัดทำเป็นเอ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7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4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54</w:t>
            </w:r>
          </w:p>
        </w:tc>
        <w:tc>
          <w:tcPr>
            <w:tcW w:type="dxa" w:w="12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TC-UN11.002</w:t>
            </w:r>
          </w:p>
        </w:tc>
        <w:tc>
          <w:tcPr>
            <w:tcW w:type="dxa" w:w="193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Node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Scheduler (ETL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Alerts)</w:t>
            </w:r>
          </w:p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CR08: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003</w:t>
            </w:r>
          </w:p>
        </w:tc>
        <w:tc>
          <w:tcPr>
            <w:tcW w:type="dxa" w:w="274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ารเฝ้าระวังสถานะบริ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Web, Database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Node.js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พร้อมแจ้งเตือนเมื่อ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50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55</w:t>
            </w:r>
          </w:p>
        </w:tc>
        <w:tc>
          <w:tcPr>
            <w:tcW w:type="dxa" w:w="12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TC-UN12.001</w:t>
            </w:r>
          </w:p>
        </w:tc>
        <w:tc>
          <w:tcPr>
            <w:tcW w:type="dxa" w:w="193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Security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Tenant Scope Guard</w:t>
            </w:r>
          </w:p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CR08: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004</w:t>
            </w:r>
          </w:p>
        </w:tc>
        <w:tc>
          <w:tcPr>
            <w:tcW w:type="dxa" w:w="274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ระบบต้องรองรับหลายบริษัท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(Multi-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company)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และหลาย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้าภายใต้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56</w:t>
            </w:r>
          </w:p>
        </w:tc>
        <w:tc>
          <w:tcPr>
            <w:tcW w:type="dxa" w:w="1260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TC-UN11.002</w:t>
            </w:r>
          </w:p>
        </w:tc>
        <w:tc>
          <w:tcPr>
            <w:tcW w:type="dxa" w:w="193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Node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Scheduler (ETL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Alerts)</w:t>
            </w:r>
          </w:p>
        </w:tc>
        <w:tc>
          <w:tcPr>
            <w:tcW w:type="dxa" w:w="76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CR08: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005</w:t>
            </w:r>
          </w:p>
        </w:tc>
        <w:tc>
          <w:tcPr>
            <w:tcW w:type="dxa" w:w="274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ำหนดเวลาต้องทำงานสำเร็จ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โดยไม่สร้างผลลัพธ์ซ้ำหรือเ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ินสิทธิ์</w:t>
            </w:r>
          </w:p>
        </w:tc>
        <w:tc>
          <w:tcPr>
            <w:tcW w:type="dxa" w:w="78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4"/>
        </w:trPr>
        <w:tc>
          <w:tcPr>
            <w:tcW w:type="dxa" w:w="480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57</w:t>
            </w:r>
          </w:p>
        </w:tc>
        <w:tc>
          <w:tcPr>
            <w:tcW w:type="dxa" w:w="1260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93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setup.php Schema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Installer</w:t>
            </w:r>
          </w:p>
        </w:tc>
        <w:tc>
          <w:tcPr>
            <w:tcW w:type="dxa" w:w="76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CR09: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001</w:t>
            </w:r>
          </w:p>
        </w:tc>
        <w:tc>
          <w:tcPr>
            <w:tcW w:type="dxa" w:w="274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ซอฟต์แวร์ต้องมีโ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รงสร้างแบบโมดูล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(Manager Classes / API)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เพื่อให้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ได้โดยไม่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ระทบส่วนอื่น</w:t>
            </w:r>
          </w:p>
        </w:tc>
        <w:tc>
          <w:tcPr>
            <w:tcW w:type="dxa" w:w="780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58</w:t>
            </w:r>
          </w:p>
        </w:tc>
        <w:tc>
          <w:tcPr>
            <w:tcW w:type="dxa" w:w="1260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TC-UN13.003</w:t>
            </w:r>
          </w:p>
        </w:tc>
        <w:tc>
          <w:tcPr>
            <w:tcW w:type="dxa" w:w="193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Deploy – .env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Generator</w:t>
            </w:r>
          </w:p>
        </w:tc>
        <w:tc>
          <w:tcPr>
            <w:tcW w:type="dxa" w:w="76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CR09: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002</w:t>
            </w:r>
          </w:p>
        </w:tc>
        <w:tc>
          <w:tcPr>
            <w:tcW w:type="dxa" w:w="274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ระบบต้องมีแม่แบบ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(Configuration Template)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ุมเวอร์ชันด้วย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Git</w:t>
            </w:r>
          </w:p>
        </w:tc>
        <w:tc>
          <w:tcPr>
            <w:tcW w:type="dxa" w:w="780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59</w:t>
            </w:r>
          </w:p>
        </w:tc>
        <w:tc>
          <w:tcPr>
            <w:tcW w:type="dxa" w:w="1260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TC-UN13.004</w:t>
            </w:r>
          </w:p>
        </w:tc>
        <w:tc>
          <w:tcPr>
            <w:tcW w:type="dxa" w:w="193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Backup &amp; Restore</w:t>
            </w:r>
          </w:p>
        </w:tc>
        <w:tc>
          <w:tcPr>
            <w:tcW w:type="dxa" w:w="76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CR09: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003</w:t>
            </w:r>
          </w:p>
        </w:tc>
        <w:tc>
          <w:tcPr>
            <w:tcW w:type="dxa" w:w="274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ู่มือ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ารบำรุงรั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และประวัติ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พร่องที่แ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แล้ว</w:t>
            </w:r>
          </w:p>
        </w:tc>
        <w:tc>
          <w:tcPr>
            <w:tcW w:type="dxa" w:w="78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</w:tbl>
    <w:p>
      <w:pPr>
        <w:autoSpaceDN w:val="0"/>
        <w:autoSpaceDE w:val="0"/>
        <w:widowControl/>
        <w:spacing w:line="107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30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7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TeR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0" w:right="438" w:firstLine="0"/>
              <w:jc w:val="righ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Test Report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394"/>
        <w:gridCol w:w="1394"/>
        <w:gridCol w:w="1394"/>
        <w:gridCol w:w="1394"/>
        <w:gridCol w:w="1394"/>
        <w:gridCol w:w="1394"/>
        <w:gridCol w:w="1394"/>
      </w:tblGrid>
      <w:tr>
        <w:trPr>
          <w:trHeight w:hRule="exact" w:val="1244"/>
        </w:trPr>
        <w:tc>
          <w:tcPr>
            <w:tcW w:type="dxa" w:w="480"/>
            <w:tcBorders>
              <w:start w:sz="5.600000000000023" w:val="single" w:color="#585858"/>
              <w:top w:sz="5.600000000000023" w:val="single" w:color="#585858"/>
              <w:end w:sz="5.600000000000023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</w:t>
            </w:r>
          </w:p>
        </w:tc>
        <w:tc>
          <w:tcPr>
            <w:tcW w:type="dxa" w:w="1260"/>
            <w:tcBorders>
              <w:start w:sz="5.600000000000023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</w:t>
            </w:r>
          </w:p>
        </w:tc>
        <w:tc>
          <w:tcPr>
            <w:tcW w:type="dxa" w:w="1934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Testing</w:t>
            </w:r>
          </w:p>
        </w:tc>
        <w:tc>
          <w:tcPr>
            <w:tcW w:type="dxa" w:w="764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Custo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mer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Req.</w:t>
            </w:r>
          </w:p>
          <w:p>
            <w:pPr>
              <w:autoSpaceDN w:val="0"/>
              <w:autoSpaceDE w:val="0"/>
              <w:widowControl/>
              <w:spacing w:line="180" w:lineRule="exact" w:before="7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2746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Customer Req. Topic</w:t>
            </w:r>
          </w:p>
        </w:tc>
        <w:tc>
          <w:tcPr>
            <w:tcW w:type="dxa" w:w="78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Status</w:t>
            </w:r>
          </w:p>
        </w:tc>
        <w:tc>
          <w:tcPr>
            <w:tcW w:type="dxa" w:w="1094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Date</w:t>
            </w:r>
          </w:p>
        </w:tc>
      </w:tr>
      <w:tr>
        <w:trPr>
          <w:trHeight w:hRule="exact" w:val="1228"/>
        </w:trPr>
        <w:tc>
          <w:tcPr>
            <w:tcW w:type="dxa" w:w="480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60</w:t>
            </w:r>
          </w:p>
        </w:tc>
        <w:tc>
          <w:tcPr>
            <w:tcW w:type="dxa" w:w="126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93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setup.php Schema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Installer</w:t>
            </w:r>
          </w:p>
        </w:tc>
        <w:tc>
          <w:tcPr>
            <w:tcW w:type="dxa" w:w="76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CR09: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004</w:t>
            </w:r>
          </w:p>
        </w:tc>
        <w:tc>
          <w:tcPr>
            <w:tcW w:type="dxa" w:w="274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รงสร้างฐาน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ต้องสะท้อนใน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setup.php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และตาราง</w:t>
            </w:r>
          </w:p>
          <w:p>
            <w:pPr>
              <w:autoSpaceDN w:val="0"/>
              <w:autoSpaceDE w:val="0"/>
              <w:widowControl/>
              <w:spacing w:line="180" w:lineRule="exact" w:before="76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schema_migrations</w:t>
            </w:r>
          </w:p>
        </w:tc>
        <w:tc>
          <w:tcPr>
            <w:tcW w:type="dxa" w:w="7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61</w:t>
            </w:r>
          </w:p>
        </w:tc>
        <w:tc>
          <w:tcPr>
            <w:tcW w:type="dxa" w:w="12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93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setup.php Schema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Installer</w:t>
            </w:r>
          </w:p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CR10: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001</w:t>
            </w:r>
          </w:p>
        </w:tc>
        <w:tc>
          <w:tcPr>
            <w:tcW w:type="dxa" w:w="274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ระบบต้องติดตั้งฐาน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้อมูลได้ใน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เดียวผ่าน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setup.php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50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62</w:t>
            </w:r>
          </w:p>
        </w:tc>
        <w:tc>
          <w:tcPr>
            <w:tcW w:type="dxa" w:w="12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TC-UN13.002</w:t>
            </w:r>
          </w:p>
        </w:tc>
        <w:tc>
          <w:tcPr>
            <w:tcW w:type="dxa" w:w="193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466" w:firstLine="0"/>
              <w:jc w:val="both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Docker Compose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Stack</w:t>
            </w:r>
          </w:p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CR10: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002</w:t>
            </w:r>
          </w:p>
        </w:tc>
        <w:tc>
          <w:tcPr>
            <w:tcW w:type="dxa" w:w="274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ระบบต้องติดตั้งแบบ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Container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ได้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ำสั่ง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docker compose up -d</w:t>
            </w:r>
          </w:p>
          <w:p>
            <w:pPr>
              <w:autoSpaceDN w:val="0"/>
              <w:autoSpaceDE w:val="0"/>
              <w:widowControl/>
              <w:spacing w:line="180" w:lineRule="exact" w:before="90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--build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63</w:t>
            </w:r>
          </w:p>
        </w:tc>
        <w:tc>
          <w:tcPr>
            <w:tcW w:type="dxa" w:w="126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TC-UN13.003</w:t>
            </w:r>
          </w:p>
        </w:tc>
        <w:tc>
          <w:tcPr>
            <w:tcW w:type="dxa" w:w="193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Deploy – .env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Generator</w:t>
            </w:r>
          </w:p>
        </w:tc>
        <w:tc>
          <w:tcPr>
            <w:tcW w:type="dxa" w:w="76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CR10: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003</w:t>
            </w:r>
          </w:p>
        </w:tc>
        <w:tc>
          <w:tcPr>
            <w:tcW w:type="dxa" w:w="274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ริปต์สร้างไฟล์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.env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วามลับอัตโนมัติ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(docker/init-</w:t>
            </w:r>
          </w:p>
          <w:p>
            <w:pPr>
              <w:autoSpaceDN w:val="0"/>
              <w:autoSpaceDE w:val="0"/>
              <w:widowControl/>
              <w:spacing w:line="180" w:lineRule="exact" w:before="76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env.sh)</w:t>
            </w:r>
          </w:p>
        </w:tc>
        <w:tc>
          <w:tcPr>
            <w:tcW w:type="dxa" w:w="7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4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64</w:t>
            </w:r>
          </w:p>
        </w:tc>
        <w:tc>
          <w:tcPr>
            <w:tcW w:type="dxa" w:w="12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93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setup.php Schema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Installer</w:t>
            </w:r>
          </w:p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CR10: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004</w:t>
            </w:r>
          </w:p>
        </w:tc>
        <w:tc>
          <w:tcPr>
            <w:tcW w:type="dxa" w:w="274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ารติดตั้ง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50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65</w:t>
            </w:r>
          </w:p>
        </w:tc>
        <w:tc>
          <w:tcPr>
            <w:tcW w:type="dxa" w:w="12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93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Identity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Login &amp; Role Guard</w:t>
            </w:r>
          </w:p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001</w:t>
            </w:r>
          </w:p>
        </w:tc>
        <w:tc>
          <w:tcPr>
            <w:tcW w:type="dxa" w:w="274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ู่มือผู้ใช้งาน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(Software User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Document)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66</w:t>
            </w:r>
          </w:p>
        </w:tc>
        <w:tc>
          <w:tcPr>
            <w:tcW w:type="dxa" w:w="1260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93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setup.php Schema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Installer</w:t>
            </w:r>
          </w:p>
        </w:tc>
        <w:tc>
          <w:tcPr>
            <w:tcW w:type="dxa" w:w="76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002</w:t>
            </w:r>
          </w:p>
        </w:tc>
        <w:tc>
          <w:tcPr>
            <w:tcW w:type="dxa" w:w="274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ู่มือปฏิบัติงานสำหรับผู้ดูแล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(Product Operation Guide)</w:t>
            </w:r>
          </w:p>
        </w:tc>
        <w:tc>
          <w:tcPr>
            <w:tcW w:type="dxa" w:w="78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4"/>
        </w:trPr>
        <w:tc>
          <w:tcPr>
            <w:tcW w:type="dxa" w:w="480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67</w:t>
            </w:r>
          </w:p>
        </w:tc>
        <w:tc>
          <w:tcPr>
            <w:tcW w:type="dxa" w:w="1260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93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Identity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Login &amp; Role Guard</w:t>
            </w:r>
          </w:p>
        </w:tc>
        <w:tc>
          <w:tcPr>
            <w:tcW w:type="dxa" w:w="76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003</w:t>
            </w:r>
          </w:p>
        </w:tc>
        <w:tc>
          <w:tcPr>
            <w:tcW w:type="dxa" w:w="274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ารอบรมผู้ใช้งาน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่อนเปิดใช้งาน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จริง</w:t>
            </w:r>
          </w:p>
        </w:tc>
        <w:tc>
          <w:tcPr>
            <w:tcW w:type="dxa" w:w="780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68</w:t>
            </w:r>
          </w:p>
        </w:tc>
        <w:tc>
          <w:tcPr>
            <w:tcW w:type="dxa" w:w="1260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TC-UN13.004</w:t>
            </w:r>
          </w:p>
        </w:tc>
        <w:tc>
          <w:tcPr>
            <w:tcW w:type="dxa" w:w="193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Backup &amp; Restore</w:t>
            </w:r>
          </w:p>
        </w:tc>
        <w:tc>
          <w:tcPr>
            <w:tcW w:type="dxa" w:w="76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004</w:t>
            </w:r>
          </w:p>
        </w:tc>
        <w:tc>
          <w:tcPr>
            <w:tcW w:type="dxa" w:w="274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ต้องมีช่องทางสนับสนุนและระดับ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ารให้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(SLA)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หลังส่งมอบ</w:t>
            </w:r>
          </w:p>
        </w:tc>
        <w:tc>
          <w:tcPr>
            <w:tcW w:type="dxa" w:w="780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69</w:t>
            </w:r>
          </w:p>
        </w:tc>
        <w:tc>
          <w:tcPr>
            <w:tcW w:type="dxa" w:w="1260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93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setup.php Schema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Installer</w:t>
            </w:r>
          </w:p>
        </w:tc>
        <w:tc>
          <w:tcPr>
            <w:tcW w:type="dxa" w:w="76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CR12: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001</w:t>
            </w:r>
          </w:p>
        </w:tc>
        <w:tc>
          <w:tcPr>
            <w:tcW w:type="dxa" w:w="274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ระบบต้องพัฒนาด้วย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PHP, MariaDB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Node.js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ตามที่อง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รอนุมัติ</w:t>
            </w:r>
          </w:p>
        </w:tc>
        <w:tc>
          <w:tcPr>
            <w:tcW w:type="dxa" w:w="78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</w:tbl>
    <w:p>
      <w:pPr>
        <w:autoSpaceDN w:val="0"/>
        <w:autoSpaceDE w:val="0"/>
        <w:widowControl/>
        <w:spacing w:line="107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30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7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TeR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0" w:right="438" w:firstLine="0"/>
              <w:jc w:val="righ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Test Report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394"/>
        <w:gridCol w:w="1394"/>
        <w:gridCol w:w="1394"/>
        <w:gridCol w:w="1394"/>
        <w:gridCol w:w="1394"/>
        <w:gridCol w:w="1394"/>
        <w:gridCol w:w="1394"/>
      </w:tblGrid>
      <w:tr>
        <w:trPr>
          <w:trHeight w:hRule="exact" w:val="1244"/>
        </w:trPr>
        <w:tc>
          <w:tcPr>
            <w:tcW w:type="dxa" w:w="480"/>
            <w:tcBorders>
              <w:start w:sz="5.600000000000023" w:val="single" w:color="#585858"/>
              <w:top w:sz="5.600000000000023" w:val="single" w:color="#585858"/>
              <w:end w:sz="5.600000000000023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</w:t>
            </w:r>
          </w:p>
        </w:tc>
        <w:tc>
          <w:tcPr>
            <w:tcW w:type="dxa" w:w="1260"/>
            <w:tcBorders>
              <w:start w:sz="5.600000000000023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</w:t>
            </w:r>
          </w:p>
        </w:tc>
        <w:tc>
          <w:tcPr>
            <w:tcW w:type="dxa" w:w="1934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Testing</w:t>
            </w:r>
          </w:p>
        </w:tc>
        <w:tc>
          <w:tcPr>
            <w:tcW w:type="dxa" w:w="764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Custo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mer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Req.</w:t>
            </w:r>
          </w:p>
          <w:p>
            <w:pPr>
              <w:autoSpaceDN w:val="0"/>
              <w:autoSpaceDE w:val="0"/>
              <w:widowControl/>
              <w:spacing w:line="180" w:lineRule="exact" w:before="7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2746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Customer Req. Topic</w:t>
            </w:r>
          </w:p>
        </w:tc>
        <w:tc>
          <w:tcPr>
            <w:tcW w:type="dxa" w:w="78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Status</w:t>
            </w:r>
          </w:p>
        </w:tc>
        <w:tc>
          <w:tcPr>
            <w:tcW w:type="dxa" w:w="1094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Date</w:t>
            </w:r>
          </w:p>
        </w:tc>
      </w:tr>
      <w:tr>
        <w:trPr>
          <w:trHeight w:hRule="exact" w:val="1228"/>
        </w:trPr>
        <w:tc>
          <w:tcPr>
            <w:tcW w:type="dxa" w:w="480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70</w:t>
            </w:r>
          </w:p>
        </w:tc>
        <w:tc>
          <w:tcPr>
            <w:tcW w:type="dxa" w:w="126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93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setup.php Schema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Installer</w:t>
            </w:r>
          </w:p>
        </w:tc>
        <w:tc>
          <w:tcPr>
            <w:tcW w:type="dxa" w:w="76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CR12: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002</w:t>
            </w:r>
          </w:p>
        </w:tc>
        <w:tc>
          <w:tcPr>
            <w:tcW w:type="dxa" w:w="274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144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Source Code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Git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โดยมี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main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Baseline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</w:tc>
        <w:tc>
          <w:tcPr>
            <w:tcW w:type="dxa" w:w="7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71</w:t>
            </w:r>
          </w:p>
        </w:tc>
        <w:tc>
          <w:tcPr>
            <w:tcW w:type="dxa" w:w="12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TC-UN01.003</w:t>
            </w:r>
          </w:p>
        </w:tc>
        <w:tc>
          <w:tcPr>
            <w:tcW w:type="dxa" w:w="193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Identity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Password Recovery /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OTP / Session</w:t>
            </w:r>
          </w:p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CR12: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003</w:t>
            </w:r>
          </w:p>
        </w:tc>
        <w:tc>
          <w:tcPr>
            <w:tcW w:type="dxa" w:w="274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รหัสผ่านผู้ใช้ต้องเ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้ารหัสด้วย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bcrypt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และไม่เ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็บหรือบันทึ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ธรรมดา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50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72</w:t>
            </w:r>
          </w:p>
        </w:tc>
        <w:tc>
          <w:tcPr>
            <w:tcW w:type="dxa" w:w="12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93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setup.php Schema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Installer</w:t>
            </w:r>
          </w:p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CR12: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004</w:t>
            </w:r>
          </w:p>
        </w:tc>
        <w:tc>
          <w:tcPr>
            <w:tcW w:type="dxa" w:w="274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ารต้องจัดทำ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Work Products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ตามมาตรฐาน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ISO/IEC 29110 Basic</w:t>
            </w:r>
          </w:p>
          <w:p>
            <w:pPr>
              <w:autoSpaceDN w:val="0"/>
              <w:autoSpaceDE w:val="0"/>
              <w:widowControl/>
              <w:spacing w:line="180" w:lineRule="exact" w:before="90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Profile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73</w:t>
            </w:r>
          </w:p>
        </w:tc>
        <w:tc>
          <w:tcPr>
            <w:tcW w:type="dxa" w:w="126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TC-UN08.002</w:t>
            </w:r>
          </w:p>
        </w:tc>
        <w:tc>
          <w:tcPr>
            <w:tcW w:type="dxa" w:w="193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Accounting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Journal &amp; GL Posting</w:t>
            </w:r>
          </w:p>
        </w:tc>
        <w:tc>
          <w:tcPr>
            <w:tcW w:type="dxa" w:w="76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CR13: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001</w:t>
            </w:r>
          </w:p>
        </w:tc>
        <w:tc>
          <w:tcPr>
            <w:tcW w:type="dxa" w:w="274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+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+ GL)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Transaction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เดียว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</w:t>
            </w:r>
          </w:p>
        </w:tc>
        <w:tc>
          <w:tcPr>
            <w:tcW w:type="dxa" w:w="7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4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74</w:t>
            </w:r>
          </w:p>
        </w:tc>
        <w:tc>
          <w:tcPr>
            <w:tcW w:type="dxa" w:w="12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TC-UN04.002</w:t>
            </w:r>
          </w:p>
        </w:tc>
        <w:tc>
          <w:tcPr>
            <w:tcW w:type="dxa" w:w="193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ICS – Stock-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out</w:t>
            </w:r>
          </w:p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CR13: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002</w:t>
            </w:r>
          </w:p>
        </w:tc>
        <w:tc>
          <w:tcPr>
            <w:tcW w:type="dxa" w:w="274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ระบบต้องป้อง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ันยอดสต๊อ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ติดลบและ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ลื่อนไหวซ้ำซ้อน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50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75</w:t>
            </w:r>
          </w:p>
        </w:tc>
        <w:tc>
          <w:tcPr>
            <w:tcW w:type="dxa" w:w="12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TC-UN13.004</w:t>
            </w:r>
          </w:p>
        </w:tc>
        <w:tc>
          <w:tcPr>
            <w:tcW w:type="dxa" w:w="193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Backup &amp; Restore</w:t>
            </w:r>
          </w:p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CR13: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003</w:t>
            </w:r>
          </w:p>
        </w:tc>
        <w:tc>
          <w:tcPr>
            <w:tcW w:type="dxa" w:w="274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ารสำรองและ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(Backup &amp; Recovery)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Source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Code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76</w:t>
            </w:r>
          </w:p>
        </w:tc>
        <w:tc>
          <w:tcPr>
            <w:tcW w:type="dxa" w:w="1260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TC-UN10.002</w:t>
            </w:r>
          </w:p>
        </w:tc>
        <w:tc>
          <w:tcPr>
            <w:tcW w:type="dxa" w:w="193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Lifecycle &amp; Status</w:t>
            </w:r>
          </w:p>
        </w:tc>
        <w:tc>
          <w:tcPr>
            <w:tcW w:type="dxa" w:w="76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CR13: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004</w:t>
            </w:r>
          </w:p>
        </w:tc>
        <w:tc>
          <w:tcPr>
            <w:tcW w:type="dxa" w:w="274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้อผิดพลาดโดยแสดง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้าใจได้แทน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Fatal Error</w:t>
            </w:r>
          </w:p>
        </w:tc>
        <w:tc>
          <w:tcPr>
            <w:tcW w:type="dxa" w:w="78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4"/>
        </w:trPr>
        <w:tc>
          <w:tcPr>
            <w:tcW w:type="dxa" w:w="480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77</w:t>
            </w:r>
          </w:p>
        </w:tc>
        <w:tc>
          <w:tcPr>
            <w:tcW w:type="dxa" w:w="1260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93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Identity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Login &amp; Role Guard</w:t>
            </w:r>
          </w:p>
        </w:tc>
        <w:tc>
          <w:tcPr>
            <w:tcW w:type="dxa" w:w="76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CR14: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001</w:t>
            </w:r>
          </w:p>
        </w:tc>
        <w:tc>
          <w:tcPr>
            <w:tcW w:type="dxa" w:w="274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Test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Case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่อนส่งมอบ</w:t>
            </w:r>
          </w:p>
        </w:tc>
        <w:tc>
          <w:tcPr>
            <w:tcW w:type="dxa" w:w="780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78</w:t>
            </w:r>
          </w:p>
        </w:tc>
        <w:tc>
          <w:tcPr>
            <w:tcW w:type="dxa" w:w="1260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93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Identity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Login &amp; Role Guard</w:t>
            </w:r>
          </w:p>
        </w:tc>
        <w:tc>
          <w:tcPr>
            <w:tcW w:type="dxa" w:w="76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CR14: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002</w:t>
            </w:r>
          </w:p>
        </w:tc>
        <w:tc>
          <w:tcPr>
            <w:tcW w:type="dxa" w:w="274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344" w:firstLine="0"/>
              <w:jc w:val="both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ารต้องสอบ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ลับได้ถึง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แบบ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ส่วนประ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</w:p>
        </w:tc>
        <w:tc>
          <w:tcPr>
            <w:tcW w:type="dxa" w:w="780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79</w:t>
            </w:r>
          </w:p>
        </w:tc>
        <w:tc>
          <w:tcPr>
            <w:tcW w:type="dxa" w:w="1260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93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Identity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Login &amp; Role Guard</w:t>
            </w:r>
          </w:p>
        </w:tc>
        <w:tc>
          <w:tcPr>
            <w:tcW w:type="dxa" w:w="76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CR14: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003</w:t>
            </w:r>
          </w:p>
        </w:tc>
        <w:tc>
          <w:tcPr>
            <w:tcW w:type="dxa" w:w="274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ารยอมรับ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(UAT)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โดยตัวแทนลู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้าบนสภาพ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แวดล้อมใช้งานจริง</w:t>
            </w:r>
          </w:p>
        </w:tc>
        <w:tc>
          <w:tcPr>
            <w:tcW w:type="dxa" w:w="78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</w:tbl>
    <w:p>
      <w:pPr>
        <w:autoSpaceDN w:val="0"/>
        <w:autoSpaceDE w:val="0"/>
        <w:widowControl/>
        <w:spacing w:line="107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30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7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TeR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0" w:right="438" w:firstLine="0"/>
              <w:jc w:val="righ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Test Report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394"/>
        <w:gridCol w:w="1394"/>
        <w:gridCol w:w="1394"/>
        <w:gridCol w:w="1394"/>
        <w:gridCol w:w="1394"/>
        <w:gridCol w:w="1394"/>
        <w:gridCol w:w="1394"/>
      </w:tblGrid>
      <w:tr>
        <w:trPr>
          <w:trHeight w:hRule="exact" w:val="1244"/>
        </w:trPr>
        <w:tc>
          <w:tcPr>
            <w:tcW w:type="dxa" w:w="480"/>
            <w:tcBorders>
              <w:start w:sz="5.600000000000023" w:val="single" w:color="#585858"/>
              <w:top w:sz="5.600000000000023" w:val="single" w:color="#585858"/>
              <w:end w:sz="5.600000000000023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</w:t>
            </w:r>
          </w:p>
        </w:tc>
        <w:tc>
          <w:tcPr>
            <w:tcW w:type="dxa" w:w="1260"/>
            <w:tcBorders>
              <w:start w:sz="5.600000000000023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</w:t>
            </w:r>
          </w:p>
        </w:tc>
        <w:tc>
          <w:tcPr>
            <w:tcW w:type="dxa" w:w="1934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Testing</w:t>
            </w:r>
          </w:p>
        </w:tc>
        <w:tc>
          <w:tcPr>
            <w:tcW w:type="dxa" w:w="764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Custo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mer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Req.</w:t>
            </w:r>
          </w:p>
          <w:p>
            <w:pPr>
              <w:autoSpaceDN w:val="0"/>
              <w:autoSpaceDE w:val="0"/>
              <w:widowControl/>
              <w:spacing w:line="180" w:lineRule="exact" w:before="7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2746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Customer Req. Topic</w:t>
            </w:r>
          </w:p>
        </w:tc>
        <w:tc>
          <w:tcPr>
            <w:tcW w:type="dxa" w:w="78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Status</w:t>
            </w:r>
          </w:p>
        </w:tc>
        <w:tc>
          <w:tcPr>
            <w:tcW w:type="dxa" w:w="1094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Date</w:t>
            </w:r>
          </w:p>
        </w:tc>
      </w:tr>
      <w:tr>
        <w:trPr>
          <w:trHeight w:hRule="exact" w:val="1228"/>
        </w:trPr>
        <w:tc>
          <w:tcPr>
            <w:tcW w:type="dxa" w:w="480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80</w:t>
            </w:r>
          </w:p>
        </w:tc>
        <w:tc>
          <w:tcPr>
            <w:tcW w:type="dxa" w:w="126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TC-UN12.001</w:t>
            </w:r>
          </w:p>
        </w:tc>
        <w:tc>
          <w:tcPr>
            <w:tcW w:type="dxa" w:w="193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Security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Tenant Scope Guard</w:t>
            </w:r>
          </w:p>
        </w:tc>
        <w:tc>
          <w:tcPr>
            <w:tcW w:type="dxa" w:w="76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CR14: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004</w:t>
            </w:r>
          </w:p>
        </w:tc>
        <w:tc>
          <w:tcPr>
            <w:tcW w:type="dxa" w:w="274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ต้องไม่มี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พร่องระดับวิ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ฤต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้างอยู่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ในด้าน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วามปลอดภัย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</w:t>
            </w:r>
          </w:p>
        </w:tc>
        <w:tc>
          <w:tcPr>
            <w:tcW w:type="dxa" w:w="7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</w:tbl>
    <w:p>
      <w:pPr>
        <w:autoSpaceDN w:val="0"/>
        <w:autoSpaceDE w:val="0"/>
        <w:widowControl/>
        <w:spacing w:line="230" w:lineRule="exact" w:before="410" w:after="156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Summary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480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</w:t>
            </w:r>
          </w:p>
        </w:tc>
        <w:tc>
          <w:tcPr>
            <w:tcW w:type="dxa" w:w="112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Topic</w:t>
            </w:r>
          </w:p>
        </w:tc>
        <w:tc>
          <w:tcPr>
            <w:tcW w:type="dxa" w:w="745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Detail</w:t>
            </w:r>
          </w:p>
        </w:tc>
      </w:tr>
      <w:tr>
        <w:trPr>
          <w:trHeight w:hRule="exact" w:val="464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112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</w:t>
            </w:r>
          </w:p>
        </w:tc>
        <w:tc>
          <w:tcPr>
            <w:tcW w:type="dxa" w:w="745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Customer Requirements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ผ่านทั้งหมด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45 Test Case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ิดเป็น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100%</w:t>
            </w:r>
          </w:p>
        </w:tc>
      </w:tr>
      <w:tr>
        <w:trPr>
          <w:trHeight w:hRule="exact" w:val="450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112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Pending</w:t>
            </w:r>
          </w:p>
        </w:tc>
        <w:tc>
          <w:tcPr>
            <w:tcW w:type="dxa" w:w="745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ไม่พบ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้อผิดพลาด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(Fail)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(Pending)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ในรอบ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ารทดสอบนี้</w:t>
            </w:r>
          </w:p>
        </w:tc>
      </w:tr>
      <w:tr>
        <w:trPr>
          <w:trHeight w:hRule="exact" w:val="720"/>
        </w:trPr>
        <w:tc>
          <w:tcPr>
            <w:tcW w:type="dxa" w:w="480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112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Conclusion</w:t>
            </w:r>
          </w:p>
        </w:tc>
        <w:tc>
          <w:tcPr>
            <w:tcW w:type="dxa" w:w="745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ารทดสอบสรุปได้ว่าระบบพร้อมสำหรับ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UAT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ารส่งมอบ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เนื่องจา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100%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เป็นไปตาม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Project Plan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หลั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ฐานประ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อบทางอ้อม</w:t>
      </w:r>
    </w:p>
    <w:p>
      <w:pPr>
        <w:autoSpaceDN w:val="0"/>
        <w:autoSpaceDE w:val="0"/>
        <w:widowControl/>
        <w:spacing w:line="300" w:lineRule="exact" w:before="130" w:after="0"/>
        <w:ind w:left="256" w:right="432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Correction Register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ารแ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้ไ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พร่องที่พบระหว่างพัฒนา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28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ซึ่งได้รับ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ารแ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้ไ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และตรวจสอบผล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ด้วย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Test Case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ที่เ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ี่ยว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รบทุ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</w:p>
    <w:p>
      <w:pPr>
        <w:autoSpaceDN w:val="0"/>
        <w:autoSpaceDE w:val="0"/>
        <w:widowControl/>
        <w:spacing w:line="256" w:lineRule="exact" w:before="332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ุณปริญ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QA/Tester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235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System Analyst</w:t>
            </w:r>
          </w:p>
        </w:tc>
        <w:tc>
          <w:tcPr>
            <w:tcW w:type="dxa" w:w="199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42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17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30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7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TeR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240" w:right="704" w:bottom="14" w:left="144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