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6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0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96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2" w:after="0"/>
              <w:ind w:left="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</w:t>
            </w: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st Case and Test Procedures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040"/>
            <w:gridSpan w:val="2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9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00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Test Case and Test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Procedures</w:t>
            </w:r>
          </w:p>
        </w:tc>
        <w:tc>
          <w:tcPr>
            <w:tcW w:type="dxa" w:w="223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26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70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25690731 V1.0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สารแสดงตัวอย่างชุด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้อมูลที่ใช้ทดสอบ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Test Case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ที่ใช้ตรวจสอบ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ารทำงาน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 &amp; Validation)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และยืนยันว่าฟัง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์ชันที่พัฒนา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ต้องตรงตาม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Customer Requirements (CR)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Requirements (SR)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สภาพแวดล้อม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187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</w:p>
        </w:tc>
        <w:tc>
          <w:tcPr>
            <w:tcW w:type="dxa" w:w="35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</w:t>
            </w:r>
          </w:p>
        </w:tc>
        <w:tc>
          <w:tcPr>
            <w:tcW w:type="dxa" w:w="3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</w:tr>
      <w:tr>
        <w:trPr>
          <w:trHeight w:hRule="exact" w:val="720"/>
        </w:trPr>
        <w:tc>
          <w:tcPr>
            <w:tcW w:type="dxa" w:w="187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Case</w:t>
            </w:r>
          </w:p>
        </w:tc>
        <w:tc>
          <w:tcPr>
            <w:tcW w:type="dxa" w:w="35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Internal Testing Server (PHP 8, MariaDB,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Node.js)</w:t>
            </w:r>
          </w:p>
        </w:tc>
        <w:tc>
          <w:tcPr>
            <w:tcW w:type="dxa" w:w="3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(QA/Tester)</w:t>
            </w:r>
          </w:p>
        </w:tc>
      </w:tr>
      <w:tr>
        <w:trPr>
          <w:trHeight w:hRule="exact" w:val="720"/>
        </w:trPr>
        <w:tc>
          <w:tcPr>
            <w:tcW w:type="dxa" w:w="187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(UAT)</w:t>
            </w:r>
          </w:p>
        </w:tc>
        <w:tc>
          <w:tcPr>
            <w:tcW w:type="dxa" w:w="35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สภาพแวดล้อมใช้งานจริง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3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(Project Sponsor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ารทดสอบระบบดำเนิน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Internal Testing Server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จึงสามารถทดสอบ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รณีที่มี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วามเสี่ยงสูง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เช่น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ารจำลอง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วามล้มเหลวและ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Rollback (TC-UN08.002)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ได้โดยไม่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สถานะ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ที่ใ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ียง</w:t>
      </w:r>
    </w:p>
    <w:p>
      <w:pPr>
        <w:autoSpaceDN w:val="0"/>
        <w:autoSpaceDE w:val="0"/>
        <w:widowControl/>
        <w:spacing w:line="246" w:lineRule="exact" w:before="70" w:after="441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ที่สุด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สิ้นสุดรอบทดสอบ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Commit </w:t>
      </w: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dd48a8b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0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9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Test-Case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6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0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96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2" w:after="0"/>
              <w:ind w:left="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</w:t>
            </w: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st Case and Test Procedures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040"/>
            <w:gridSpan w:val="2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ตาราง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Test Case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72"/>
        </w:trPr>
        <w:tc>
          <w:tcPr>
            <w:tcW w:type="dxa" w:w="344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0" w:right="144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</w:t>
            </w:r>
          </w:p>
        </w:tc>
        <w:tc>
          <w:tcPr>
            <w:tcW w:type="dxa" w:w="988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TC-UN01.001</w:t>
            </w:r>
          </w:p>
        </w:tc>
        <w:tc>
          <w:tcPr>
            <w:tcW w:type="dxa" w:w="1052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UN01.001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Identity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Register &amp;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Onboarding</w:t>
            </w:r>
          </w:p>
        </w:tc>
        <w:tc>
          <w:tcPr>
            <w:tcW w:type="dxa" w:w="139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ลงทะเบียนเจ้า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บริษัทใหม่</w:t>
            </w:r>
            <w:r>
              <w:rPr>
                <w:w w:val="102.85714694431849"/>
                <w:rFonts w:ascii="Liberation Sans" w:hAnsi="Liberation Sans" w:eastAsia="Liberation Sans"/>
                <w:b w:val="0"/>
                <w:i w:val="0"/>
                <w:color w:val="111111"/>
                <w:sz w:val="14"/>
              </w:rPr>
              <w:t>→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ยืนยัน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อีเมล</w:t>
            </w:r>
            <w:r>
              <w:rPr>
                <w:w w:val="102.85714694431849"/>
                <w:rFonts w:ascii="Liberation Sans" w:hAnsi="Liberation Sans" w:eastAsia="Liberation Sans"/>
                <w:b w:val="0"/>
                <w:i w:val="0"/>
                <w:color w:val="111111"/>
                <w:sz w:val="14"/>
              </w:rPr>
              <w:t>→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เชิญผู้ใช้</w:t>
            </w:r>
            <w:r>
              <w:rPr>
                <w:w w:val="102.85714694431849"/>
                <w:rFonts w:ascii="Liberation Sans" w:hAnsi="Liberation Sans" w:eastAsia="Liberation Sans"/>
                <w:b w:val="0"/>
                <w:i w:val="0"/>
                <w:color w:val="111111"/>
                <w:sz w:val="14"/>
              </w:rPr>
              <w:t>→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ดลิง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์เชิญ</w:t>
            </w:r>
          </w:p>
        </w:tc>
        <w:tc>
          <w:tcPr>
            <w:tcW w:type="dxa" w:w="118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สร้างบริษัท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บัญชี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เจ้า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องสำเร็จ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เชิญเ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้าบริษัท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</w:p>
        </w:tc>
        <w:tc>
          <w:tcPr>
            <w:tcW w:type="dxa" w:w="16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SMTP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</w:p>
        </w:tc>
        <w:tc>
          <w:tcPr>
            <w:tcW w:type="dxa" w:w="7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ต้องส่ง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อีเมลได้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จริง</w:t>
            </w:r>
          </w:p>
        </w:tc>
        <w:tc>
          <w:tcPr>
            <w:tcW w:type="dxa" w:w="55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8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78"/>
        </w:trPr>
        <w:tc>
          <w:tcPr>
            <w:tcW w:type="dxa" w:w="344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</w:t>
            </w:r>
          </w:p>
        </w:tc>
        <w:tc>
          <w:tcPr>
            <w:tcW w:type="dxa" w:w="988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TC-UN01.002</w:t>
            </w:r>
          </w:p>
        </w:tc>
        <w:tc>
          <w:tcPr>
            <w:tcW w:type="dxa" w:w="1052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UN01.002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Identity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Login &amp; Role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Guard</w:t>
            </w:r>
          </w:p>
        </w:tc>
        <w:tc>
          <w:tcPr>
            <w:tcW w:type="dxa" w:w="139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้าสู่ระบบด้วยบัญชี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Owner/Admin/Staff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/Viewer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แล้วเรีย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หน้าและ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Action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ที่ไม่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ได้รับสิทธิ์</w:t>
            </w:r>
          </w:p>
        </w:tc>
        <w:tc>
          <w:tcPr>
            <w:tcW w:type="dxa" w:w="118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แต่ละบทบาทเ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้าถึง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ได้เฉพาะหน้าจอ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ำสั่งที่อนุญาต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สั่งที่ไม่ได้รับสิทธิ์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ปฏิเสธฝั่ง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เซิร์ฟเวอร์</w:t>
            </w:r>
          </w:p>
        </w:tc>
        <w:tc>
          <w:tcPr>
            <w:tcW w:type="dxa" w:w="16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ต้องมี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บัญชี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บทบาท</w:t>
            </w:r>
          </w:p>
        </w:tc>
        <w:tc>
          <w:tcPr>
            <w:tcW w:type="dxa" w:w="55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</w:t>
            </w:r>
          </w:p>
        </w:tc>
        <w:tc>
          <w:tcPr>
            <w:tcW w:type="dxa" w:w="988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TC-UN01.003</w:t>
            </w:r>
          </w:p>
        </w:tc>
        <w:tc>
          <w:tcPr>
            <w:tcW w:type="dxa" w:w="1052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UN01.003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Identity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Password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Recovery /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OTP / Session</w:t>
            </w:r>
          </w:p>
        </w:tc>
        <w:tc>
          <w:tcPr>
            <w:tcW w:type="dxa" w:w="139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อรีเซ็ตรหัสผ่าน</w:t>
            </w:r>
            <w:r>
              <w:rPr>
                <w:w w:val="102.85714694431849"/>
                <w:rFonts w:ascii="Liberation Sans" w:hAnsi="Liberation Sans" w:eastAsia="Liberation Sans"/>
                <w:b w:val="0"/>
                <w:i w:val="0"/>
                <w:color w:val="111111"/>
                <w:sz w:val="14"/>
              </w:rPr>
              <w:t>→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OTP </w:t>
            </w:r>
            <w:r>
              <w:rPr>
                <w:w w:val="102.85714694431849"/>
                <w:rFonts w:ascii="Liberation Sans" w:hAnsi="Liberation Sans" w:eastAsia="Liberation Sans"/>
                <w:b w:val="0"/>
                <w:i w:val="0"/>
                <w:color w:val="111111"/>
                <w:sz w:val="14"/>
              </w:rPr>
              <w:t>→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ตั้งรหัส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ใหม่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;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้าสู่ระบบบัญชี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เดิมจา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2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อุป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รณ์</w:t>
            </w:r>
          </w:p>
        </w:tc>
        <w:tc>
          <w:tcPr>
            <w:tcW w:type="dxa" w:w="118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รีเซ็ตสำเร็จโดยไม่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เปิดเผยรหัสผ่าน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เดิม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Session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สองถู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SMTP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</w:p>
        </w:tc>
        <w:tc>
          <w:tcPr>
            <w:tcW w:type="dxa" w:w="7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</w:t>
            </w:r>
          </w:p>
        </w:tc>
        <w:tc>
          <w:tcPr>
            <w:tcW w:type="dxa" w:w="988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TC-UN01.004</w:t>
            </w:r>
          </w:p>
        </w:tc>
        <w:tc>
          <w:tcPr>
            <w:tcW w:type="dxa" w:w="1052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UN01.004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Identity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User &amp; App-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Access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Administratio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</w:t>
            </w:r>
          </w:p>
        </w:tc>
        <w:tc>
          <w:tcPr>
            <w:tcW w:type="dxa" w:w="139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Admin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เพิ่มผู้ใช้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เปลี่ยนบทบาท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และปิด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สิทธิ์แอปพลิเ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ชัน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;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Staff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ลองทำราย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เดียว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</w:t>
            </w:r>
          </w:p>
        </w:tc>
        <w:tc>
          <w:tcPr>
            <w:tcW w:type="dxa" w:w="118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ารเปลี่ยนแปลง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Admin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Staff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5</w:t>
            </w:r>
          </w:p>
        </w:tc>
        <w:tc>
          <w:tcPr>
            <w:tcW w:type="dxa" w:w="988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TC-UN02.001</w:t>
            </w:r>
          </w:p>
        </w:tc>
        <w:tc>
          <w:tcPr>
            <w:tcW w:type="dxa" w:w="1052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UN02.001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Company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Profile &amp;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System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Settings</w:t>
            </w:r>
          </w:p>
        </w:tc>
        <w:tc>
          <w:tcPr>
            <w:tcW w:type="dxa" w:w="139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้ไ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้อมูลบริษัทและ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่าตั้ง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่าระบบ</w:t>
            </w:r>
          </w:p>
        </w:tc>
        <w:tc>
          <w:tcPr>
            <w:tcW w:type="dxa" w:w="118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66" w:right="196" w:firstLine="0"/>
              <w:jc w:val="both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่าใหม่ถู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และมีผล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ับบริษัท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นั้นเท่านั้น</w:t>
            </w:r>
          </w:p>
        </w:tc>
        <w:tc>
          <w:tcPr>
            <w:tcW w:type="dxa" w:w="16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6</w:t>
            </w:r>
          </w:p>
        </w:tc>
        <w:tc>
          <w:tcPr>
            <w:tcW w:type="dxa" w:w="988"/>
            <w:tcBorders>
              <w:start w:sz="6.399999999999977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TC-UN02.002</w:t>
            </w:r>
          </w:p>
        </w:tc>
        <w:tc>
          <w:tcPr>
            <w:tcW w:type="dxa" w:w="1052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UN02.002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Company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SMTP &amp; Mail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Dispatch</w:t>
            </w:r>
          </w:p>
        </w:tc>
        <w:tc>
          <w:tcPr>
            <w:tcW w:type="dxa" w:w="1394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144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SMTP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แล้วส่ง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อีเมลทดสอบ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ำเชิญ</w:t>
            </w:r>
          </w:p>
        </w:tc>
        <w:tc>
          <w:tcPr>
            <w:tcW w:type="dxa" w:w="118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อีเมลถู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ส่งผ่าน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SMTP 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องบริษัท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และได้รับที่ปลาย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ทาง</w:t>
            </w:r>
          </w:p>
        </w:tc>
        <w:tc>
          <w:tcPr>
            <w:tcW w:type="dxa" w:w="162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SMTP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</w:p>
        </w:tc>
        <w:tc>
          <w:tcPr>
            <w:tcW w:type="dxa" w:w="70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0" w:right="288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ต้องมี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บัญชี</w:t>
            </w:r>
          </w:p>
          <w:p>
            <w:pPr>
              <w:autoSpaceDN w:val="0"/>
              <w:autoSpaceDE w:val="0"/>
              <w:widowControl/>
              <w:spacing w:line="208" w:lineRule="exact" w:before="4" w:after="0"/>
              <w:ind w:left="0" w:right="144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SMTP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</w:p>
        </w:tc>
        <w:tc>
          <w:tcPr>
            <w:tcW w:type="dxa" w:w="55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UN02.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7</w:t>
            </w:r>
          </w:p>
        </w:tc>
        <w:tc>
          <w:tcPr>
            <w:tcW w:type="dxa" w:w="988"/>
            <w:tcBorders>
              <w:start w:sz="6.399999999999977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TC-UN03.001</w:t>
            </w:r>
          </w:p>
        </w:tc>
        <w:tc>
          <w:tcPr>
            <w:tcW w:type="dxa" w:w="1052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UN03.001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Master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Warehouse /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Storage / Bin</w:t>
            </w:r>
          </w:p>
        </w:tc>
        <w:tc>
          <w:tcPr>
            <w:tcW w:type="dxa" w:w="1394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้ไ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ปิดใช้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พื้นที่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และช่อง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จัดเ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็บ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; 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วามจุ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</w:p>
        </w:tc>
        <w:tc>
          <w:tcPr>
            <w:tcW w:type="dxa" w:w="118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 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้อมูลผิด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ปฏิเสธพร้อม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</w:p>
        </w:tc>
        <w:tc>
          <w:tcPr>
            <w:tcW w:type="dxa" w:w="162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8</w:t>
            </w:r>
          </w:p>
        </w:tc>
        <w:tc>
          <w:tcPr>
            <w:tcW w:type="dxa" w:w="988"/>
            <w:tcBorders>
              <w:start w:sz="6.399999999999977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TC-UN03.002</w:t>
            </w:r>
          </w:p>
        </w:tc>
        <w:tc>
          <w:tcPr>
            <w:tcW w:type="dxa" w:w="1052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UN03.002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Master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Product &amp;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Category</w:t>
            </w:r>
          </w:p>
        </w:tc>
        <w:tc>
          <w:tcPr>
            <w:tcW w:type="dxa" w:w="1394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144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เพิ่มหมวดสิน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้าและ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้าพร้อมหน่วยนับ</w:t>
            </w:r>
          </w:p>
        </w:tc>
        <w:tc>
          <w:tcPr>
            <w:tcW w:type="dxa" w:w="118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้าแสดงใน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ารและเลือ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ใช้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ในราย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ารสต๊อ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ได้</w:t>
            </w:r>
          </w:p>
        </w:tc>
        <w:tc>
          <w:tcPr>
            <w:tcW w:type="dxa" w:w="162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205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0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9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Test-Case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6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0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96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2" w:after="0"/>
              <w:ind w:left="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</w:t>
            </w: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st Case and Test Procedures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040"/>
            <w:gridSpan w:val="2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9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TC-UN03.003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UN03.003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Master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Contact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เพิ่มประเภทผู้ติดต่อ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และผู้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ผู้ติดต่อเลือ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ใช้ใน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ซื้อได้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TC-UN03.004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UN03.004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Master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Warehouse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Layer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Configuration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ตั้งบริษัท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เป็น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ชั้นเดียว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บริษัท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B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เป็น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พื้นที่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ช่อง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แล้วรับ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ทั้งสองบริษัททำ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ารได้ถู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ตามโ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รงสร้าง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ตน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2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บริษัททดสอบ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11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UN04.001 ICS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– Stock-in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รับสิน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ระบุสิน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จำนวน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ตำแหน่ง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สารอ้างอิง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; 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จำนวนติดลบ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ลื่อนไหวและยอด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งเหลือถู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จำนวนติดลบถู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12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UN04.002 ICS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– Stock-out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88" w:firstLine="0"/>
              <w:jc w:val="both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จ่ายสิน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้าออ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ภายใน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งเหลือ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และจ่าย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ินยอด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ยอดลดลงถู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ารจ่ายเ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ินยอด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13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TC-UN04.003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UN04.003 ICS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– Stock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Transfer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288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โอนย้ายระหว่าง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2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ตำแหน่งที่ได้รับ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อนุญาต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ต้นทางลด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ปลาย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ทางเพิ่ม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เป็น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ารโอนเดียว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และสอบ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ลับได้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TC-UN04.004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UN04.004 ICS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– Lot / Serial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 Expiry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รับสิน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้าพร้อม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Lot,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Serial Number,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วัน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หมดอายุ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แล้วเปิด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รายงาน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Lot/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หมดอายุ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74" w:firstLine="0"/>
              <w:jc w:val="both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้อมูลติดตาม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งอยู่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และแสดงในรายงาน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ี่ยว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้อง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15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TC-UN04.005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UN04.005 ICS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– Barcode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Label &amp; Scan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พิมพ์ฉลา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 SKU/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ตำแหน่ง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แล้วสแ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(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หรือป้อน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)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ในหน้า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จอรับเ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ฉลา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มีรหัสที่ใช้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งานได้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่าที่สแ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ยอมรับ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Server,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รื่องสแ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นหรือจำลอง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รื่องพิม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พ์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(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ถ้ามี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)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16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TC-UN04.006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UN04.006 ICS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– File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Attachment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แนบไฟล์ที่อนุญาตและ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ไฟล์ที่ไม่อนุญาต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;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ผู้ใช้บริษัทอื่น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ดู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ไฟล์ที่อนุญาตอัป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โหลด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ดูได้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เฉพาะผู้มีสิทธิ์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ไฟล์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ที่ไม่อนุญาตถู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เตรียมไฟล์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ตัวอย่าง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17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TC-UN05.001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UN05.001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Sales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Quotation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สร้างใบเสนอรา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าให้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้าและแปลงเป็น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ใบสั่ง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ใบสั่ง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พร้อมอ้างอิงใบเสนอ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12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0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9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Test-Case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6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0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96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2" w:after="0"/>
              <w:ind w:left="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</w:t>
            </w: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st Case and Test Procedures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040"/>
            <w:gridSpan w:val="2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18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TC-UN05.002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UN05.002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Sales – Sales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Order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288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ยืนยันใบสั่ง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ตรวจสต๊อ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สถานะเปลี่ยนตามที่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อนุญาตและตัด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UN05.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001,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19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TC-UN05.003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UN05.003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Sales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Invoice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ใบแจ้งหนี้จา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ใบสั่ง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ใบแจ้งหนี้ได้เล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สารและบันทึ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GL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สมดุล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UN05.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20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TC-UN05.004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UN05.004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Sales – Return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 Credit Note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้าและออ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ลดหนี้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08" w:firstLine="0"/>
              <w:jc w:val="both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ลับและ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บัญชีปรับตามใบลด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หนี้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UN05.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21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TC-UN06.001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UN06.001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Purchasing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Purchase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Request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สร้างและอนุมัติใบ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ซื้อ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288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อซื้ออยู่ใน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สถานะอนุมัติ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22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TC-UN06.002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UN06.002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Purchasing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Purchase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Order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แปลงใบ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อซื้อเป็นใบสั่ง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ซื้อ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ใบสั่งซื้อถู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พร้อมอ้างอิงใบ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ซื้อ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UN06.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23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TC-UN06.003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UN06.003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Purchasing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Purchase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Invoice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ใบแจ้งหนี้ซื้อและ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รับสิน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GL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สมดุล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UN06.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24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TC-UN06.004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UN06.004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Purchasing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Supplier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Return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้าให้ผู้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าย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ลดและบัญชี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ปรับตามใบ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UN06.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TC-UN07.001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UN07.001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Finance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Receipt Billing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&amp; Receipt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วางบิลรับและบันทึ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เสร็จรับเงิน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ับใบแจ้ง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หนี้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้างชำระลดลง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สารเชื่อมโยง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ันและมีประวัติ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UN05.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26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TC-UN07.002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UN07.002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Finance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Payment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Billing &amp;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Payment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88" w:firstLine="0"/>
              <w:jc w:val="both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วางบิลจ่ายและบันทึ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สำ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ัญจ่าย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ับใบแจ้งหนี้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ซื้อ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้างจ่ายลดลง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สารเชื่อมโยง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ันและมีประวัติ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UN06.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12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0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9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Test-Case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30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404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96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36" w:after="0"/>
              <w:ind w:left="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</w:t>
            </w: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st Case and Test Procedures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040"/>
            <w:gridSpan w:val="2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27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TC-UN08.001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UN08.001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Accounting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Chart of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Accounts /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Departments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 Formulas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เพิ่มผังบัญชี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แผน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และสูตรบัญชี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รงสร้างบัญชีถู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และใช้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ารผ่านราย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ารได้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004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28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TC-UN08.002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UN08.002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Accounting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Journal &amp; GL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Posting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สมุดรายวันแบบ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สมดุลและแบบไม่สมดุล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;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จำลอง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วามล้มเหลว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ระหว่างผ่านราย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ารสมดุลถู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ผ่าน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GL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ารไม่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สมดุลถู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วามล้มเหลวถู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Rollback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ทั้งชุด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จำลอง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วามล้ม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เหลวบน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Testing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Server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UN08.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29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TC-UN09.001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UN09.001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Reports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Dashboard &amp;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Aggregates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เปิดแดชบอร์ด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้าและบัญชีหลังรัน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งานสรุปยอด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ตัวเล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ตารางสรุปยอดและ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แสดงผลภายใน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เวลาที่ใช้งานได้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UN11.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30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TC-UN09.002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80" w:firstLine="0"/>
              <w:jc w:val="both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UN09.002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Reports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Stock Reports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เปิดรายงานภาพรวม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 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ลื่อนไหว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วามจุ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้าใ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ล้หมด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หมดอายุ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Lot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พร้อมตัว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รอง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รายงานแสดง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ที่ได้รับสิทธิ์ตามตัว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รอง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UN04.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004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31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TC-UN09.003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UN09.003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Reports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Financial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Reports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เปิดงบทดลอง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ำไร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าดทุน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งบดุล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VAT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สมุดรายวัน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ลื่อนไหว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GL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ยอดรวมสอด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ล้อง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ันในงวดที่เลือ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UN08.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32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TC-UN09.004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UN09.004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Reports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Filter / Print /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Export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ดู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พิมพ์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และส่ง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รายงาน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288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ผลลัพธ์ตรง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อบเ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ตและตัว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รองที่เลือ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UN09.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33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TC-UN10.001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UN10.001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Document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Numbering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ุม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หลายฉบับติดต่อ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64" w:firstLine="0"/>
              <w:jc w:val="both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สารเรียง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ตามลำดับที่ตั้ง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ไม่ซ้ำ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UN05.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34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TC-UN10.002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UN10.002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Document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Lifecycle &amp;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พยายามเปลี่ยนสถานะ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ั้น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;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ลบ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ุม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ารเปลี่ยนสถานะที่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ปฏิเสธพร้อม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ารลบ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ต้องยืนยัน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่อน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UN10.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35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TC-UN10.003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UN10.003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Document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Audit Fields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&amp; History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สร้างแล้วแ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้ไ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แล้วเปิดดูประวัติ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ผู้สร้าง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้ไ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ข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วัน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และสถานะถู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รบ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12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0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9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Test-Case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6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0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96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2" w:after="0"/>
              <w:ind w:left="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</w:t>
            </w: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st Case and Test Procedures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040"/>
            <w:gridSpan w:val="2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36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TC-UN11.001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UN11.001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Node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Socket.IO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Notification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Server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เปลี่ยนสถานะเอ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ต้องแจ้งเตือน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;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Endpoint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แจ้งเตือน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โดยไม่มี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Secret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ผู้ใช้ที่เ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ี่ยว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้องได้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รับแจ้งเตือน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Real-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time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เท่านั้น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โดยไม่มี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Secret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Node.js + pm2,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Node.js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ทำงานอยู่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37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TC-UN11.002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UN11.002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Node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Scheduler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(ETL &amp; Alerts)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รันงานสรุปยอด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สต๊อ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ก/GL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และแจ้ง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เตือนสิน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้าใ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ล้หมด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ใบแจ้งหนี้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้างชำระ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;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ตรวจเวลาบันทึ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เทียบ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Asia/Bangkok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งานเสร็จโดยไม่ซ้ำ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ผลลัพธ์อยู่ใน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อบเ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ตสิทธิ์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เวลา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ต้องตามเ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เวลา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Node.js + pm2,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Schedule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ทำงาน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อยู่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UN04.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001,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UN07.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38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TC-UN12.001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UN12.001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Security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Tenant Scope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Guard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ผู้ใช้บริษัท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/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บริษัท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B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ลังที่ไม่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ได้รับสิทธิ์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ทั้งผ่าน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UI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URL/ API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โดยตรง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144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ปฏิเสธทุ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ช่อง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ทาง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ไม่มี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้อมูลรั่ว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ไหลหรือถู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้ไ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Internal Testing Server,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2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บริษัททดสอบ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002,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39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TC-UN12.002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UN12.002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Security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Server-side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Validation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ส่ง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้อมูลนำเ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้าที่มี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SQL/Script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ต้องไปยัง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Action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ฝั่งเซิร์ฟเวอร์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ปฏิเสธหรือ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Escape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โดยไม่มี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้อมูลเปลี่ยนแปลง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หรือ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Script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ทำงาน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Server,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รื่องมือทดสอบ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API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UN01.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40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TC-UN12.003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UN12.003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Security –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Operation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Lock &amp;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Usage Guard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224" w:firstLine="0"/>
              <w:jc w:val="both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ผ่านราย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ารในงวดที่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ล็อ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ก;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ทำราย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ิน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วตาบริษัท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ปฏิเสธ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พร้อม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Web Browser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(Chrome/Edge/Firefox)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, PHP 8, MariaDB,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Internal Testing Server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UN08.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002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41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TC-UN12.004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UN12.004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Security – TLS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&amp; Secret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Configuration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ตรวจ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Repository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และสภาพแวดล้อมที่ติด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ตั้งว่ามี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วามลับหรือไฟล์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่าเปิดเผยหรือไม่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;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เรีย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ผ่าน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HTTPS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ไม่พบ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วามลับใน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Git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หรือเ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้าถึงได้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เว็บ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ารเชื่อม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ต่อผ่าน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TLS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Repository, Deployed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42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TC-UN13.001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UN13.001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Deploy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setup.php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Schema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Installer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ติดตั้งบนเ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รื่องใหม่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ด้วย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setup.php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ฐาน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้อมูลและ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ตาราง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รบตาม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SR08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โดยไม่แ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Schema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ด้วยมือ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Fresh Linux Server, PHP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8, MariaDB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ต้องใช้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รื่องว่าง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43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TC-UN13.002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UN13.002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Deploy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Docker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Compose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Stack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docker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compose up -d --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build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Container php-</w:t>
            </w:r>
          </w:p>
          <w:p>
            <w:pPr>
              <w:autoSpaceDN w:val="0"/>
              <w:autoSpaceDE w:val="0"/>
              <w:widowControl/>
              <w:spacing w:line="204" w:lineRule="exact" w:before="6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apache,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mariadb, node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ทำงานและเ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้าใช้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ระบบได้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Docker Host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UN13.</w:t>
            </w:r>
          </w:p>
          <w:p>
            <w:pPr>
              <w:autoSpaceDN w:val="0"/>
              <w:autoSpaceDE w:val="0"/>
              <w:widowControl/>
              <w:spacing w:line="144" w:lineRule="exact" w:before="5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003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</w:p>
          <w:p>
            <w:pPr>
              <w:autoSpaceDN w:val="0"/>
              <w:autoSpaceDE w:val="0"/>
              <w:widowControl/>
              <w:spacing w:line="210" w:lineRule="exact" w:before="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44</w:t>
            </w:r>
          </w:p>
        </w:tc>
        <w:tc>
          <w:tcPr>
            <w:tcW w:type="dxa" w:w="988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TC-UN13.003</w:t>
            </w:r>
          </w:p>
        </w:tc>
        <w:tc>
          <w:tcPr>
            <w:tcW w:type="dxa" w:w="1052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UN13.003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Deploy – .env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Generator</w:t>
            </w:r>
          </w:p>
        </w:tc>
        <w:tc>
          <w:tcPr>
            <w:tcW w:type="dxa" w:w="139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288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docker/init-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env.sh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โดยเว้น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วามลับว่าง</w:t>
            </w:r>
          </w:p>
        </w:tc>
        <w:tc>
          <w:tcPr>
            <w:tcW w:type="dxa" w:w="118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.env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สร้างพร้อม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วามลับสุ่ม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และไม่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Git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ติดตาม</w:t>
            </w:r>
          </w:p>
        </w:tc>
        <w:tc>
          <w:tcPr>
            <w:tcW w:type="dxa" w:w="162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Docker Host</w:t>
            </w:r>
          </w:p>
        </w:tc>
        <w:tc>
          <w:tcPr>
            <w:tcW w:type="dxa" w:w="70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5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-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12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0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9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Test-Case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6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0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96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2" w:after="0"/>
              <w:ind w:left="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Te</w:t>
            </w: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st Case and Test Procedures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040"/>
            <w:gridSpan w:val="2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rPr>
          <w:trHeight w:hRule="exact" w:val="1168"/>
        </w:trPr>
        <w:tc>
          <w:tcPr>
            <w:tcW w:type="dxa" w:w="344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No</w:t>
            </w:r>
          </w:p>
        </w:tc>
        <w:tc>
          <w:tcPr>
            <w:tcW w:type="dxa" w:w="988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Case ID</w:t>
            </w:r>
          </w:p>
        </w:tc>
        <w:tc>
          <w:tcPr>
            <w:tcW w:type="dxa" w:w="1052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Test Item</w:t>
            </w:r>
          </w:p>
        </w:tc>
        <w:tc>
          <w:tcPr>
            <w:tcW w:type="dxa" w:w="1394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Input Specifications</w:t>
            </w:r>
          </w:p>
        </w:tc>
        <w:tc>
          <w:tcPr>
            <w:tcW w:type="dxa" w:w="118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6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Output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Specifications</w:t>
            </w:r>
          </w:p>
        </w:tc>
        <w:tc>
          <w:tcPr>
            <w:tcW w:type="dxa" w:w="16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Environment / Needs</w:t>
            </w:r>
          </w:p>
        </w:tc>
        <w:tc>
          <w:tcPr>
            <w:tcW w:type="dxa" w:w="70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Special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Procedur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al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Require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</w:t>
            </w:r>
          </w:p>
        </w:tc>
        <w:tc>
          <w:tcPr>
            <w:tcW w:type="dxa" w:w="55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Interc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ase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Depe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ndenc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y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Status</w:t>
            </w:r>
          </w:p>
        </w:tc>
        <w:tc>
          <w:tcPr>
            <w:tcW w:type="dxa" w:w="6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0" w:right="144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Date</w:t>
            </w:r>
          </w:p>
        </w:tc>
      </w:tr>
      <w:tr>
        <w:trPr>
          <w:trHeight w:hRule="exact" w:val="1380"/>
        </w:trPr>
        <w:tc>
          <w:tcPr>
            <w:tcW w:type="dxa" w:w="344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45</w:t>
            </w:r>
          </w:p>
        </w:tc>
        <w:tc>
          <w:tcPr>
            <w:tcW w:type="dxa" w:w="988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TC-UN13.004</w:t>
            </w:r>
          </w:p>
        </w:tc>
        <w:tc>
          <w:tcPr>
            <w:tcW w:type="dxa" w:w="1052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UN13.004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Deploy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Backup &amp;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Restore</w:t>
            </w:r>
          </w:p>
        </w:tc>
        <w:tc>
          <w:tcPr>
            <w:tcW w:type="dxa" w:w="139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38" w:after="0"/>
              <w:ind w:left="66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สำรองฐาน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ู้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สู่สภาพแวดล้อม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Clone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Backup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Remote</w:t>
            </w:r>
          </w:p>
        </w:tc>
        <w:tc>
          <w:tcPr>
            <w:tcW w:type="dxa" w:w="118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้อมูลและ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Source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Code 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ู้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ืนได้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ั้นตอนใน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ู่มือ</w:t>
            </w:r>
          </w:p>
        </w:tc>
        <w:tc>
          <w:tcPr>
            <w:tcW w:type="dxa" w:w="16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Testing Server, Backup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Remote</w:t>
            </w:r>
          </w:p>
        </w:tc>
        <w:tc>
          <w:tcPr>
            <w:tcW w:type="dxa" w:w="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ตาม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Product 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Operatio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n Guide</w:t>
            </w:r>
          </w:p>
        </w:tc>
        <w:tc>
          <w:tcPr>
            <w:tcW w:type="dxa" w:w="55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TC-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UN13.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6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001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Passed</w:t>
            </w:r>
          </w:p>
        </w:tc>
        <w:tc>
          <w:tcPr>
            <w:tcW w:type="dxa" w:w="63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10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 –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14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สิงหา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14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Detail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7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ารทดสอบระบบทั้งหมด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100%</w:t>
            </w:r>
          </w:p>
        </w:tc>
      </w:tr>
      <w:tr>
        <w:trPr>
          <w:trHeight w:hRule="exact" w:val="46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Pending</w:t>
            </w:r>
          </w:p>
        </w:tc>
        <w:tc>
          <w:tcPr>
            <w:tcW w:type="dxa" w:w="7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ไม่พบ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(Pending)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ารทดสอบนี้</w:t>
            </w:r>
          </w:p>
        </w:tc>
      </w:tr>
      <w:tr>
        <w:trPr>
          <w:trHeight w:hRule="exact" w:val="72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Conclusion</w:t>
            </w:r>
          </w:p>
        </w:tc>
        <w:tc>
          <w:tcPr>
            <w:tcW w:type="dxa" w:w="7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ารทดสอบสรุปได้ว่าระบบพร้อมสำหรับ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เนื่องจา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100%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เป็นไปตาม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Plan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49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0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9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Test-Case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