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13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Components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3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Components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สารแสดงส่วนประ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อบต่าง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ๆ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องโปรแ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รมแต่ละเวอร์ชัน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(Compiled Program,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Source Code, Database)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องซอฟต์แวร์ที่ส่งมอบ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0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41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ประเภทส่วน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</w:p>
        </w:tc>
        <w:tc>
          <w:tcPr>
            <w:tcW w:type="dxa" w:w="31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5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  <w:tc>
          <w:tcPr>
            <w:tcW w:type="dxa" w:w="13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432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41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(PHP)</w:t>
            </w:r>
          </w:p>
        </w:tc>
        <w:tc>
          <w:tcPr>
            <w:tcW w:type="dxa" w:w="31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Manager Classes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ทั้งหมด</w:t>
            </w:r>
          </w:p>
        </w:tc>
        <w:tc>
          <w:tcPr>
            <w:tcW w:type="dxa" w:w="25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</w:t>
            </w:r>
          </w:p>
        </w:tc>
        <w:tc>
          <w:tcPr>
            <w:tcW w:type="dxa" w:w="13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41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(Node.js)</w:t>
            </w:r>
          </w:p>
        </w:tc>
        <w:tc>
          <w:tcPr>
            <w:tcW w:type="dxa" w:w="31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25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nodejs/</w:t>
            </w:r>
          </w:p>
        </w:tc>
        <w:tc>
          <w:tcPr>
            <w:tcW w:type="dxa" w:w="13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41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Database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Schema</w:t>
            </w:r>
          </w:p>
        </w:tc>
        <w:tc>
          <w:tcPr>
            <w:tcW w:type="dxa" w:w="31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</w:p>
        </w:tc>
        <w:tc>
          <w:tcPr>
            <w:tcW w:type="dxa" w:w="25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288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br/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docker/mariadb/init-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wms2.sql</w:t>
            </w:r>
          </w:p>
        </w:tc>
        <w:tc>
          <w:tcPr>
            <w:tcW w:type="dxa" w:w="13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41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Package</w:t>
            </w:r>
          </w:p>
        </w:tc>
        <w:tc>
          <w:tcPr>
            <w:tcW w:type="dxa" w:w="31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(php-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apache, mariadb, node/pm2)</w:t>
            </w:r>
          </w:p>
        </w:tc>
        <w:tc>
          <w:tcPr>
            <w:tcW w:type="dxa" w:w="250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08" w:right="576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docker-compose.yml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</w:t>
            </w:r>
          </w:p>
        </w:tc>
        <w:tc>
          <w:tcPr>
            <w:tcW w:type="dxa" w:w="135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41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Configuration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Template</w:t>
            </w:r>
          </w:p>
        </w:tc>
        <w:tc>
          <w:tcPr>
            <w:tcW w:type="dxa" w:w="31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แม่แบบ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</w:t>
            </w:r>
          </w:p>
        </w:tc>
        <w:tc>
          <w:tcPr>
            <w:tcW w:type="dxa" w:w="250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08" w:right="576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.env.example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br/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docker/init-env.sh</w:t>
            </w:r>
          </w:p>
        </w:tc>
        <w:tc>
          <w:tcPr>
            <w:tcW w:type="dxa" w:w="135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41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Demo Data</w:t>
            </w:r>
          </w:p>
        </w:tc>
        <w:tc>
          <w:tcPr>
            <w:tcW w:type="dxa" w:w="31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้อมูลสาธิตสำหรับตรวจรับ</w:t>
            </w:r>
          </w:p>
        </w:tc>
        <w:tc>
          <w:tcPr>
            <w:tcW w:type="dxa" w:w="250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0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demo_seed*.php</w:t>
            </w:r>
          </w:p>
        </w:tc>
        <w:tc>
          <w:tcPr>
            <w:tcW w:type="dxa" w:w="135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dd48a8b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41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Package</w:t>
            </w:r>
          </w:p>
        </w:tc>
        <w:tc>
          <w:tcPr>
            <w:tcW w:type="dxa" w:w="31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PDF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มอบ</w:t>
            </w:r>
          </w:p>
        </w:tc>
        <w:tc>
          <w:tcPr>
            <w:tcW w:type="dxa" w:w="250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20" w:after="0"/>
              <w:ind w:left="10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sdlc-delivery/</w:t>
            </w:r>
          </w:p>
        </w:tc>
        <w:tc>
          <w:tcPr>
            <w:tcW w:type="dxa" w:w="135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Tag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</w:t>
            </w:r>
            <w:r>
              <w:br/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v1.0-final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Software Unit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ที่พัฒนาแล้ว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Module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UN01.001</w:t>
            </w:r>
          </w:p>
        </w:tc>
        <w:tc>
          <w:tcPr>
            <w:tcW w:type="dxa" w:w="36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 Register &amp; Onboarding</w:t>
            </w:r>
          </w:p>
        </w:tc>
        <w:tc>
          <w:tcPr>
            <w:tcW w:type="dxa" w:w="94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36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 Login &amp; Role Guard</w:t>
            </w:r>
          </w:p>
        </w:tc>
        <w:tc>
          <w:tcPr>
            <w:tcW w:type="dxa" w:w="94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</w:tbl>
    <w:p>
      <w:pPr>
        <w:autoSpaceDN w:val="0"/>
        <w:autoSpaceDE w:val="0"/>
        <w:widowControl/>
        <w:spacing w:line="15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2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85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SCom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13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Components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34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Module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</w:t>
            </w:r>
          </w:p>
        </w:tc>
        <w:tc>
          <w:tcPr>
            <w:tcW w:type="dxa" w:w="3676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Identity – Password Recovery / OTP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Session</w:t>
            </w:r>
          </w:p>
        </w:tc>
        <w:tc>
          <w:tcPr>
            <w:tcW w:type="dxa" w:w="94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UN01.004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15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Identity – User &amp; App-Access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Administration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(Company Settings)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UN02.001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Company – Profile &amp; System Settings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2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(Company Settings)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UN02.002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Company – SMTP &amp; Mail Dispatch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UN03.001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 Warehouse / Storage / Bin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UN03.002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 Product &amp; Category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UN03.003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 Contact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UN03.004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 Warehouse Layer Configuration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UN04.001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Stock-in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UN04.002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Stock-out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UN04.003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 Transfer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UN04.004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Lot / Serial / Expiry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UN04.005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Barcode Label &amp; Scan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UN04.006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File Attachment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UN05.001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Quotation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UN05.002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Sales Order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UN05.003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Invoice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UN05.004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Return / Credit Note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UN06.001</w:t>
            </w:r>
          </w:p>
        </w:tc>
        <w:tc>
          <w:tcPr>
            <w:tcW w:type="dxa" w:w="36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 Purchase Request</w:t>
            </w:r>
          </w:p>
        </w:tc>
        <w:tc>
          <w:tcPr>
            <w:tcW w:type="dxa" w:w="94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UN06.002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 Purchase Order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UN06.003</w:t>
            </w:r>
          </w:p>
        </w:tc>
        <w:tc>
          <w:tcPr>
            <w:tcW w:type="dxa" w:w="36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 Purchase Invoice</w:t>
            </w:r>
          </w:p>
        </w:tc>
        <w:tc>
          <w:tcPr>
            <w:tcW w:type="dxa" w:w="94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UN06.004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 Supplier Return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(Finance)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UN07.001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 – Receipt Billing &amp; Receipt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(Finance)</w:t>
            </w:r>
          </w:p>
        </w:tc>
        <w:tc>
          <w:tcPr>
            <w:tcW w:type="dxa" w:w="99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UN07.002</w:t>
            </w:r>
          </w:p>
        </w:tc>
        <w:tc>
          <w:tcPr>
            <w:tcW w:type="dxa" w:w="36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 – Payment Billing &amp; Payment</w:t>
            </w:r>
          </w:p>
        </w:tc>
        <w:tc>
          <w:tcPr>
            <w:tcW w:type="dxa" w:w="94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(Accounting)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UN08.001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Accounting – Chart of Accounts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Departments / Formulas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(Accounting)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UN08.002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 – Journal &amp; GL Posting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</w:tbl>
    <w:p>
      <w:pPr>
        <w:autoSpaceDN w:val="0"/>
        <w:autoSpaceDE w:val="0"/>
        <w:widowControl/>
        <w:spacing w:line="158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2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85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SCom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13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Components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34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Module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รายงานและแดชบอร์ด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(Reports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Dashboard)</w:t>
            </w:r>
          </w:p>
        </w:tc>
        <w:tc>
          <w:tcPr>
            <w:tcW w:type="dxa" w:w="99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UN09.001</w:t>
            </w:r>
          </w:p>
        </w:tc>
        <w:tc>
          <w:tcPr>
            <w:tcW w:type="dxa" w:w="3676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 Dashboard &amp; Aggregates</w:t>
            </w:r>
          </w:p>
        </w:tc>
        <w:tc>
          <w:tcPr>
            <w:tcW w:type="dxa" w:w="94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รายงานและแดชบอร์ด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(Reports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UN09.002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 Stock Reports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รายงานและแดชบอร์ด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(Reports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UN09.003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 Financial Reports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รายงานและแดชบอร์ด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(Reports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UN09.004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 Filter / Print / Export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UN10.001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 Numbering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UN10.002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 Lifecycle &amp; Status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UN10.003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 Audit Fields &amp; History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(Notification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Scheduler)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UN11.001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 Socket.IO Notification Server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(Notification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Scheduler)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 Scheduler (ETL &amp; Alerts)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(Security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 Tenant Scope Guard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(Security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UN12.002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 Server-side Validation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(Security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UN12.003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 Operation Lock &amp; Usage Guard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(Security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UN12.004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 TLS &amp; Secret Configuration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ติดตั้งและสำรอง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(Deployment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 setup.php Schema Installer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04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ติดตั้งและสำรอง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(Deployment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UN13.002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 Docker Compose Stack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ติดตั้งและสำรอง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(Deployment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UN13.003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 .env Generator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ติดตั้งและสำรอง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(Deployment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 Backup &amp; Restore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สรุปจำนวนส่วนประ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ลุ่มโมดูล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(Module Group)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13</w:t>
            </w:r>
          </w:p>
        </w:tc>
      </w:tr>
    </w:tbl>
    <w:p>
      <w:pPr>
        <w:autoSpaceDN w:val="0"/>
        <w:autoSpaceDE w:val="0"/>
        <w:widowControl/>
        <w:spacing w:line="110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2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85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SCom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13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Components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836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Unit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</w:t>
            </w:r>
          </w:p>
        </w:tc>
      </w:tr>
      <w:tr>
        <w:trPr>
          <w:trHeight w:hRule="exact" w:val="452"/>
        </w:trPr>
        <w:tc>
          <w:tcPr>
            <w:tcW w:type="dxa" w:w="83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้อมูลที่ใช้</w:t>
            </w:r>
          </w:p>
        </w:tc>
        <w:tc>
          <w:tcPr>
            <w:tcW w:type="dxa" w:w="6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ารที่ทำงานเบื้องหลัง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(Node.js)</w:t>
            </w:r>
          </w:p>
        </w:tc>
        <w:tc>
          <w:tcPr>
            <w:tcW w:type="dxa" w:w="6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ุมส่วนประ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4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อบทั้งหมด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ุมเวอร์ชันด้วย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Git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Baseline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องระบบที่ส่งมอบ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ือ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6c39700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สำรองไปยัง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Remote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สำรอง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git@github.com:thanakorninbox-dev/wms-app.git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ตามที่ระบุใน</w:t>
      </w:r>
    </w:p>
    <w:p>
      <w:pPr>
        <w:autoSpaceDN w:val="0"/>
        <w:autoSpaceDE w:val="0"/>
        <w:widowControl/>
        <w:spacing w:line="210" w:lineRule="exact" w:before="104" w:after="0"/>
        <w:ind w:left="652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Project Repository (Backup)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ารเพิ่มหรือแ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อบต้องผ่าน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Report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 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แล้วแต่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499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2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85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SCom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