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Design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3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Design</w:t>
            </w:r>
          </w:p>
        </w:tc>
        <w:tc>
          <w:tcPr>
            <w:tcW w:type="dxa" w:w="22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85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แบบระบบ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Use Case Diagram</w:t>
      </w:r>
    </w:p>
    <w:p>
      <w:pPr>
        <w:autoSpaceDN w:val="0"/>
        <w:autoSpaceDE w:val="0"/>
        <w:widowControl/>
        <w:spacing w:line="244" w:lineRule="exact" w:before="176" w:after="19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ผู้ใช้งาน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ลุ่ม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17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Actor</w:t>
            </w:r>
          </w:p>
        </w:tc>
        <w:tc>
          <w:tcPr>
            <w:tcW w:type="dxa" w:w="28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ำอธิบาย</w:t>
            </w:r>
          </w:p>
        </w:tc>
        <w:tc>
          <w:tcPr>
            <w:tcW w:type="dxa" w:w="43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28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สิทธิ์สูงสุดภายในบริษัท</w:t>
            </w:r>
          </w:p>
        </w:tc>
        <w:tc>
          <w:tcPr>
            <w:tcW w:type="dxa" w:w="43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และใช้งานทุ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</w:t>
            </w:r>
          </w:p>
        </w:tc>
        <w:tc>
          <w:tcPr>
            <w:tcW w:type="dxa" w:w="28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ผู้ดูแลระบบภายในบริษัท</w:t>
            </w:r>
          </w:p>
        </w:tc>
        <w:tc>
          <w:tcPr>
            <w:tcW w:type="dxa" w:w="43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และใช้งานทุ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Staff</w:t>
            </w:r>
          </w:p>
        </w:tc>
        <w:tc>
          <w:tcPr>
            <w:tcW w:type="dxa" w:w="28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ผู้ปฏิบัติงาน</w:t>
            </w:r>
          </w:p>
        </w:tc>
        <w:tc>
          <w:tcPr>
            <w:tcW w:type="dxa" w:w="43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ารเงินตามสิทธิ์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Viewer</w:t>
            </w:r>
          </w:p>
        </w:tc>
        <w:tc>
          <w:tcPr>
            <w:tcW w:type="dxa" w:w="28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ผู้ใช้แบบอ่านอย่างเดียว</w:t>
            </w:r>
          </w:p>
        </w:tc>
        <w:tc>
          <w:tcPr>
            <w:tcW w:type="dxa" w:w="43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Scheduler</w:t>
            </w:r>
          </w:p>
        </w:tc>
        <w:tc>
          <w:tcPr>
            <w:tcW w:type="dxa" w:w="28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ระทำอัตโนมัติ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(Node.js)</w:t>
            </w:r>
          </w:p>
        </w:tc>
        <w:tc>
          <w:tcPr>
            <w:tcW w:type="dxa" w:w="43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SMTP Service</w:t>
            </w:r>
          </w:p>
        </w:tc>
        <w:tc>
          <w:tcPr>
            <w:tcW w:type="dxa" w:w="28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ระทำภายนอ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43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Component Diagram</w:t>
      </w:r>
    </w:p>
    <w:p>
      <w:pPr>
        <w:autoSpaceDN w:val="0"/>
        <w:autoSpaceDE w:val="0"/>
        <w:widowControl/>
        <w:spacing w:line="244" w:lineRule="exact" w:before="160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องระบบแบ่งตามชั้น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50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(Layer)</w:t>
            </w:r>
          </w:p>
        </w:tc>
        <w:tc>
          <w:tcPr>
            <w:tcW w:type="dxa" w:w="5098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</w:t>
            </w:r>
          </w:p>
        </w:tc>
      </w:tr>
      <w:tr>
        <w:trPr>
          <w:trHeight w:hRule="exact" w:val="704"/>
        </w:trPr>
        <w:tc>
          <w:tcPr>
            <w:tcW w:type="dxa" w:w="150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Presentation</w:t>
            </w:r>
          </w:p>
        </w:tc>
        <w:tc>
          <w:tcPr>
            <w:tcW w:type="dxa" w:w="5098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ในแต่ละโมดูล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app/&lt;module&gt;/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), JavaScript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CSS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SR02:002, SR06:002,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SR06:003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Business Logic</w:t>
            </w:r>
          </w:p>
        </w:tc>
        <w:tc>
          <w:tcPr>
            <w:tcW w:type="dxa" w:w="5098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Manager/Service Classes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app/assets/utils/classes/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Page Controller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SR02:003, SR03:001–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SR03:011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Data Access</w:t>
            </w:r>
          </w:p>
        </w:tc>
        <w:tc>
          <w:tcPr>
            <w:tcW w:type="dxa" w:w="5098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Manager Classes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รวม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ะที่ใช้ร่วม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72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SR02:004, SR06:001,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SR08:001–SR08:005</w:t>
            </w:r>
          </w:p>
        </w:tc>
      </w:tr>
    </w:tbl>
    <w:p>
      <w:pPr>
        <w:autoSpaceDN w:val="0"/>
        <w:autoSpaceDE w:val="0"/>
        <w:widowControl/>
        <w:spacing w:line="172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30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404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36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Design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150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(Layer)</w:t>
            </w:r>
          </w:p>
        </w:tc>
        <w:tc>
          <w:tcPr>
            <w:tcW w:type="dxa" w:w="5098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Real-time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Scheduler</w:t>
            </w:r>
          </w:p>
        </w:tc>
        <w:tc>
          <w:tcPr>
            <w:tcW w:type="dxa" w:w="5098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(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server.js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scheduler.js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pm2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SR06:004,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</w:tr>
      <w:tr>
        <w:trPr>
          <w:trHeight w:hRule="exact" w:val="464"/>
        </w:trPr>
        <w:tc>
          <w:tcPr>
            <w:tcW w:type="dxa" w:w="150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External</w:t>
            </w:r>
          </w:p>
        </w:tc>
        <w:tc>
          <w:tcPr>
            <w:tcW w:type="dxa" w:w="5098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สำหรับส่งอีเมล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Client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Browser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420" w:lineRule="exact" w:before="144" w:after="190"/>
        <w:ind w:left="256" w:right="676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Deployment Diagram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ารติดตั้งระบบแบ่งเป็น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4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ชั้นบริ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718"/>
        </w:trPr>
        <w:tc>
          <w:tcPr>
            <w:tcW w:type="dxa" w:w="13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(Tier)</w:t>
            </w:r>
          </w:p>
        </w:tc>
        <w:tc>
          <w:tcPr>
            <w:tcW w:type="dxa" w:w="57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</w:p>
        </w:tc>
        <w:tc>
          <w:tcPr>
            <w:tcW w:type="dxa" w:w="20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Client</w:t>
            </w:r>
          </w:p>
        </w:tc>
        <w:tc>
          <w:tcPr>
            <w:tcW w:type="dxa" w:w="57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Web Browser (Chrome/Edge/Firefox)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Desktop, Tablet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Mobile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Client</w:t>
            </w:r>
          </w:p>
        </w:tc>
        <w:tc>
          <w:tcPr>
            <w:tcW w:type="dxa" w:w="20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SR06:002, SR06:003,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3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 Tier</w:t>
            </w:r>
          </w:p>
        </w:tc>
        <w:tc>
          <w:tcPr>
            <w:tcW w:type="dxa" w:w="57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PHP 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Apache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docker/php</w:t>
            </w:r>
          </w:p>
        </w:tc>
        <w:tc>
          <w:tcPr>
            <w:tcW w:type="dxa" w:w="20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SR01:003, SR02:005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Data Tier</w:t>
            </w:r>
          </w:p>
        </w:tc>
        <w:tc>
          <w:tcPr>
            <w:tcW w:type="dxa" w:w="57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20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SR06:001, SR08:001–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</w:tr>
      <w:tr>
        <w:trPr>
          <w:trHeight w:hRule="exact" w:val="466"/>
        </w:trPr>
        <w:tc>
          <w:tcPr>
            <w:tcW w:type="dxa" w:w="13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Service Tier</w:t>
            </w:r>
          </w:p>
        </w:tc>
        <w:tc>
          <w:tcPr>
            <w:tcW w:type="dxa" w:w="57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Node.js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server.js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scheduler.js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pm2</w:t>
            </w:r>
          </w:p>
        </w:tc>
        <w:tc>
          <w:tcPr>
            <w:tcW w:type="dxa" w:w="20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420" w:lineRule="exact" w:before="142" w:after="188"/>
        <w:ind w:left="256" w:right="576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User Interface Design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ผังหน้าจอหลั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องระบบแบ่งตามโมดูล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0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Onboarding</w:t>
            </w:r>
          </w:p>
        </w:tc>
        <w:tc>
          <w:tcPr>
            <w:tcW w:type="dxa" w:w="703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ำเชิญเ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ลืมรหัสผ่าน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OTP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</w:t>
            </w:r>
          </w:p>
        </w:tc>
        <w:tc>
          <w:tcPr>
            <w:tcW w:type="dxa" w:w="703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แดชบอร์ดบัญชีและ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Data</w:t>
            </w:r>
          </w:p>
        </w:tc>
        <w:tc>
          <w:tcPr>
            <w:tcW w:type="dxa" w:w="703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ผู้ติดต่อ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Inventory Control</w:t>
            </w:r>
          </w:p>
        </w:tc>
        <w:tc>
          <w:tcPr>
            <w:tcW w:type="dxa" w:w="703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Lot &amp; Serial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</w:t>
            </w:r>
          </w:p>
        </w:tc>
        <w:tc>
          <w:tcPr>
            <w:tcW w:type="dxa" w:w="703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ืนและใบลดหนี้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</w:t>
            </w:r>
          </w:p>
        </w:tc>
        <w:tc>
          <w:tcPr>
            <w:tcW w:type="dxa" w:w="703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</w:t>
            </w:r>
          </w:p>
        </w:tc>
        <w:tc>
          <w:tcPr>
            <w:tcW w:type="dxa" w:w="703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</w:t>
            </w:r>
          </w:p>
        </w:tc>
        <w:tc>
          <w:tcPr>
            <w:tcW w:type="dxa" w:w="703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</w:t>
            </w:r>
          </w:p>
        </w:tc>
        <w:tc>
          <w:tcPr>
            <w:tcW w:type="dxa" w:w="703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Settings</w:t>
            </w:r>
          </w:p>
        </w:tc>
        <w:tc>
          <w:tcPr>
            <w:tcW w:type="dxa" w:w="703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SMTP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366" w:lineRule="exact" w:before="274" w:after="1238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Software Baseline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หัว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้อนี้ระบุสิ่งที่ถู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Baseline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องซอฟต์แวร์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และผู้อนุมัติ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เพื่อให้ตรวจสอบเส้นทาง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Baseline</w:t>
      </w:r>
      <w:r>
        <w:rPr>
          <w:rFonts w:ascii="Liberation Sans" w:hAnsi="Liberation Sans" w:eastAsia="Liberation Sans"/>
          <w:b w:val="0"/>
          <w:i w:val="0"/>
          <w:color w:val="111111"/>
          <w:sz w:val="21"/>
        </w:rPr>
        <w:t>→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Configuration </w:t>
      </w:r>
      <w:r>
        <w:rPr>
          <w:rFonts w:ascii="Liberation Sans" w:hAnsi="Liberation Sans" w:eastAsia="Liberation Sans"/>
          <w:b w:val="0"/>
          <w:i w:val="0"/>
          <w:color w:val="111111"/>
          <w:sz w:val="21"/>
        </w:rPr>
        <w:t>→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สารชุดเดียว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Design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52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</w:p>
        </w:tc>
        <w:tc>
          <w:tcPr>
            <w:tcW w:type="dxa" w:w="330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  <w:tc>
          <w:tcPr>
            <w:tcW w:type="dxa" w:w="42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Source Code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330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</w:p>
        </w:tc>
        <w:tc>
          <w:tcPr>
            <w:tcW w:type="dxa" w:w="42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33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Schema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ที่สร้างโดย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docker/mariadb/init-wms2.sql</w:t>
            </w:r>
          </w:p>
        </w:tc>
        <w:tc>
          <w:tcPr>
            <w:tcW w:type="dxa" w:w="4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่าและชุดติด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</w:p>
        </w:tc>
        <w:tc>
          <w:tcPr>
            <w:tcW w:type="dxa" w:w="33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.env.example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ไม่รวม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4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</w:tr>
      <w:tr>
        <w:trPr>
          <w:trHeight w:hRule="exact" w:val="974"/>
        </w:trPr>
        <w:tc>
          <w:tcPr>
            <w:tcW w:type="dxa" w:w="15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Products</w:t>
            </w:r>
          </w:p>
        </w:tc>
        <w:tc>
          <w:tcPr>
            <w:tcW w:type="dxa" w:w="330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Tag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final</w:t>
            </w:r>
          </w:p>
        </w:tc>
        <w:tc>
          <w:tcPr>
            <w:tcW w:type="dxa" w:w="4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br/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8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182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</w:p>
        </w:tc>
        <w:tc>
          <w:tcPr>
            <w:tcW w:type="dxa" w:w="72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(Baseline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องระบบที่ส่งมอบ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182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</w:p>
        </w:tc>
        <w:tc>
          <w:tcPr>
            <w:tcW w:type="dxa" w:w="72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(Developer)</w:t>
            </w:r>
          </w:p>
        </w:tc>
      </w:tr>
      <w:tr>
        <w:trPr>
          <w:trHeight w:hRule="exact" w:val="466"/>
        </w:trPr>
        <w:tc>
          <w:tcPr>
            <w:tcW w:type="dxa" w:w="18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ผู้ตรวจสอบ</w:t>
            </w:r>
          </w:p>
        </w:tc>
        <w:tc>
          <w:tcPr>
            <w:tcW w:type="dxa" w:w="7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(System Analyst)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(QA/Tester)</w:t>
            </w:r>
          </w:p>
        </w:tc>
      </w:tr>
      <w:tr>
        <w:trPr>
          <w:trHeight w:hRule="exact" w:val="450"/>
        </w:trPr>
        <w:tc>
          <w:tcPr>
            <w:tcW w:type="dxa" w:w="182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ผู้อนุมัติ</w:t>
            </w:r>
          </w:p>
        </w:tc>
        <w:tc>
          <w:tcPr>
            <w:tcW w:type="dxa" w:w="72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Sponsor)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720"/>
        </w:trPr>
        <w:tc>
          <w:tcPr>
            <w:tcW w:type="dxa" w:w="18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Configuration (WP 8)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Configuration Item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18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</w:p>
        </w:tc>
        <w:tc>
          <w:tcPr>
            <w:tcW w:type="dxa" w:w="7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Traceability Record (WP 13)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นี้</w:t>
            </w:r>
          </w:p>
        </w:tc>
      </w:tr>
      <w:tr>
        <w:trPr>
          <w:trHeight w:hRule="exact" w:val="720"/>
        </w:trPr>
        <w:tc>
          <w:tcPr>
            <w:tcW w:type="dxa" w:w="18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  <w:tc>
          <w:tcPr>
            <w:tcW w:type="dxa" w:w="72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Change Report (CH-001–CH-003)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Correction Register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เมื่อเป็น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Software Unit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66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UN01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(Identity &amp;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Access)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Register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Onboarding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เชิญผู้ใช้และรับ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ำเชิญเ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บริษัทที่ถู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SR08:001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app/login/,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UserManager.php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Login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Role Guard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้าสู่ระบบด้วย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Username/Password,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บทบาทและสิทธิ์แอปพลิเ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ชันฝั่ง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เซิร์ฟเวอร์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SR07:005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app/login/,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UserManager.php,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app/assets/utils/</w:t>
            </w:r>
          </w:p>
        </w:tc>
      </w:tr>
    </w:tbl>
    <w:p>
      <w:pPr>
        <w:autoSpaceDN w:val="0"/>
        <w:autoSpaceDE w:val="0"/>
        <w:widowControl/>
        <w:spacing w:line="166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Design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Recovery / OTP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Session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ลืมรหัสผ่านผ่านอีเมล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OTP,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Hash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Concurrent Login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SR01:004,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SR07:003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PasswordManager.</w:t>
            </w:r>
          </w:p>
          <w:p>
            <w:pPr>
              <w:autoSpaceDN w:val="0"/>
              <w:autoSpaceDE w:val="0"/>
              <w:widowControl/>
              <w:spacing w:line="260" w:lineRule="exact" w:before="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PasswordResetMan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UN01.004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Identity – User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App-Access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Administration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ปิดใช้ผู้ใช้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SR08:001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app/setting/,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UserManager.php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UN02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(Company Settings)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 – Profile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System Settings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ระบบต่อบริษัท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CompanyProfileMa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CompanySettingMa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UN02.002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 – SMTP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Mail Dispatch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SmtpManager.php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 —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(Master Data)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Storage / Bin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และช่อง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app/inventory/,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WarehouseManager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Master – Product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Category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และรูปสิน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UN03.003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 Contact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ารประเภทผู้ติดต่อ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app/contact/,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ContactManager.ph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UN03.004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 Layer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Configuration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สลับโ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ลังแบบชั้นเดียว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หลายชั้นต่อบริษัท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SR03:003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CompanySettingMa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WarehouseManager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 —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UN04.001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Stock-in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้าตามสิน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ลื่อนไหวและยอด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SR08:003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app/ics/,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StockManager.php,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StockTablesTrait.php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Stock-out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โดยตรวจสิทธิ์และ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ปฏิเสธจำนวนเ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StockManager.php</w:t>
            </w:r>
          </w:p>
        </w:tc>
      </w:tr>
      <w:tr>
        <w:trPr>
          <w:trHeight w:hRule="exact" w:val="706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UN04.003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Stock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Transfer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โอนย้ายระหว่างตำแหน่ง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ปลายทางผู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ารเดียว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StockManager.php</w:t>
            </w:r>
          </w:p>
        </w:tc>
      </w:tr>
    </w:tbl>
    <w:p>
      <w:pPr>
        <w:autoSpaceDN w:val="0"/>
        <w:autoSpaceDE w:val="0"/>
        <w:widowControl/>
        <w:spacing w:line="107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Design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UN04.004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Lot / Serial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Expiry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Number,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วันหมดอายุ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StockSourceManag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er.php, md_lot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Barcode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Label &amp; Scan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SKU/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BarcodeManager.p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location_barcode_la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bel.php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UN04.006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File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Attachment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แนบและเรีย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ดูไฟล์ที่อนุญาตใน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ารที่รองรับ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FileUploader.php</w:t>
            </w:r>
          </w:p>
        </w:tc>
      </w:tr>
      <w:tr>
        <w:trPr>
          <w:trHeight w:hRule="exact" w:val="452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 —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Quotation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และแปลงเป็นใบสั่ง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app/order/,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QuotationManager.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UN05.002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Sales Order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ตามสถานะ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OrderManager.php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UN05.003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 Invoice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GL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app/revenue/,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InvoiceManager.ph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UN05.004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Sales – Return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Credit Note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ใบลดหนี้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พร้อมปรับสต๊อ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ReturnManager.php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UN06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(Purchasing)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Purchase Request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สร้างและอนุมัติใบ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SR03:006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app/po/,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PurchaseRequestM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Purchase Order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แปลงใบ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อซื้อเป็นใบสั่งซื้อ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ติดตามสถานะ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SR03:006,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PurchaseOrderMan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UN06.003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Purchase Invoice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GL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SR03:006,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PurchaseOrderMan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UN06.004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Supplier Return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พร้อมปรับสต๊อ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SR03:006,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SupplierReturnMan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 —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(Finance)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UN07.001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Finance – Receipt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Billing &amp; Receipt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วางบิลรับและบันทึ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ใบเสรจรับเงิน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ับใบแจ้งหนี้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SR03:007,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app/finance/,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ReceiptBillingMana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ReceiptManager.ph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</w:tbl>
    <w:p>
      <w:pPr>
        <w:autoSpaceDN w:val="0"/>
        <w:autoSpaceDE w:val="0"/>
        <w:widowControl/>
        <w:spacing w:line="139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Design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Payment Billing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Payment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วางบิลจ่ายและบันทึ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ับใบแจ้งหนี้ซื้อ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SR03:007,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PaymentBillingMan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PaymentManager.p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UN08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(Accounting)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UN08.001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Chart of Accounts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/ Departments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Formulas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ารผังบัญชี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และสูตร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บัญชีอัตโนมัติ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SR03:008,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app/accounting/,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PostingManager.ph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UN08.002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Journal &amp; GL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Posting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สมุดรายวันและผ่านราย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แบบสมดุลภายใน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Transaction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SR03:008,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app/journal/,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PostingManager.ph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UN09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(Reports &amp;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Dashboard)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Dashboard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Aggregates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้าและบัญชีจา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ตารางสรุปยอด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SR03:009,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SR05:001,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SR05:002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app/dashboard/,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app/ac_dashboard/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EtlStockManager.ph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Reports – Stock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ภาพรวมสต๊อ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Lot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app/reports/,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UN09.003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Financial Reports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VAT,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UN09.004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Reports – Filter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Print / Export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ตสิทธิ์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SR03:009,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SR04:003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app/reports/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 —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(Document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Numbering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สารตามลำดับที่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(document_number_sequen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ces)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SR03:010,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DocumentNumber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Manager.php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Lifecycle &amp; Status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ปฏิเสธ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เปลี่ยนสถานะที่ไม่ถู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Confirm Dialog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SR03:010,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SR09:001,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BatchActionManag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er.php, Manager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classes</w:t>
            </w:r>
          </w:p>
        </w:tc>
      </w:tr>
    </w:tbl>
    <w:p>
      <w:pPr>
        <w:autoSpaceDN w:val="0"/>
        <w:autoSpaceDE w:val="0"/>
        <w:widowControl/>
        <w:spacing w:line="146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Design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UN10.003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 – Audit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Fields &amp; History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ผู้สร้าง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SR03:010,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SR09:001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72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td_* tables,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td_bin_log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UN11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(Notification &amp;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Scheduler)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 – Socket.IO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Server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และส่งต่อไปยัง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Browser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SR06:004,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nodejs/server.js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 – Scheduler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(ETL &amp; Alerts)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ล้หมดและใบแจ้งหนี้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Asia/Bangkok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SR05:002,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SR01:006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nodejs/scheduler.js,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app/cron/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 —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(Security &amp;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Scope)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Security – Tenant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Scope Guard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Query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อยู่ในบริษัท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ลังที่ผู้ใช้ได้รับ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อนุญาต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StockTablesTrait.php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Manager classes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 Server-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side Validation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Prepared Statements,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Escape Output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SQLi/XSS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SR07:002,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SR07:004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Manager classes,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app/assets/utils/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UN12.003</w:t>
            </w:r>
          </w:p>
        </w:tc>
        <w:tc>
          <w:tcPr>
            <w:tcW w:type="dxa" w:w="17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 Lock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Usage Guard</w:t>
            </w:r>
          </w:p>
        </w:tc>
        <w:tc>
          <w:tcPr>
            <w:tcW w:type="dxa" w:w="246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ช่วงเวลาผ่านราย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วตาราย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ารต่อบริษัท</w:t>
            </w:r>
          </w:p>
        </w:tc>
        <w:tc>
          <w:tcPr>
            <w:tcW w:type="dxa" w:w="121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SR07:002,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18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OperationLockMan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ager.php,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UsageGuard.php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UN12.004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Security – TLS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Secret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Configuration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TLS,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NODE_EMIT_SECRET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Secrets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ที่สร้างตอนติดตั้ง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SR07:001,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docker/php/config.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php.template, .env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UN13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(Deployment &amp;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Backup)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wms/wms2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ตารางทั้งหมดใน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ั้นตอนเดียว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SR01:003,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SR08:005,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SR06:001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docker/mariadb/ini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t-wms2.sql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UN13.002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Docker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Compose Stack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Container php-apache,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mariadb, node/pm2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Entrypoint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config.php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SR02:005,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docker-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compose.yml,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docker/</w:t>
            </w:r>
          </w:p>
        </w:tc>
      </w:tr>
    </w:tbl>
    <w:p>
      <w:pPr>
        <w:autoSpaceDN w:val="0"/>
        <w:autoSpaceDE w:val="0"/>
        <w:widowControl/>
        <w:spacing w:line="119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Design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17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Interfaces Detail</w:t>
            </w:r>
          </w:p>
        </w:tc>
        <w:tc>
          <w:tcPr>
            <w:tcW w:type="dxa" w:w="121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References</w:t>
            </w:r>
          </w:p>
        </w:tc>
        <w:tc>
          <w:tcPr>
            <w:tcW w:type="dxa" w:w="18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</w:t>
            </w:r>
          </w:p>
        </w:tc>
        <w:tc>
          <w:tcPr>
            <w:tcW w:type="dxa" w:w="17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.env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Generator</w:t>
            </w:r>
          </w:p>
        </w:tc>
        <w:tc>
          <w:tcPr>
            <w:tcW w:type="dxa" w:w="246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วามลับอัตโนมัติ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</w:t>
            </w:r>
          </w:p>
        </w:tc>
        <w:tc>
          <w:tcPr>
            <w:tcW w:type="dxa" w:w="121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18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docker/init-env.sh,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.env.example</w:t>
            </w:r>
          </w:p>
        </w:tc>
      </w:tr>
      <w:tr>
        <w:trPr>
          <w:trHeight w:hRule="exact" w:val="992"/>
        </w:trPr>
        <w:tc>
          <w:tcPr>
            <w:tcW w:type="dxa" w:w="184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7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Backup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&amp; Restore</w:t>
            </w:r>
          </w:p>
        </w:tc>
        <w:tc>
          <w:tcPr>
            <w:tcW w:type="dxa" w:w="246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2 Remote,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mysqldump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  <w:tc>
          <w:tcPr>
            <w:tcW w:type="dxa" w:w="121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18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 Operation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Guide, backup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remote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677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