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3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Requirements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้าที่ได้รับอนุมัติแล้วให้เป็น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ารเชิงเท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องซอฟต์แวร์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ลุมมาตรฐาน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วามสัมพันธ์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ประสิทธิภาพ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ส่วนเชื่อมต่อ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้อผิดพลาด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เพื่อใช้เป็นเอ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สารอ้างอิงหลั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พัฒนา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ผู้มีส่วนได้ส่วนเสีย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038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90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5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038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(CEO)</w:t>
            </w:r>
          </w:p>
        </w:tc>
        <w:tc>
          <w:tcPr>
            <w:tcW w:type="dxa" w:w="390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50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038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90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50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038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ราะห์ระบบ</w:t>
            </w:r>
          </w:p>
        </w:tc>
        <w:tc>
          <w:tcPr>
            <w:tcW w:type="dxa" w:w="390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50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038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</w:t>
            </w:r>
          </w:p>
        </w:tc>
        <w:tc>
          <w:tcPr>
            <w:tcW w:type="dxa" w:w="390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50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038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ผู้ทดสอบระบบ</w:t>
            </w:r>
          </w:p>
        </w:tc>
        <w:tc>
          <w:tcPr>
            <w:tcW w:type="dxa" w:w="390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ารซอฟต์แวร์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1246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SR01: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Standards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of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78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2024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ระบบต้องพัฒนาและจัดทำเอ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สารให้สอด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Profile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และแนวปฏิบัติ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Secure Coding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โนโลยี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(Socket.IO, pm2)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</w:tr>
      <w:tr>
        <w:trPr>
          <w:trHeight w:hRule="exact" w:val="1772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(setup.php)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 (php-apache, mariadb, node/pm2)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(PASSWORD_BCRYPT)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(app/config.php, .env)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เว้นจา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Source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SR02: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Structure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Considerat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ions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แบบหลายหน้า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(Multi-page PHP)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SR02:002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ส่วนติดต่อผู้ใช้ต้องเป็น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Design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/ Tablet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Mobile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ะทางธุร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ิจต้องจัดเป็น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Manager/Service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Page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Controller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ส่วนแสดงผล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Manager Classes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ในหน้าเพจ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Stack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เหนือ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Elements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โมดูลผู้ใช้งานและสิทธิ์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Onboarding,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Owner/Admin/Staff/Viewer,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(app/login/,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UserManager, PasswordManager, PasswordResetManager)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(app/setting/,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CompanyProfileManager, CompanySettingManager, SmtpManager)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ก: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(app/inventory/, app/contact/, WarehouseManager,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ProductManager, ContactManager)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</w:tr>
      <w:tr>
        <w:trPr>
          <w:trHeight w:hRule="exact" w:val="1228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Lot/Serial/Expiry,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(app/ics/, StockManager, StockSourceManager,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BarcodeManager, FileUploader)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CR01:019,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</w:tr>
      <w:tr>
        <w:trPr>
          <w:trHeight w:hRule="exact" w:val="99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(app/order/,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app/revenue/, QuotationManager, OrderManager, InvoiceManager,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ReturnManager)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(app/po/,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PurchaseRequestManager, PurchaseOrderManager,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SupplierReturnManager)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SR03:007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(app/finance/,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ReceiptBillingManager, ReceiptManager, PaymentBillingManager,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PaymentManager)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SR03:008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(app/accounting/, app/journal/, PostingManager)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โมดูลรายงานและแดชบอร์ด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(app/reports/, app/dashboard/, app/ac_dashboard/,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ReportManager, EtlStockManager)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CR01:017,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SR03:010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(DocumentNumberManager, BatchActionManager)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CR01:018,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Socket.IO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(nodejs/server.js, nodejs/scheduler.js, app/cron/)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Elements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Relationshi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ารยืนยันตัวตนและ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องโมดูลผู้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ใช้งานเท่านั้น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ไม่ทำซ้ำตรร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706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โมดูลรายงานต้องอ่าน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ับใช้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</w:tr>
    </w:tbl>
    <w:p>
      <w:pPr>
        <w:autoSpaceDN w:val="0"/>
        <w:autoSpaceDE w:val="0"/>
        <w:widowControl/>
        <w:spacing w:line="107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ต้องรับเหตุ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เท่านั้น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โมดูลที่สร้างเอ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ิจต้องเรีย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สารเพื่อออ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SR05: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Performan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Characteris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tics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2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SR05:001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ต้องเสร็จภายในเวลาที่ใช้งานได้จริง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ยอดสรุปสต๊อ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ก/GL/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ำนวณล่วงหน้าตาม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(etl_stock_summary, etl_gl_summary)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ันตามที่ต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ลงสำหรับสภาพแวดล้อม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ใช้งานจริง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Health Check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และแจ้งเตือนผู้ดูแลเมื่อล้มเหลวติดต่อ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SR06: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Interfaces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: wms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Chrome, Edge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Firefox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รุ่นปัจจุบัน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</w:tr>
      <w:tr>
        <w:trPr>
          <w:trHeight w:hRule="exact" w:val="464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Mobile/Tablet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UI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(NODE_EMIT_URL + NODE_EMIT_SECRET)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และส่งอีเมลผ่าน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(NODE_PUBLIC_URL)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</w:tr>
      <w:tr>
        <w:trPr>
          <w:trHeight w:hRule="exact" w:val="1244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SR07: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Security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Characteris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tics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1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SR07:001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</w:tr>
    </w:tbl>
    <w:p>
      <w:pPr>
        <w:autoSpaceDN w:val="0"/>
        <w:autoSpaceDE w:val="0"/>
        <w:widowControl/>
        <w:spacing w:line="17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ที่ใช้งานอยู่เพียงหนึ่งต่อบัญชี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Concurrent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Login)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ทั้งด้านรับ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แสดงผล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RBAC (Owner/Admin/Staff/Viewer)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ับใช้ที่ฝั่งเซิร์ฟเวอร์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ไม่ใช่เพียง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ารซ่อนเมนู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Design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nts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wms: user, company_list, company_map_user,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company_setting, company_smtp, company_usage, whitelist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(wms2): md_warehouse, md_storage, md_bin,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md_product, md_product_category, md_contact, md_contact_type,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md_account, md_account_formula, md_account_formula_item,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md_department, md_barcode, md_sku_barcode_label, md_lot,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md_lock_operation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CR01:005,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CR01:010,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</w:tr>
      <w:tr>
        <w:trPr>
          <w:trHeight w:hRule="exact" w:val="1770"/>
        </w:trPr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68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(td_*): td_stock, td_order/_item, td_quotation/_item,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td_invoice/_item, td_return/_item, td_purchase_request/_item,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td_purchase_order/_item, td_supplier_return/_item, td_receipt/_item,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td_receipt_billing/_item, td_payment/_item,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td_payment_billing/_item, td_gl/td_gl_item, td_batch_action,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td_bin_log</w:t>
            </w:r>
          </w:p>
        </w:tc>
        <w:tc>
          <w:tcPr>
            <w:tcW w:type="dxa" w:w="79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</w:tr>
      <w:tr>
        <w:trPr>
          <w:trHeight w:hRule="exact" w:val="974"/>
        </w:trPr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ตารางสรุปยอดและ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etl_stock_summary, etl_gl_summary,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document_number_sequences, document_types,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79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CR01:018,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CR01:022,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SR08:005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ตารางทั้งหมดต้องสร้างซ้ำได้ในสภาพแวดล้อมใหม่ผ่าน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Schema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ด้วยมือ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</w:tr>
      <w:tr>
        <w:trPr>
          <w:trHeight w:hRule="exact" w:val="150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SR09: Error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Handling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and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Recovery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Attributes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Void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Confirm Dialog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CR05:004,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</w:tr>
      <w:tr>
        <w:trPr>
          <w:trHeight w:hRule="exact" w:val="720"/>
        </w:trPr>
        <w:tc>
          <w:tcPr>
            <w:tcW w:type="dxa" w:w="11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้อผิดพลาดต้องแสดง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CR05:003,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</w:tr>
    </w:tbl>
    <w:p>
      <w:pPr>
        <w:autoSpaceDN w:val="0"/>
        <w:autoSpaceDE w:val="0"/>
        <w:widowControl/>
        <w:spacing w:line="17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Requirements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11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56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4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5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11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56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ันยอดติดลบ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ซ้ำ</w:t>
            </w:r>
          </w:p>
        </w:tc>
        <w:tc>
          <w:tcPr>
            <w:tcW w:type="dxa" w:w="79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5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6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CR13:001,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CR13:002,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*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864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Remark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แสดงรหัส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ที่เป็นที่มา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ซอฟต์แวร์แต่ละราย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ารซอฟต์แวร์ที่ไม่มีที่มาจา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่อนถือเป็น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้อผู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53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