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59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Project Repository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50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Repository</w:t>
            </w:r>
          </w:p>
        </w:tc>
        <w:tc>
          <w:tcPr>
            <w:tcW w:type="dxa" w:w="223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6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พื้นที่เ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ฐานทุ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อย่าง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Repository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30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598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598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 Server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(origin)</w:t>
            </w:r>
          </w:p>
        </w:tc>
        <w:tc>
          <w:tcPr>
            <w:tcW w:type="dxa" w:w="598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598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</w:tr>
      <w:tr>
        <w:trPr>
          <w:trHeight w:hRule="exact" w:val="466"/>
        </w:trPr>
        <w:tc>
          <w:tcPr>
            <w:tcW w:type="dxa" w:w="30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598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</w:p>
        </w:tc>
        <w:tc>
          <w:tcPr>
            <w:tcW w:type="dxa" w:w="598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Tag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598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598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SSH Key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องสมาชิ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รงสร้าง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ส่วนงาน</w:t>
            </w:r>
          </w:p>
        </w:tc>
        <w:tc>
          <w:tcPr>
            <w:tcW w:type="dxa" w:w="325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31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เนื้อหา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Code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และงานสรุปยอด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432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.env.example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demo_seed*.php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้อมูลตัวอย่างสำหรับตรวจรับและสาธิต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</w:t>
            </w:r>
          </w:p>
        </w:tc>
        <w:tc>
          <w:tcPr>
            <w:tcW w:type="dxa" w:w="325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</w:p>
        </w:tc>
        <w:tc>
          <w:tcPr>
            <w:tcW w:type="dxa" w:w="31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SI</w:t>
            </w:r>
          </w:p>
        </w:tc>
      </w:tr>
    </w:tbl>
    <w:p>
      <w:pPr>
        <w:autoSpaceDN w:val="0"/>
        <w:autoSpaceDE w:val="0"/>
        <w:widowControl/>
        <w:spacing w:line="14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PjR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2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59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Project Repository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ส่วนงาน</w:t>
            </w:r>
          </w:p>
        </w:tc>
        <w:tc>
          <w:tcPr>
            <w:tcW w:type="dxa" w:w="325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31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เนื้อหา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088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  <w:tc>
          <w:tcPr>
            <w:tcW w:type="dxa" w:w="325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34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sdlc-delivery/</w:t>
            </w:r>
          </w:p>
        </w:tc>
        <w:tc>
          <w:tcPr>
            <w:tcW w:type="dxa" w:w="31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sdlc/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0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ริปต์สนับสนุนโ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25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scripts/</w:t>
            </w:r>
          </w:p>
        </w:tc>
        <w:tc>
          <w:tcPr>
            <w:tcW w:type="dxa" w:w="31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ริปต์สร้างและตรวจสอบชุดเอ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้าถึงและ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็บ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18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สมาชิ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Server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องบทบาท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Project Manager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System Analyst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มีสิทธิ์อนุมัติ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Merge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้าสู่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Branch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ไฟล์ที่เ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ารทั้งหมดต้องจัดเ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นี้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องสภาพแวดล้อมต้องไม่ถู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นำเ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435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</w:p>
        </w:tc>
        <w:tc>
          <w:tcPr>
            <w:tcW w:type="dxa" w:w="4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435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4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Git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ตามสิทธิ์ที่ได้รับ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435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องระบบที่ส่งมอบ</w:t>
            </w:r>
          </w:p>
        </w:tc>
        <w:tc>
          <w:tcPr>
            <w:tcW w:type="dxa" w:w="4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435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ุมแล้ว</w:t>
            </w:r>
          </w:p>
        </w:tc>
        <w:tc>
          <w:tcPr>
            <w:tcW w:type="dxa" w:w="4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</w:tbl>
    <w:p>
      <w:pPr>
        <w:autoSpaceDN w:val="0"/>
        <w:autoSpaceDE w:val="0"/>
        <w:widowControl/>
        <w:spacing w:line="258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75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PjR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2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