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Configuration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7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Configuration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วามเปลี่ยนแปลงต่าง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ๆ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Schedule)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706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 (CH-001–CH-003)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72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ส่งมอบและปิด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52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</w:tbl>
    <w:p>
      <w:pPr>
        <w:autoSpaceDN w:val="0"/>
        <w:autoSpaceDE w:val="0"/>
        <w:widowControl/>
        <w:spacing w:line="13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Configuration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Configuration Item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7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70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package.json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package-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wms2.sql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รื่องที่ติดตั้ง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ึ้นตอนติดตั้งด้วย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(Markdown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4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(PDF)</w:t>
            </w:r>
          </w:p>
        </w:tc>
        <w:tc>
          <w:tcPr>
            <w:tcW w:type="dxa" w:w="27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ุมเวอร์ชันและ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0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(origin)</w:t>
            </w:r>
          </w:p>
        </w:tc>
        <w:tc>
          <w:tcPr>
            <w:tcW w:type="dxa" w:w="60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60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Tag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607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607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SSH Key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30" w:lineRule="exact" w:before="21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Item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(CH-001–CH-003)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(ISS-001–ISS-028)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Commit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Configuration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15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