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00.0" w:type="dxa"/>
      </w:tblPr>
      <w:tblGrid>
        <w:gridCol w:w="3252"/>
        <w:gridCol w:w="3252"/>
        <w:gridCol w:w="3252"/>
      </w:tblGrid>
      <w:tr>
        <w:trPr>
          <w:trHeight w:hRule="exact" w:val="618"/>
        </w:trPr>
        <w:tc>
          <w:tcPr>
            <w:tcW w:type="dxa" w:w="12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00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2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240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4" w:after="0"/>
              <w:ind w:left="0" w:right="438" w:firstLine="0"/>
              <w:jc w:val="right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Change Report</w:t>
            </w:r>
          </w:p>
        </w:tc>
      </w:tr>
      <w:tr>
        <w:trPr>
          <w:trHeight w:hRule="exact" w:val="184"/>
        </w:trPr>
        <w:tc>
          <w:tcPr>
            <w:tcW w:type="dxa" w:w="12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80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24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400"/>
        <w:ind w:left="178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2204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5.600000000000023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Document No</w:t>
            </w:r>
          </w:p>
        </w:tc>
        <w:tc>
          <w:tcPr>
            <w:tcW w:type="dxa" w:w="2040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5.600000000000023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Change Report</w:t>
            </w:r>
          </w:p>
        </w:tc>
        <w:tc>
          <w:tcPr>
            <w:tcW w:type="dxa" w:w="2234"/>
            <w:tcBorders>
              <w:start w:sz="6.400000000000091" w:val="single" w:color="#585858"/>
              <w:top w:sz="5.600000000000023" w:val="single" w:color="#585858"/>
              <w:end w:sz="5.599999999999909" w:val="single" w:color="#585858"/>
              <w:bottom w:sz="5.600000000000023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Release, Version, By:</w:t>
            </w:r>
          </w:p>
        </w:tc>
        <w:tc>
          <w:tcPr>
            <w:tcW w:type="dxa" w:w="2580"/>
            <w:tcBorders>
              <w:start w:sz="5.599999999999909" w:val="single" w:color="#585858"/>
              <w:top w:sz="5.600000000000023" w:val="single" w:color="#585858"/>
              <w:end w:sz="5.600000000000364" w:val="single" w:color="#585858"/>
              <w:bottom w:sz="5.600000000000023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25690810 V1.0 SeV</w:t>
            </w:r>
          </w:p>
        </w:tc>
      </w:tr>
      <w:tr>
        <w:trPr>
          <w:trHeight w:hRule="exact" w:val="852"/>
        </w:trPr>
        <w:tc>
          <w:tcPr>
            <w:tcW w:type="dxa" w:w="2204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Name</w:t>
            </w:r>
          </w:p>
        </w:tc>
        <w:tc>
          <w:tcPr>
            <w:tcW w:type="dxa" w:w="6854"/>
            <w:gridSpan w:val="3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ารพัฒนาระบบบริหารจัด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(BRN WMS)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อาร์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เตอร์ไพรส์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ัด</w:t>
            </w:r>
          </w:p>
        </w:tc>
      </w:tr>
      <w:tr>
        <w:trPr>
          <w:trHeight w:hRule="exact" w:val="540"/>
        </w:trPr>
        <w:tc>
          <w:tcPr>
            <w:tcW w:type="dxa" w:w="220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Code</w:t>
            </w:r>
          </w:p>
        </w:tc>
        <w:tc>
          <w:tcPr>
            <w:tcW w:type="dxa" w:w="6854"/>
            <w:gridSpan w:val="3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220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Change ID</w:t>
            </w:r>
          </w:p>
        </w:tc>
        <w:tc>
          <w:tcPr>
            <w:tcW w:type="dxa" w:w="204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CH-003</w:t>
            </w:r>
          </w:p>
        </w:tc>
        <w:tc>
          <w:tcPr>
            <w:tcW w:type="dxa" w:w="2234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วันที่ร้อง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</w:t>
            </w:r>
          </w:p>
        </w:tc>
        <w:tc>
          <w:tcPr>
            <w:tcW w:type="dxa" w:w="2580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</w:t>
            </w:r>
          </w:p>
        </w:tc>
      </w:tr>
      <w:tr>
        <w:trPr>
          <w:trHeight w:hRule="exact" w:val="540"/>
        </w:trPr>
        <w:tc>
          <w:tcPr>
            <w:tcW w:type="dxa" w:w="220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ผู้ร้อง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(Requester)</w:t>
            </w:r>
          </w:p>
        </w:tc>
        <w:tc>
          <w:tcPr>
            <w:tcW w:type="dxa" w:w="6854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ุลธรณ์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(Project Sponsor)</w:t>
            </w:r>
          </w:p>
        </w:tc>
      </w:tr>
      <w:tr>
        <w:trPr>
          <w:trHeight w:hRule="exact" w:val="556"/>
        </w:trPr>
        <w:tc>
          <w:tcPr>
            <w:tcW w:type="dxa" w:w="220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หน่วยงาน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ฝ่าย</w:t>
            </w:r>
          </w:p>
        </w:tc>
        <w:tc>
          <w:tcPr>
            <w:tcW w:type="dxa" w:w="6854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ผู้บริหาร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ฝ่ายพัฒนา</w:t>
            </w:r>
          </w:p>
        </w:tc>
      </w:tr>
      <w:tr>
        <w:trPr>
          <w:trHeight w:hRule="exact" w:val="540"/>
        </w:trPr>
        <w:tc>
          <w:tcPr>
            <w:tcW w:type="dxa" w:w="220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ประเภท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ารเปลี่ยนแปลง</w:t>
            </w:r>
          </w:p>
        </w:tc>
        <w:tc>
          <w:tcPr>
            <w:tcW w:type="dxa" w:w="6854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DejaVu Sans" w:hAnsi="DejaVu Sans" w:eastAsia="DejaVu Sans"/>
                <w:b w:val="0"/>
                <w:i w:val="0"/>
                <w:color w:val="111111"/>
                <w:sz w:val="21"/>
              </w:rPr>
              <w:t>☒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Scope </w:t>
            </w:r>
            <w:r>
              <w:rPr>
                <w:rFonts w:ascii="DejaVu Sans" w:hAnsi="DejaVu Sans" w:eastAsia="DejaVu Sans"/>
                <w:b w:val="0"/>
                <w:i w:val="0"/>
                <w:color w:val="111111"/>
                <w:sz w:val="21"/>
              </w:rPr>
              <w:t>☒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Quality </w:t>
            </w:r>
            <w:r>
              <w:rPr>
                <w:rFonts w:ascii="DejaVu Sans" w:hAnsi="DejaVu Sans" w:eastAsia="DejaVu Sans"/>
                <w:b w:val="0"/>
                <w:i w:val="0"/>
                <w:color w:val="111111"/>
                <w:sz w:val="21"/>
              </w:rPr>
              <w:t>☐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Schedule </w:t>
            </w:r>
            <w:r>
              <w:rPr>
                <w:rFonts w:ascii="DejaVu Sans" w:hAnsi="DejaVu Sans" w:eastAsia="DejaVu Sans"/>
                <w:b w:val="0"/>
                <w:i w:val="0"/>
                <w:color w:val="111111"/>
                <w:sz w:val="21"/>
              </w:rPr>
              <w:t>☐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Cost </w:t>
            </w:r>
            <w:r>
              <w:rPr>
                <w:rFonts w:ascii="DejaVu Sans" w:hAnsi="DejaVu Sans" w:eastAsia="DejaVu Sans"/>
                <w:b w:val="0"/>
                <w:i w:val="0"/>
                <w:color w:val="111111"/>
                <w:sz w:val="21"/>
              </w:rPr>
              <w:t>☐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Resource </w:t>
            </w:r>
            <w:r>
              <w:rPr>
                <w:rFonts w:ascii="DejaVu Sans" w:hAnsi="DejaVu Sans" w:eastAsia="DejaVu Sans"/>
                <w:b w:val="0"/>
                <w:i w:val="0"/>
                <w:color w:val="111111"/>
                <w:sz w:val="21"/>
              </w:rPr>
              <w:t>☐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Other</w:t>
            </w:r>
          </w:p>
        </w:tc>
      </w:tr>
      <w:tr>
        <w:trPr>
          <w:trHeight w:hRule="exact" w:val="540"/>
        </w:trPr>
        <w:tc>
          <w:tcPr>
            <w:tcW w:type="dxa" w:w="220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วามเร่งด่วน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(Priority)</w:t>
            </w:r>
          </w:p>
        </w:tc>
        <w:tc>
          <w:tcPr>
            <w:tcW w:type="dxa" w:w="6854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4" w:right="0" w:firstLine="0"/>
              <w:jc w:val="left"/>
            </w:pPr>
            <w:r>
              <w:rPr>
                <w:rFonts w:ascii="DejaVu Sans" w:hAnsi="DejaVu Sans" w:eastAsia="DejaVu Sans"/>
                <w:b w:val="0"/>
                <w:i w:val="0"/>
                <w:color w:val="111111"/>
                <w:sz w:val="21"/>
              </w:rPr>
              <w:t>☐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High </w:t>
            </w:r>
            <w:r>
              <w:rPr>
                <w:rFonts w:ascii="DejaVu Sans" w:hAnsi="DejaVu Sans" w:eastAsia="DejaVu Sans"/>
                <w:b w:val="0"/>
                <w:i w:val="0"/>
                <w:color w:val="111111"/>
                <w:sz w:val="21"/>
              </w:rPr>
              <w:t>☒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Medium </w:t>
            </w:r>
            <w:r>
              <w:rPr>
                <w:rFonts w:ascii="DejaVu Sans" w:hAnsi="DejaVu Sans" w:eastAsia="DejaVu Sans"/>
                <w:b w:val="0"/>
                <w:i w:val="0"/>
                <w:color w:val="111111"/>
                <w:sz w:val="21"/>
              </w:rPr>
              <w:t>☐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Low</w:t>
            </w:r>
          </w:p>
        </w:tc>
      </w:tr>
    </w:tbl>
    <w:p>
      <w:pPr>
        <w:autoSpaceDN w:val="0"/>
        <w:autoSpaceDE w:val="0"/>
        <w:widowControl/>
        <w:spacing w:line="266" w:lineRule="exact" w:before="432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ส่วนที่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1 : 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้อมูลทั่วไป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204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หัว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</w:p>
        </w:tc>
        <w:tc>
          <w:tcPr>
            <w:tcW w:type="dxa" w:w="7018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</w:tr>
      <w:tr>
        <w:trPr>
          <w:trHeight w:hRule="exact" w:val="464"/>
        </w:trPr>
        <w:tc>
          <w:tcPr>
            <w:tcW w:type="dxa" w:w="2040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ารเปลี่ยนแปลง</w:t>
            </w:r>
          </w:p>
        </w:tc>
        <w:tc>
          <w:tcPr>
            <w:tcW w:type="dxa" w:w="7018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ปรับอัตลั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ษณ์อง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รและเพิ่มชุดติดตั้ง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Docker Compose</w:t>
            </w:r>
          </w:p>
        </w:tc>
      </w:tr>
      <w:tr>
        <w:trPr>
          <w:trHeight w:hRule="exact" w:val="450"/>
        </w:trPr>
        <w:tc>
          <w:tcPr>
            <w:tcW w:type="dxa" w:w="2040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7018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ารพัฒนาระบบบริหารจัด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(BRN WMS)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อาร์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เอ็น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เอ็นเตอร์ไพรส์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ัด</w:t>
            </w:r>
          </w:p>
        </w:tc>
      </w:tr>
      <w:tr>
        <w:trPr>
          <w:trHeight w:hRule="exact" w:val="466"/>
        </w:trPr>
        <w:tc>
          <w:tcPr>
            <w:tcW w:type="dxa" w:w="204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ระยะที่เ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ิด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ารเปลี่ยนแปลง</w:t>
            </w:r>
          </w:p>
        </w:tc>
        <w:tc>
          <w:tcPr>
            <w:tcW w:type="dxa" w:w="7018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ช่วงดำเนินโ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2569)</w:t>
            </w:r>
          </w:p>
        </w:tc>
      </w:tr>
      <w:tr>
        <w:trPr>
          <w:trHeight w:hRule="exact" w:val="450"/>
        </w:trPr>
        <w:tc>
          <w:tcPr>
            <w:tcW w:type="dxa" w:w="2040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สารที่เ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ี่ยว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้อง</w:t>
            </w:r>
          </w:p>
        </w:tc>
        <w:tc>
          <w:tcPr>
            <w:tcW w:type="dxa" w:w="7018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Customer Requirements, Software Project Plan, Traceability Record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ส่วนที่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2 : 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รายละเอียด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ารเปลี่ยนแปลง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3252"/>
        <w:gridCol w:w="3252"/>
        <w:gridCol w:w="3252"/>
      </w:tblGrid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1308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7138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</w:tr>
      <w:tr>
        <w:trPr>
          <w:trHeight w:hRule="exact" w:val="1244"/>
        </w:trPr>
        <w:tc>
          <w:tcPr>
            <w:tcW w:type="dxa" w:w="612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1308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6" w:right="276" w:firstLine="0"/>
              <w:jc w:val="both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ำอธิบาย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เปลี่ยนแปลงที่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  <w:p>
            <w:pPr>
              <w:autoSpaceDN w:val="0"/>
              <w:autoSpaceDE w:val="0"/>
              <w:widowControl/>
              <w:spacing w:line="180" w:lineRule="exact" w:before="76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(Description)</w:t>
            </w:r>
          </w:p>
        </w:tc>
        <w:tc>
          <w:tcPr>
            <w:tcW w:type="dxa" w:w="7138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รวม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ารเปลี่ยนแปลงเพื่อเตรียมส่งมอบ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: (1)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เปลี่ยนชุดอัตลั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ษณ์อง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ได้แ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โลโ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(logo.png,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logo.svg), Favicon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และภาพหัวเอ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พร้อมปรับไฟล์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UI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ที่อ้างอิง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(2)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เพิ่มชุดติดตั้ง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Docker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Compose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สำหรับใช้งานจริง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อบด้วย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Compose file, Dockerfile,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แม่แบบ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Entrypoint,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SQL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เริ่มต้น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.env.example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ริปต์สร้าง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.env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แบบโต้ตอบ</w:t>
            </w:r>
          </w:p>
        </w:tc>
      </w:tr>
      <w:tr>
        <w:trPr>
          <w:trHeight w:hRule="exact" w:val="976"/>
        </w:trPr>
        <w:tc>
          <w:tcPr>
            <w:tcW w:type="dxa" w:w="612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1308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เหตุผล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เปลี่ยนแปลง</w:t>
            </w:r>
          </w:p>
          <w:p>
            <w:pPr>
              <w:autoSpaceDN w:val="0"/>
              <w:autoSpaceDE w:val="0"/>
              <w:widowControl/>
              <w:spacing w:line="180" w:lineRule="exact" w:before="7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(Justification)</w:t>
            </w:r>
          </w:p>
        </w:tc>
        <w:tc>
          <w:tcPr>
            <w:tcW w:type="dxa" w:w="7138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ให้ชุดส่งมอบใช้อัตลั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ษณ์อง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องลู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้าอย่างถู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และมีเส้นทาง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ารติดตั้งที่ทำซ้ำได้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โดยไม่นำ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วามลับเ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Source Control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หรือฝังไว้ใน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Image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14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ส่วนที่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3 : 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ารประเมินผล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ระทบ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(Impact Analysis)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3252"/>
        <w:gridCol w:w="3252"/>
        <w:gridCol w:w="3252"/>
      </w:tblGrid>
      <w:tr>
        <w:trPr>
          <w:trHeight w:hRule="exact" w:val="466"/>
        </w:trPr>
        <w:tc>
          <w:tcPr>
            <w:tcW w:type="dxa" w:w="612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2088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6358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2088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ระทบต่อ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Scope</w:t>
            </w:r>
          </w:p>
        </w:tc>
        <w:tc>
          <w:tcPr>
            <w:tcW w:type="dxa" w:w="6358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ปรับแบรนด์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23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ไฟล์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ภาพและไฟล์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PHP/CSS 11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ไฟล์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และเพิ่มไฟล์ติดตั้ง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ไฟล์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2088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ระทบต่อ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Schedule</w:t>
            </w:r>
          </w:p>
        </w:tc>
        <w:tc>
          <w:tcPr>
            <w:tcW w:type="dxa" w:w="6358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ดำเนิน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ารภายในช่วงเตรียมส่งมอบ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15–17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.ค. 69</w:t>
            </w:r>
          </w:p>
        </w:tc>
      </w:tr>
    </w:tbl>
    <w:p>
      <w:pPr>
        <w:autoSpaceDN w:val="0"/>
        <w:autoSpaceDE w:val="0"/>
        <w:widowControl/>
        <w:spacing w:line="1244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5.99999999999994" w:type="dxa"/>
      </w:tblPr>
      <w:tblGrid>
        <w:gridCol w:w="4877"/>
        <w:gridCol w:w="4877"/>
      </w:tblGrid>
      <w:tr>
        <w:trPr>
          <w:trHeight w:hRule="exact" w:val="240"/>
        </w:trPr>
        <w:tc>
          <w:tcPr>
            <w:tcW w:type="dxa" w:w="5344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730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0" w:right="0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240" w:right="704" w:bottom="14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00.0" w:type="dxa"/>
      </w:tblPr>
      <w:tblGrid>
        <w:gridCol w:w="3252"/>
        <w:gridCol w:w="3252"/>
        <w:gridCol w:w="3252"/>
      </w:tblGrid>
      <w:tr>
        <w:trPr>
          <w:trHeight w:hRule="exact" w:val="630"/>
        </w:trPr>
        <w:tc>
          <w:tcPr>
            <w:tcW w:type="dxa" w:w="12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00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404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240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36" w:after="0"/>
              <w:ind w:left="0" w:right="438" w:firstLine="0"/>
              <w:jc w:val="right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Change Report</w:t>
            </w:r>
          </w:p>
        </w:tc>
      </w:tr>
      <w:tr>
        <w:trPr>
          <w:trHeight w:hRule="exact" w:val="184"/>
        </w:trPr>
        <w:tc>
          <w:tcPr>
            <w:tcW w:type="dxa" w:w="12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80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24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400"/>
        <w:ind w:left="178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3252"/>
        <w:gridCol w:w="3252"/>
        <w:gridCol w:w="3252"/>
      </w:tblGrid>
      <w:tr>
        <w:trPr>
          <w:trHeight w:hRule="exact" w:val="448"/>
        </w:trPr>
        <w:tc>
          <w:tcPr>
            <w:tcW w:type="dxa" w:w="612"/>
            <w:tcBorders>
              <w:start w:sz="5.600000000000023" w:val="single" w:color="#585858"/>
              <w:top w:sz="5.600000000000023" w:val="single" w:color="#585858"/>
              <w:end w:sz="5.600000000000023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2088"/>
            <w:tcBorders>
              <w:start w:sz="5.600000000000023" w:val="single" w:color="#585858"/>
              <w:top w:sz="5.600000000000023" w:val="single" w:color="#585858"/>
              <w:end w:sz="5.599999999999909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6358"/>
            <w:tcBorders>
              <w:start w:sz="5.599999999999909" w:val="single" w:color="#585858"/>
              <w:top w:sz="5.600000000000023" w:val="single" w:color="#585858"/>
              <w:end w:sz="5.600000000000364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6.399999999999977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2088"/>
            <w:tcBorders>
              <w:start w:sz="5.600000000000023" w:val="single" w:color="#585858"/>
              <w:top w:sz="6.399999999999977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6" w:right="86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ระทบต่อ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Budget/Cost</w:t>
            </w:r>
          </w:p>
        </w:tc>
        <w:tc>
          <w:tcPr>
            <w:tcW w:type="dxa" w:w="6358"/>
            <w:tcBorders>
              <w:start w:sz="5.599999999999909" w:val="single" w:color="#585858"/>
              <w:top w:sz="6.399999999999977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ไม่มี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่าใช้จ่ายเพิ่ม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</w:t>
            </w:r>
          </w:p>
        </w:tc>
        <w:tc>
          <w:tcPr>
            <w:tcW w:type="dxa" w:w="2088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ระทบต่อ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Resource</w:t>
            </w:r>
          </w:p>
        </w:tc>
        <w:tc>
          <w:tcPr>
            <w:tcW w:type="dxa" w:w="6358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ผู้พัฒนา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</w:t>
            </w:r>
          </w:p>
        </w:tc>
        <w:tc>
          <w:tcPr>
            <w:tcW w:type="dxa" w:w="2088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ระทบต่อ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Quality/Deliverables</w:t>
            </w:r>
          </w:p>
        </w:tc>
        <w:tc>
          <w:tcPr>
            <w:tcW w:type="dxa" w:w="6358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ภาพหัวเอ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ใช้ในเอ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สารส่งมอบ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Docker Compose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สร้าง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วามลับจา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 .env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ณะเริ่ม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Container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CR10:003</w:t>
            </w:r>
          </w:p>
        </w:tc>
      </w:tr>
    </w:tbl>
    <w:p>
      <w:pPr>
        <w:autoSpaceDN w:val="0"/>
        <w:autoSpaceDE w:val="0"/>
        <w:widowControl/>
        <w:spacing w:line="268" w:lineRule="exact" w:before="358" w:after="154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ส่วนที่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4 : 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ารพิจารณาอนุมัติ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(Change Advisory Board 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2388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ชื่อผู้พิจารณา</w:t>
            </w:r>
          </w:p>
        </w:tc>
        <w:tc>
          <w:tcPr>
            <w:tcW w:type="dxa" w:w="1948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411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ิดเห็น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ลงนาม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2388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สุภัทรประทีป</w:t>
            </w:r>
          </w:p>
        </w:tc>
        <w:tc>
          <w:tcPr>
            <w:tcW w:type="dxa" w:w="1948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Manager</w:t>
            </w:r>
          </w:p>
        </w:tc>
        <w:tc>
          <w:tcPr>
            <w:tcW w:type="dxa" w:w="411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เห็น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วรอนุมัติ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ระทบอยู่ในวิสัยที่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ุมได้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2388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ุณนพพงษ์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เจริญสุ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</w:p>
        </w:tc>
        <w:tc>
          <w:tcPr>
            <w:tcW w:type="dxa" w:w="1948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System Analyst</w:t>
            </w:r>
          </w:p>
        </w:tc>
        <w:tc>
          <w:tcPr>
            <w:tcW w:type="dxa" w:w="411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สอด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แบบ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2388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ุณปริญ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</w:p>
        </w:tc>
        <w:tc>
          <w:tcPr>
            <w:tcW w:type="dxa" w:w="1948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QA / Tester</w:t>
            </w:r>
          </w:p>
        </w:tc>
        <w:tc>
          <w:tcPr>
            <w:tcW w:type="dxa" w:w="411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ต้องทดสอบซ้ำในส่วนที่ได้รับผล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</w:t>
            </w:r>
          </w:p>
        </w:tc>
        <w:tc>
          <w:tcPr>
            <w:tcW w:type="dxa" w:w="2388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ุลธรณ์</w:t>
            </w:r>
          </w:p>
        </w:tc>
        <w:tc>
          <w:tcPr>
            <w:tcW w:type="dxa" w:w="1948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Sponsor</w:t>
            </w:r>
          </w:p>
        </w:tc>
        <w:tc>
          <w:tcPr>
            <w:tcW w:type="dxa" w:w="411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อนุมัติ</w:t>
            </w:r>
          </w:p>
        </w:tc>
      </w:tr>
    </w:tbl>
    <w:p>
      <w:pPr>
        <w:autoSpaceDN w:val="0"/>
        <w:autoSpaceDE w:val="0"/>
        <w:widowControl/>
        <w:spacing w:line="268" w:lineRule="exact" w:before="356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ส่วนที่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5 : 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สรุปผล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ารพิจารณา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4877"/>
        <w:gridCol w:w="4877"/>
      </w:tblGrid>
      <w:tr>
        <w:trPr>
          <w:trHeight w:hRule="exact" w:val="466"/>
        </w:trPr>
        <w:tc>
          <w:tcPr>
            <w:tcW w:type="dxa" w:w="205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หัว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</w:p>
        </w:tc>
        <w:tc>
          <w:tcPr>
            <w:tcW w:type="dxa" w:w="7006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</w:tr>
      <w:tr>
        <w:trPr>
          <w:trHeight w:hRule="exact" w:val="450"/>
        </w:trPr>
        <w:tc>
          <w:tcPr>
            <w:tcW w:type="dxa" w:w="205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สถานะ</w:t>
            </w:r>
          </w:p>
        </w:tc>
        <w:tc>
          <w:tcPr>
            <w:tcW w:type="dxa" w:w="7006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DejaVu Sans" w:hAnsi="DejaVu Sans" w:eastAsia="DejaVu Sans"/>
                <w:b w:val="0"/>
                <w:i w:val="0"/>
                <w:color w:val="111111"/>
                <w:sz w:val="18"/>
              </w:rPr>
              <w:t>☒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อนุมัติ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(Approved) </w:t>
            </w:r>
            <w:r>
              <w:rPr>
                <w:rFonts w:ascii="DejaVu Sans" w:hAnsi="DejaVu Sans" w:eastAsia="DejaVu Sans"/>
                <w:b w:val="0"/>
                <w:i w:val="0"/>
                <w:color w:val="111111"/>
                <w:sz w:val="18"/>
              </w:rPr>
              <w:t>☐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ไม่อนุมัติ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(Rejected)</w:t>
            </w:r>
          </w:p>
        </w:tc>
      </w:tr>
      <w:tr>
        <w:trPr>
          <w:trHeight w:hRule="exact" w:val="450"/>
        </w:trPr>
        <w:tc>
          <w:tcPr>
            <w:tcW w:type="dxa" w:w="205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ารอ้างอิง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ารดำเนิน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7006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exact" w:before="12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Commit 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63cea23, 136084f, 6c39700</w:t>
            </w:r>
          </w:p>
        </w:tc>
      </w:tr>
      <w:tr>
        <w:trPr>
          <w:trHeight w:hRule="exact" w:val="464"/>
        </w:trPr>
        <w:tc>
          <w:tcPr>
            <w:tcW w:type="dxa" w:w="205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ารดำเนิน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7006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ดำเนิน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ารแล้วเสร็จเมื่อ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17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.ค. 69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และตรวจสอบผลด้วย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TC-UN13.002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TC-UN13.003</w:t>
            </w:r>
          </w:p>
        </w:tc>
      </w:tr>
    </w:tbl>
    <w:p>
      <w:pPr>
        <w:autoSpaceDN w:val="0"/>
        <w:autoSpaceDE w:val="0"/>
        <w:widowControl/>
        <w:spacing w:line="364" w:lineRule="exact" w:before="276" w:after="190"/>
        <w:ind w:left="256" w:right="432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ภา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ผนว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ก A : 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เ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ณฑ์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ารประเมินระดับ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วามรุนแรง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อง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ารเปลี่ยนแปลง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(Change Criteria)</w:t>
      </w:r>
      <w:r>
        <w:br/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ตารางนี้ใช้เป็นแนวทางประเมินระดับ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วามรุนแรง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(Priority Level) 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ารเปลี่ยนแปลง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เพื่อให้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ณะพิจารณา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(Change 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Advisory Board – CAB) 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ำหนดระดับผล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ระทบและ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วามเร่งด่วนได้ชัดเจนตามมาตรฐาน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ISO/IEC 29110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990"/>
        </w:trPr>
        <w:tc>
          <w:tcPr>
            <w:tcW w:type="dxa" w:w="672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ระดับ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(Leve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l)</w:t>
            </w:r>
          </w:p>
        </w:tc>
        <w:tc>
          <w:tcPr>
            <w:tcW w:type="dxa" w:w="4142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(Definition)</w:t>
            </w:r>
          </w:p>
        </w:tc>
        <w:tc>
          <w:tcPr>
            <w:tcW w:type="dxa" w:w="2790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ตัวอย่างสถาน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ารณ์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(Examples)</w:t>
            </w:r>
          </w:p>
        </w:tc>
        <w:tc>
          <w:tcPr>
            <w:tcW w:type="dxa" w:w="145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(Impact Scope)</w:t>
            </w:r>
          </w:p>
        </w:tc>
      </w:tr>
      <w:tr>
        <w:trPr>
          <w:trHeight w:hRule="exact" w:val="974"/>
        </w:trPr>
        <w:tc>
          <w:tcPr>
            <w:tcW w:type="dxa" w:w="672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High</w:t>
            </w:r>
          </w:p>
        </w:tc>
        <w:tc>
          <w:tcPr>
            <w:tcW w:type="dxa" w:w="4142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ารเปลี่ยนแปลงที่มีผล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ระทบอย่างมีนัยสำ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ัญต่อระบบหลั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งบประมาณ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หรือแผนโ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ซึ่งต้องได้รับอนุมัติจา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Project Manager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Project Sponsor</w:t>
            </w:r>
          </w:p>
        </w:tc>
        <w:tc>
          <w:tcPr>
            <w:tcW w:type="dxa" w:w="2790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4" w:right="418" w:firstLine="0"/>
              <w:jc w:val="both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ปรับสถาปัตย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รรมหลั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เพิ่มฟัง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์ชันหลั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ใหม่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ต้องปรับงบ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ประมาณหรือระยะเวลาโ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145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06" w:right="320" w:firstLine="0"/>
              <w:jc w:val="both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Scope,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Schedule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Cost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โดยตรง</w:t>
            </w:r>
          </w:p>
        </w:tc>
      </w:tr>
      <w:tr>
        <w:trPr>
          <w:trHeight w:hRule="exact" w:val="1246"/>
        </w:trPr>
        <w:tc>
          <w:tcPr>
            <w:tcW w:type="dxa" w:w="672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Medi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um</w:t>
            </w:r>
          </w:p>
        </w:tc>
        <w:tc>
          <w:tcPr>
            <w:tcW w:type="dxa" w:w="4142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ารเปลี่ยนแปลงที่มีผล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ระทบต่อส่วนติดต่อผู้ใช้งานหรือ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ฟัง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์ชันย่อยบางส่วน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แต่ไม่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รงสร้างหลั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</w:p>
        </w:tc>
        <w:tc>
          <w:tcPr>
            <w:tcW w:type="dxa" w:w="2790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ปรับปรุงหน้าจอ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วามหรือ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ะบางส่วน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เพิ่ม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</w:p>
        </w:tc>
        <w:tc>
          <w:tcPr>
            <w:tcW w:type="dxa" w:w="145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6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Quality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หรือ</w:t>
            </w:r>
          </w:p>
          <w:p>
            <w:pPr>
              <w:autoSpaceDN w:val="0"/>
              <w:autoSpaceDE w:val="0"/>
              <w:widowControl/>
              <w:spacing w:line="254" w:lineRule="exact" w:before="16" w:after="0"/>
              <w:ind w:left="106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Deliverables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บางส่วน</w:t>
            </w:r>
          </w:p>
        </w:tc>
      </w:tr>
    </w:tbl>
    <w:p>
      <w:pPr>
        <w:autoSpaceDN w:val="0"/>
        <w:autoSpaceDE w:val="0"/>
        <w:widowControl/>
        <w:spacing w:line="1858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5.99999999999994" w:type="dxa"/>
      </w:tblPr>
      <w:tblGrid>
        <w:gridCol w:w="4877"/>
        <w:gridCol w:w="4877"/>
      </w:tblGrid>
      <w:tr>
        <w:trPr>
          <w:trHeight w:hRule="exact" w:val="240"/>
        </w:trPr>
        <w:tc>
          <w:tcPr>
            <w:tcW w:type="dxa" w:w="5344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730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0" w:right="0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240" w:right="704" w:bottom="14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00.0" w:type="dxa"/>
      </w:tblPr>
      <w:tblGrid>
        <w:gridCol w:w="3252"/>
        <w:gridCol w:w="3252"/>
        <w:gridCol w:w="3252"/>
      </w:tblGrid>
      <w:tr>
        <w:trPr>
          <w:trHeight w:hRule="exact" w:val="618"/>
        </w:trPr>
        <w:tc>
          <w:tcPr>
            <w:tcW w:type="dxa" w:w="12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00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2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240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4" w:after="0"/>
              <w:ind w:left="0" w:right="438" w:firstLine="0"/>
              <w:jc w:val="right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Change Report</w:t>
            </w:r>
          </w:p>
        </w:tc>
      </w:tr>
      <w:tr>
        <w:trPr>
          <w:trHeight w:hRule="exact" w:val="184"/>
        </w:trPr>
        <w:tc>
          <w:tcPr>
            <w:tcW w:type="dxa" w:w="12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80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24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400"/>
        <w:ind w:left="178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972"/>
        </w:trPr>
        <w:tc>
          <w:tcPr>
            <w:tcW w:type="dxa" w:w="672"/>
            <w:tcBorders>
              <w:start w:sz="5.600000000000023" w:val="single" w:color="#585858"/>
              <w:top w:sz="5.600000000000023" w:val="single" w:color="#585858"/>
              <w:end w:sz="5.600000000000023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6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ระดับ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(Leve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l)</w:t>
            </w:r>
          </w:p>
        </w:tc>
        <w:tc>
          <w:tcPr>
            <w:tcW w:type="dxa" w:w="4142"/>
            <w:tcBorders>
              <w:start w:sz="5.600000000000023" w:val="single" w:color="#585858"/>
              <w:top w:sz="5.600000000000023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(Definition)</w:t>
            </w:r>
          </w:p>
        </w:tc>
        <w:tc>
          <w:tcPr>
            <w:tcW w:type="dxa" w:w="2790"/>
            <w:tcBorders>
              <w:start w:sz="5.599999999999909" w:val="single" w:color="#585858"/>
              <w:top w:sz="5.600000000000023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ตัวอย่างสถาน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ารณ์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(Examples)</w:t>
            </w:r>
          </w:p>
        </w:tc>
        <w:tc>
          <w:tcPr>
            <w:tcW w:type="dxa" w:w="1454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0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(Impact Scope)</w:t>
            </w:r>
          </w:p>
        </w:tc>
      </w:tr>
      <w:tr>
        <w:trPr>
          <w:trHeight w:hRule="exact" w:val="992"/>
        </w:trPr>
        <w:tc>
          <w:tcPr>
            <w:tcW w:type="dxa" w:w="67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Low</w:t>
            </w:r>
          </w:p>
        </w:tc>
        <w:tc>
          <w:tcPr>
            <w:tcW w:type="dxa" w:w="414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ารเปลี่ยนแปลง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นาดเล็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ที่ไม่ส่งผลต่อ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ารทำงานหลั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</w:t>
            </w:r>
          </w:p>
        </w:tc>
        <w:tc>
          <w:tcPr>
            <w:tcW w:type="dxa" w:w="2790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ำสะ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ดหรือ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วามแสดงผล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เปลี่ยนโลโ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้หรือรูปภาพ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ปรับฟอนต์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หรือสี</w:t>
            </w:r>
          </w:p>
        </w:tc>
        <w:tc>
          <w:tcPr>
            <w:tcW w:type="dxa" w:w="145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0" w:right="144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ระทบเล็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น้อย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Deliverables</w:t>
            </w:r>
          </w:p>
        </w:tc>
      </w:tr>
    </w:tbl>
    <w:p>
      <w:pPr>
        <w:autoSpaceDN w:val="0"/>
        <w:autoSpaceDE w:val="0"/>
        <w:widowControl/>
        <w:spacing w:line="244" w:lineRule="exact" w:before="302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แนวทาง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ารใช้งาน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52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381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1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ผู้ร้อง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(Requester)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ระบุระดับ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วามรุนแรงตามตารางนี้ในส่วน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"ค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วามเร่งด่วน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(Priority)"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381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1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ณะพิจารณา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(CAB)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ใช้ตารางนี้ประ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ารพิจารณาในส่วน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"ก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ารประเมินผล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ระทบ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(Impact Analysis)"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381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1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หา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มี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้อสงสัยในระดับผล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ระทบ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ให้ใช้ระดับที่สูง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ว่าเพื่อ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วามปลอดภัย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องโ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</w:p>
    <w:p>
      <w:pPr>
        <w:autoSpaceDN w:val="0"/>
        <w:autoSpaceDE w:val="0"/>
        <w:widowControl/>
        <w:spacing w:line="256" w:lineRule="exact" w:before="332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ผู้จัดทำเอ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ุลธรณ์</w:t>
            </w:r>
          </w:p>
        </w:tc>
        <w:tc>
          <w:tcPr>
            <w:tcW w:type="dxa" w:w="235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Sponsor</w:t>
            </w:r>
          </w:p>
        </w:tc>
        <w:tc>
          <w:tcPr>
            <w:tcW w:type="dxa" w:w="199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42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ผู้ตรวจสอบเอ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สุภัทรประทีป</w:t>
            </w:r>
          </w:p>
        </w:tc>
        <w:tc>
          <w:tcPr>
            <w:tcW w:type="dxa" w:w="235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Manager</w:t>
            </w:r>
          </w:p>
        </w:tc>
        <w:tc>
          <w:tcPr>
            <w:tcW w:type="dxa" w:w="199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ผู้อนุมัติ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ุลธรณ์</w:t>
            </w:r>
          </w:p>
        </w:tc>
        <w:tc>
          <w:tcPr>
            <w:tcW w:type="dxa" w:w="235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Sponsor</w:t>
            </w:r>
          </w:p>
        </w:tc>
        <w:tc>
          <w:tcPr>
            <w:tcW w:type="dxa" w:w="1996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5204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5.99999999999994" w:type="dxa"/>
      </w:tblPr>
      <w:tblGrid>
        <w:gridCol w:w="4877"/>
        <w:gridCol w:w="4877"/>
      </w:tblGrid>
      <w:tr>
        <w:trPr>
          <w:trHeight w:hRule="exact" w:val="240"/>
        </w:trPr>
        <w:tc>
          <w:tcPr>
            <w:tcW w:type="dxa" w:w="5344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730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0" w:right="0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240" w:right="704" w:bottom="14" w:left="1440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