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Change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04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Change Report</w:t>
            </w:r>
          </w:p>
        </w:tc>
        <w:tc>
          <w:tcPr>
            <w:tcW w:type="dxa" w:w="22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59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25690808 V1.0 ApS</w:t>
            </w:r>
          </w:p>
        </w:tc>
      </w:tr>
      <w:tr>
        <w:trPr>
          <w:trHeight w:hRule="exact" w:val="852"/>
        </w:trPr>
        <w:tc>
          <w:tcPr>
            <w:tcW w:type="dxa" w:w="220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Change ID</w:t>
            </w:r>
          </w:p>
        </w:tc>
        <w:tc>
          <w:tcPr>
            <w:tcW w:type="dxa" w:w="204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CH-002</w:t>
            </w:r>
          </w:p>
        </w:tc>
        <w:tc>
          <w:tcPr>
            <w:tcW w:type="dxa" w:w="22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วันที่ร้อง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</w:t>
            </w:r>
          </w:p>
        </w:tc>
        <w:tc>
          <w:tcPr>
            <w:tcW w:type="dxa" w:w="25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7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8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ผู้ร้อง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(Requester)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หน่วยงาน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ฝ่าย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ฝ่ายบริหารโ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เตรียม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ารส่งมอบ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ประเภท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ารเปลี่ยนแปลง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Scope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Quality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Schedule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Cost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Resource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Other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วามเร่งด่วน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(Priority)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High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Medium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Low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1 :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้อมูลทั่วไป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04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01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04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เพิ่มชุด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ารตรวจรับและสาธิตระบบ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01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</w:p>
        </w:tc>
      </w:tr>
      <w:tr>
        <w:trPr>
          <w:trHeight w:hRule="exact" w:val="466"/>
        </w:trPr>
        <w:tc>
          <w:tcPr>
            <w:tcW w:type="dxa" w:w="204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ช่วงดำเนินโ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(8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2569)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01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Requirements, Software Project Plan, Traceability Record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2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รายละเอียด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592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8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1244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59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5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ำอธิบาย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เปลี่ยนแปลงที่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(Description)</w:t>
            </w:r>
          </w:p>
        </w:tc>
        <w:tc>
          <w:tcPr>
            <w:tcW w:type="dxa" w:w="68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(demo_seed.php, demo_seed_more_orders.php,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demo_seed_transactions.php)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รูปแบบ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ำสั่งซื้อเพิ่มเติม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่าไดเร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ทอรี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Log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ที่ใช้ระหว่างสร้าง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59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เหตุผล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เปลี่ยนแปลง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(Justification)</w:t>
            </w:r>
          </w:p>
        </w:tc>
        <w:tc>
          <w:tcPr>
            <w:tcW w:type="dxa" w:w="68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ระบบที่ติดตั้งใหม่ไม่มีประวัติราย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ทำให้ตรวจรับรายงานและ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ารทำงานไม่ได้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จึงต้องมี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ตัวอย่างที่ใ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ารใช้งานจริงสำหรับ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ารสาธิต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3 :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ารประเมินผล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(Impact Analysis)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52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5926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52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Scope</w:t>
            </w:r>
          </w:p>
        </w:tc>
        <w:tc>
          <w:tcPr>
            <w:tcW w:type="dxa" w:w="592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ข 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เพิ่มประมาณ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2,900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บรรทัด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้อมูลใหม่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้ตรร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</w:p>
        </w:tc>
      </w:tr>
    </w:tbl>
    <w:p>
      <w:pPr>
        <w:autoSpaceDN w:val="0"/>
        <w:autoSpaceDE w:val="0"/>
        <w:widowControl/>
        <w:spacing w:line="143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Change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61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520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5926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520"/>
            <w:tcBorders>
              <w:start w:sz="5.600000000000023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Schedule</w:t>
            </w:r>
          </w:p>
        </w:tc>
        <w:tc>
          <w:tcPr>
            <w:tcW w:type="dxa" w:w="5926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ารภายในช่วงเตรียมส่งมอบตามแผน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5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Budget/Cost</w:t>
            </w:r>
          </w:p>
        </w:tc>
        <w:tc>
          <w:tcPr>
            <w:tcW w:type="dxa" w:w="59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่าใช้จ่ายเพิ่ม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52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Resource</w:t>
            </w:r>
          </w:p>
        </w:tc>
        <w:tc>
          <w:tcPr>
            <w:tcW w:type="dxa" w:w="592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ผู้พัฒนา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52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Quality/Deliverables</w:t>
            </w:r>
          </w:p>
        </w:tc>
        <w:tc>
          <w:tcPr>
            <w:tcW w:type="dxa" w:w="592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้อมูลสาธิตเท่านั้น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้อมูลสาธิตต้องแย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้อมูลใช้งานจริงตาม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CR07:004</w:t>
            </w:r>
          </w:p>
        </w:tc>
      </w:tr>
    </w:tbl>
    <w:p>
      <w:pPr>
        <w:autoSpaceDN w:val="0"/>
        <w:autoSpaceDE w:val="0"/>
        <w:widowControl/>
        <w:spacing w:line="266" w:lineRule="exact" w:before="36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4 :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ารพิจารณาอนุมัติ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(Change Advisory Board 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38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ชื่อผู้พิจารณา</w:t>
            </w:r>
          </w:p>
        </w:tc>
        <w:tc>
          <w:tcPr>
            <w:tcW w:type="dxa" w:w="1948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41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ิดเห็น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ลงนาม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38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1948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41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วรอนุมัติ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ระทบอยู่ในวิสัยที่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ุมได้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38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948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411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38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948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 / Tester</w:t>
            </w:r>
          </w:p>
        </w:tc>
        <w:tc>
          <w:tcPr>
            <w:tcW w:type="dxa" w:w="41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ต้องทดสอบซ้ำในส่วนที่ได้รับผล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38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1948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411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5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ารพิจารณา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223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23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18"/>
              </w:rPr>
              <w:t>☒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(Approved)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18"/>
              </w:rPr>
              <w:t>☐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(Rejected)</w:t>
            </w:r>
          </w:p>
        </w:tc>
      </w:tr>
      <w:tr>
        <w:trPr>
          <w:trHeight w:hRule="exact" w:val="466"/>
        </w:trPr>
        <w:tc>
          <w:tcPr>
            <w:tcW w:type="dxa" w:w="223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82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12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dd48a8b</w:t>
            </w:r>
          </w:p>
        </w:tc>
      </w:tr>
      <w:tr>
        <w:trPr>
          <w:trHeight w:hRule="exact" w:val="450"/>
        </w:trPr>
        <w:tc>
          <w:tcPr>
            <w:tcW w:type="dxa" w:w="223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ารแล้วเสร็จเมื่อ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.ค. 69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และใช้เป็น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้อมูลตั้งต้น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ภา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ผนว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ก A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ารประเมินระดับ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วามรุนแรง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(Change Criteria)</w:t>
      </w:r>
    </w:p>
    <w:p>
      <w:pPr>
        <w:autoSpaceDN w:val="0"/>
        <w:autoSpaceDE w:val="0"/>
        <w:widowControl/>
        <w:spacing w:line="244" w:lineRule="exact" w:before="17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ตารางนี้ใช้เป็นแนวทางประเมินระดับ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วามรุนแรง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(Priority Level)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ารเปลี่ยนแปลง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ณะพิจารณา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(Change</w:t>
      </w:r>
    </w:p>
    <w:p>
      <w:pPr>
        <w:autoSpaceDN w:val="0"/>
        <w:autoSpaceDE w:val="0"/>
        <w:widowControl/>
        <w:spacing w:line="246" w:lineRule="exact" w:before="70" w:after="19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Advisory Board – CAB)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ำหนดระดับผล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วามเร่งด่วนได้ชัดเจนตามมาตรฐาน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ISO/IEC 29110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990"/>
        </w:trPr>
        <w:tc>
          <w:tcPr>
            <w:tcW w:type="dxa" w:w="67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(Leve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l)</w:t>
            </w:r>
          </w:p>
        </w:tc>
        <w:tc>
          <w:tcPr>
            <w:tcW w:type="dxa" w:w="414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ตัวอย่างสถาน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(Impact Scope)</w:t>
            </w:r>
          </w:p>
        </w:tc>
      </w:tr>
      <w:tr>
        <w:trPr>
          <w:trHeight w:hRule="exact" w:val="976"/>
        </w:trPr>
        <w:tc>
          <w:tcPr>
            <w:tcW w:type="dxa" w:w="67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High</w:t>
            </w:r>
          </w:p>
        </w:tc>
        <w:tc>
          <w:tcPr>
            <w:tcW w:type="dxa" w:w="414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ารเปลี่ยนแปลงที่มีผล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ระทบอย่างมีนัยสำ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ัญต่อระบบหลั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งบประมาณ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ซึ่งต้องได้รับอนุมัติจา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Manager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Sponsor</w:t>
            </w:r>
          </w:p>
        </w:tc>
        <w:tc>
          <w:tcPr>
            <w:tcW w:type="dxa" w:w="279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418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ปรับสถาปัตย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ต้องปรับงบ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ประมาณหรือระยะเวลาโ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4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32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Scope,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Schedule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Cost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โดยตรง</w:t>
            </w:r>
          </w:p>
        </w:tc>
      </w:tr>
      <w:tr>
        <w:trPr>
          <w:trHeight w:hRule="exact" w:val="1244"/>
        </w:trPr>
        <w:tc>
          <w:tcPr>
            <w:tcW w:type="dxa" w:w="67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Medi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um</w:t>
            </w:r>
          </w:p>
        </w:tc>
        <w:tc>
          <w:tcPr>
            <w:tcW w:type="dxa" w:w="414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ารเปลี่ยนแปลงที่มีผล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ระทบต่อส่วนติดต่อผู้ใช้งานหรือ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์ชันย่อยบางส่วน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279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วามหรือ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ะบางส่วน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14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Quality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</w:p>
          <w:p>
            <w:pPr>
              <w:autoSpaceDN w:val="0"/>
              <w:autoSpaceDE w:val="0"/>
              <w:widowControl/>
              <w:spacing w:line="256" w:lineRule="exact" w:before="14" w:after="0"/>
              <w:ind w:left="10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Deliverables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บางส่วน</w:t>
            </w:r>
          </w:p>
        </w:tc>
      </w:tr>
    </w:tbl>
    <w:p>
      <w:pPr>
        <w:autoSpaceDN w:val="0"/>
        <w:autoSpaceDE w:val="0"/>
        <w:widowControl/>
        <w:spacing w:line="166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Change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972"/>
        </w:trPr>
        <w:tc>
          <w:tcPr>
            <w:tcW w:type="dxa" w:w="67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(Leve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l)</w:t>
            </w:r>
          </w:p>
        </w:tc>
        <w:tc>
          <w:tcPr>
            <w:tcW w:type="dxa" w:w="414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ตัวอย่างสถาน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(Impact Scope)</w:t>
            </w:r>
          </w:p>
        </w:tc>
      </w:tr>
      <w:tr>
        <w:trPr>
          <w:trHeight w:hRule="exact" w:val="992"/>
        </w:trPr>
        <w:tc>
          <w:tcPr>
            <w:tcW w:type="dxa" w:w="67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Low</w:t>
            </w:r>
          </w:p>
        </w:tc>
        <w:tc>
          <w:tcPr>
            <w:tcW w:type="dxa" w:w="414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นาดเล็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ที่ไม่ส่งผลต่อ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</w:p>
        </w:tc>
        <w:tc>
          <w:tcPr>
            <w:tcW w:type="dxa" w:w="279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วามแสดงผล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เปลี่ยนโลโ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้หรือรูปภาพ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ปรับฟอนต์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หรือสี</w:t>
            </w:r>
          </w:p>
        </w:tc>
        <w:tc>
          <w:tcPr>
            <w:tcW w:type="dxa" w:w="1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ระทบเล็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น้อย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Deliverables</w:t>
            </w:r>
          </w:p>
        </w:tc>
      </w:tr>
    </w:tbl>
    <w:p>
      <w:pPr>
        <w:autoSpaceDN w:val="0"/>
        <w:autoSpaceDE w:val="0"/>
        <w:widowControl/>
        <w:spacing w:line="244" w:lineRule="exact" w:before="30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แนวทาง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52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ผู้ร้อง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(Requester)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ระบุระดับ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วามรุนแรงตามตารางนี้ในส่วน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"ค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วามเร่งด่วน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(Priority)"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ณะพิจารณา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(CAB)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ใช้ตารางนี้ประ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ารพิจารณาในส่วน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"ก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ารประเมินผล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(Impact Analysis)"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้อสงสัยในระดับผล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ให้ใช้ระดับที่สูง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ว่าเพื่อ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วามปลอดภัย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520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