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3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Customer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0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3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7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Customer Requirements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0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และสรุป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สำหรับใช้เป็นพื้นฐานใน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Requirements Specification,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,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(BRN WMS)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ผู้มีส่วนได้ส่วนเสีย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8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14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8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4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(CEO)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อนุมัติและตัดสินใจเชิง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ลยุทธ์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8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4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8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4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ราะห์ระบบ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85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หัวหน้าฝ่าย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14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4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และตรวจนับ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85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ายและฝ่ายจัดซื้อ</w:t>
            </w:r>
          </w:p>
        </w:tc>
        <w:tc>
          <w:tcPr>
            <w:tcW w:type="dxa" w:w="14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4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85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14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4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ารเชิงหน้าที่และไม่ใช่หน้าที่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Feature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Functional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Characteristics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FR-001</w:t>
            </w:r>
          </w:p>
        </w:tc>
      </w:tr>
    </w:tbl>
    <w:p>
      <w:pPr>
        <w:autoSpaceDN w:val="0"/>
        <w:autoSpaceDE w:val="0"/>
        <w:widowControl/>
        <w:spacing w:line="157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3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Customer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0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3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Admin, 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FR-008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CR01:010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และใบลดหนี้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FR-016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CR01:017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FR-018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CR01:019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FR-019</w:t>
            </w:r>
          </w:p>
        </w:tc>
      </w:tr>
    </w:tbl>
    <w:p>
      <w:pPr>
        <w:autoSpaceDN w:val="0"/>
        <w:autoSpaceDE w:val="0"/>
        <w:widowControl/>
        <w:spacing w:line="158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3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Customer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0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3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รายงานผู้บริหาร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ในบริบทปัจจุบัน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Performance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ภายในเวลาที่ใช้งานได้จริงบนสภาพแวดล้อมที่ต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Interface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Required 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Characteristics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Referential Integrity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</w:tbl>
    <w:p>
      <w:pPr>
        <w:autoSpaceDN w:val="0"/>
        <w:autoSpaceDE w:val="0"/>
        <w:widowControl/>
        <w:spacing w:line="133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3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Customer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0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3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ำหนดบทบาทผู้ใช้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976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Human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Engineering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(Tablet/Mobile)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พลาดอย่างชัดเจน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Usability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practice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86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Security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เว็บสาธารณะ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และฝั่งเซิร์ฟเวอร์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Environmental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Browser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NFR-005</w:t>
            </w:r>
          </w:p>
        </w:tc>
      </w:tr>
    </w:tbl>
    <w:p>
      <w:pPr>
        <w:autoSpaceDN w:val="0"/>
        <w:autoSpaceDE w:val="0"/>
        <w:widowControl/>
        <w:spacing w:line="113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3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Customer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0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3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schema_migrations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Installation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up -d --build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(docker/init-env.sh)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86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Support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Document)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</w:tbl>
    <w:p>
      <w:pPr>
        <w:autoSpaceDN w:val="0"/>
        <w:autoSpaceDE w:val="0"/>
        <w:widowControl/>
        <w:spacing w:line="164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3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Customer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0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3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Guide)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่อนเปิดใช้งานจริง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Design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Constraints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29110 Basic Profile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NFR-009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Safety and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Reliability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+ GL)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NFR-003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Error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00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Quality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Expectations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</w:tbl>
    <w:p>
      <w:pPr>
        <w:autoSpaceDN w:val="0"/>
        <w:autoSpaceDE w:val="0"/>
        <w:widowControl/>
        <w:spacing w:line="2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3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7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Customer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0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3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7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*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ารที่ได้จา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ารทบทวน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ตงานร่วม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ารหลังอนุมัติต้องดำเนิน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74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