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206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Software Project Plan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852"/>
        </w:trPr>
        <w:tc>
          <w:tcPr>
            <w:tcW w:type="dxa" w:w="164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3106"/>
            <w:tcBorders>
              <w:start w:sz="6.400000000000091" w:val="single" w:color="#585858"/>
              <w:top w:sz="5.600000000000023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Software Project Plan</w:t>
            </w:r>
          </w:p>
        </w:tc>
        <w:tc>
          <w:tcPr>
            <w:tcW w:type="dxa" w:w="2220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2084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74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25690213 V1.0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ApS</w:t>
            </w:r>
          </w:p>
        </w:tc>
      </w:tr>
      <w:tr>
        <w:trPr>
          <w:trHeight w:hRule="exact" w:val="840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14" w:lineRule="exact" w:before="68" w:after="0"/>
              <w:ind w:left="16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แผน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ารดำเนินโ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</w:p>
        </w:tc>
      </w:tr>
      <w:tr>
        <w:trPr>
          <w:trHeight w:hRule="exact" w:val="856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Period</w:t>
            </w:r>
          </w:p>
        </w:tc>
        <w:tc>
          <w:tcPr>
            <w:tcW w:type="dxa" w:w="310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6" w:after="0"/>
              <w:ind w:left="16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 –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</w:t>
            </w:r>
          </w:p>
        </w:tc>
        <w:tc>
          <w:tcPr>
            <w:tcW w:type="dxa" w:w="2220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Duration</w:t>
            </w:r>
          </w:p>
        </w:tc>
        <w:tc>
          <w:tcPr>
            <w:tcW w:type="dxa" w:w="208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7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232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วัน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สุภัทรประทีป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Manager) 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 (System Analyst)</w:t>
            </w:r>
          </w:p>
        </w:tc>
      </w:tr>
      <w:tr>
        <w:trPr>
          <w:trHeight w:hRule="exact" w:val="554"/>
        </w:trPr>
        <w:tc>
          <w:tcPr>
            <w:tcW w:type="dxa" w:w="164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บางชมภู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(Document Control)</w:t>
            </w:r>
          </w:p>
        </w:tc>
      </w:tr>
    </w:tbl>
    <w:p>
      <w:pPr>
        <w:autoSpaceDN w:val="0"/>
        <w:autoSpaceDE w:val="0"/>
        <w:widowControl/>
        <w:spacing w:line="230" w:lineRule="exact" w:before="454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1 Manufacture</w:t>
      </w:r>
    </w:p>
    <w:p>
      <w:pPr>
        <w:autoSpaceDN w:val="0"/>
        <w:autoSpaceDE w:val="0"/>
        <w:widowControl/>
        <w:spacing w:line="246" w:lineRule="exact" w:before="186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บริษัท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บี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.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อาร์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.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เอ็น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เอ็นเตอร์ไพรส์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จำ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ัด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เป็นบริษัทผู้ประ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อบธุร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ิจด้านเท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โนโลยีสารสนเทศ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ซึ่งมีประสบ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ารณ์ใน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ารส่ง</w:t>
      </w:r>
    </w:p>
    <w:p>
      <w:pPr>
        <w:autoSpaceDN w:val="0"/>
        <w:autoSpaceDE w:val="0"/>
        <w:widowControl/>
        <w:spacing w:line="246" w:lineRule="exact" w:before="54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มอบผลิตภัณฑ์และบริ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ารด้านเท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โนโลยีให้แ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่หน่วยงานภา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รัฐและเอ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ชนอย่างต่อเนื่อง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บริษัทประ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อบธุร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ิจหลั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ก 3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ด้าน</w:t>
      </w:r>
    </w:p>
    <w:p>
      <w:pPr>
        <w:autoSpaceDN w:val="0"/>
        <w:autoSpaceDE w:val="0"/>
        <w:widowControl/>
        <w:spacing w:line="246" w:lineRule="exact" w:before="54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ได้แ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68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พัฒนาซอฟต์แวร์ตาม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วามต้อง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องหน่วยงาน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(Software Development)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จำหน่ายผลิตภัณฑ์ซอฟต์แวร์สำเร็จรูป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(Software Package)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เช่น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ระบบบริหารจัด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ารสินทรัพย์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ให้บริ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ารบำรุงรั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ษาระบบ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(Service Maintenance: MA) 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ลุมโ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รงสร้างพื้นฐาน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รื่องแม่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่าย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และศูนย์</w:t>
      </w:r>
    </w:p>
    <w:p>
      <w:pPr>
        <w:autoSpaceDN w:val="0"/>
        <w:autoSpaceDE w:val="0"/>
        <w:widowControl/>
        <w:spacing w:line="246" w:lineRule="exact" w:before="54" w:after="0"/>
        <w:ind w:left="652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</w:t>
      </w:r>
    </w:p>
    <w:p>
      <w:pPr>
        <w:autoSpaceDN w:val="0"/>
        <w:autoSpaceDE w:val="0"/>
        <w:widowControl/>
        <w:spacing w:line="230" w:lineRule="exact" w:before="434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2 Overview</w:t>
      </w:r>
    </w:p>
    <w:p>
      <w:pPr>
        <w:autoSpaceDN w:val="0"/>
        <w:autoSpaceDE w:val="0"/>
        <w:widowControl/>
        <w:spacing w:line="244" w:lineRule="exact" w:before="186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ระดับ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ารบริหารจัด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องบริษัทให้มี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วามถู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ต้อง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รวดเร็ว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และตรวจสอบย้อน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ลับได้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บริษัทมี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</w:t>
      </w:r>
    </w:p>
    <w:p>
      <w:pPr>
        <w:autoSpaceDN w:val="0"/>
        <w:autoSpaceDE w:val="0"/>
        <w:widowControl/>
        <w:spacing w:line="246" w:lineRule="exact" w:before="70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ประสง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์จะพัฒนา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ระบบบริหารจัด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(BRN WMS) 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ึ้นใหม่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โดยมีวัตถุประสง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์เพื่อ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36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รวมศูนย์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ลื่อนไหว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้าไว้ในระบบเดียว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เชื่อมโยงงาน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าย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งานจัดซื้อ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งาน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ารเงิน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บัญชีเ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ลื่อนไหว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ุมสิทธิ์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้าถึงและแย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้อมูลระหว่างบริษัทและ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้าอย่างชัดเจน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ให้ผู้บริหารเห็นภาพรวมสถานะ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้าและสถานะทาง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ารเงินได้ตามเวลาจริง</w:t>
      </w:r>
    </w:p>
    <w:p>
      <w:pPr>
        <w:autoSpaceDN w:val="0"/>
        <w:autoSpaceDE w:val="0"/>
        <w:widowControl/>
        <w:spacing w:line="230" w:lineRule="exact" w:before="434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3 Goals and Scope</w:t>
      </w:r>
    </w:p>
    <w:p>
      <w:pPr>
        <w:autoSpaceDN w:val="0"/>
        <w:autoSpaceDE w:val="0"/>
        <w:widowControl/>
        <w:spacing w:line="246" w:lineRule="exact" w:before="306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3.1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เป้าหมาย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</w:p>
    <w:p>
      <w:pPr>
        <w:autoSpaceDN w:val="0"/>
        <w:autoSpaceDE w:val="0"/>
        <w:widowControl/>
        <w:spacing w:line="244" w:lineRule="exact" w:before="160" w:after="17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เป้าหมายด้านอง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์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3252"/>
        <w:gridCol w:w="3252"/>
        <w:gridCol w:w="3252"/>
      </w:tblGrid>
      <w:tr>
        <w:trPr>
          <w:trHeight w:hRule="exact" w:val="344"/>
        </w:trPr>
        <w:tc>
          <w:tcPr>
            <w:tcW w:type="dxa" w:w="304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64" w:after="0"/>
              <w:ind w:left="0" w:right="80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38100" cy="38100"/>
                  <wp:docPr id="9" name="Picture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38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0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60" w:after="0"/>
              <w:ind w:left="9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้อผิดพลาด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องยอดสิน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ิดจา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ด้วยมือ</w:t>
            </w:r>
          </w:p>
        </w:tc>
        <w:tc>
          <w:tcPr>
            <w:tcW w:type="dxa" w:w="770"/>
            <w:vMerge w:val="restart"/>
            <w:tcBorders>
              <w:bottom w:sz="6.399999999999636" w:val="single" w:color="#111111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/>
        </w:tc>
      </w:tr>
      <w:tr>
        <w:trPr>
          <w:trHeight w:hRule="exact" w:val="1672"/>
        </w:trPr>
        <w:tc>
          <w:tcPr>
            <w:tcW w:type="dxa" w:w="304"/>
            <w:tcBorders>
              <w:bottom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80" w:after="0"/>
              <w:ind w:left="0" w:right="80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38100" cy="38100"/>
                  <wp:docPr id="10" name="Picture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38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000"/>
            <w:tcBorders>
              <w:bottom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76" w:after="0"/>
              <w:ind w:left="9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เพิ่ม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วามสามารถใน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ารตรวจสอบย้อน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Lot, Serial Number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และวันหมดอายุ</w:t>
            </w:r>
          </w:p>
        </w:tc>
        <w:tc>
          <w:tcPr>
            <w:tcW w:type="dxa" w:w="3252"/>
            <w:vMerge/>
            <w:tcBorders>
              <w:bottom w:sz="6.399999999999636" w:val="single" w:color="#111111"/>
            </w:tcBorders>
          </w:tcPr>
          <w:p/>
        </w:tc>
      </w:tr>
      <w:tr>
        <w:trPr>
          <w:trHeight w:hRule="exact" w:val="240"/>
        </w:trPr>
        <w:tc>
          <w:tcPr>
            <w:tcW w:type="dxa" w:w="8304"/>
            <w:gridSpan w:val="2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77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2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PP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11" name="Picture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206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Software Project Plan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266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ทำให้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้อมูลบัญชีสอด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ันโดยไม่ต้องบันทึ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ซ้ำ</w:t>
      </w:r>
    </w:p>
    <w:p>
      <w:pPr>
        <w:autoSpaceDN w:val="0"/>
        <w:autoSpaceDE w:val="0"/>
        <w:widowControl/>
        <w:spacing w:line="244" w:lineRule="exact" w:before="266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เป้าหมายด้านผู้ใช้งาน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54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ให้พนั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งาน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ลังสิน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้าบันทึ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ารรับเ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จ่ายออ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ก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และโอนย้ายได้สะดว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จา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อุป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รณ์หน้า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ลัง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ให้ฝ่าย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ายและฝ่ายจัดซื้อจัดทำเอ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สารและติดตามสถานะได้ในระบบเดียว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508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508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ให้ฝ่ายบัญชีได้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ารที่ผ่าน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ารตรวจสอบแล้วโดยอัตโนมัติ</w:t>
      </w:r>
    </w:p>
    <w:p>
      <w:pPr>
        <w:autoSpaceDN w:val="0"/>
        <w:autoSpaceDE w:val="0"/>
        <w:widowControl/>
        <w:spacing w:line="246" w:lineRule="exact" w:before="294" w:after="144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3.2 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อบเ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(SOW)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52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162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</w:p>
        </w:tc>
        <w:tc>
          <w:tcPr>
            <w:tcW w:type="dxa" w:w="682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ระบบย่อย</w:t>
            </w:r>
          </w:p>
        </w:tc>
      </w:tr>
      <w:tr>
        <w:trPr>
          <w:trHeight w:hRule="exact" w:val="974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1620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ารผู้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ใช้งานและสิทธิ์</w:t>
            </w:r>
          </w:p>
        </w:tc>
        <w:tc>
          <w:tcPr>
            <w:tcW w:type="dxa" w:w="6826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20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ลงทะเบียนเจ้า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องบริษัทและเชิญผู้ใช้งาน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(Onboarding)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้าสู่ระบบและ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ุมสิทธิ์ตามบทบาท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Owner / Admin / Staff / Viewer /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ืนรหัสผ่าน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OTP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Session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่าบริษัท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SMTP,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้าถึงแอปพลิเ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162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(Master Data)</w:t>
            </w:r>
          </w:p>
        </w:tc>
        <w:tc>
          <w:tcPr>
            <w:tcW w:type="dxa" w:w="682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พื้นที่จัดเ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ช่องจัดเ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(Bin)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หมวดสิน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้าและสิน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ประเภทผู้ติดต่อและผู้ติดต่อ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รองรับโ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รงสร้าง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ลังแบบชั้นเดียวและแบบหลายชั้น</w:t>
            </w:r>
          </w:p>
        </w:tc>
      </w:tr>
      <w:tr>
        <w:trPr>
          <w:trHeight w:hRule="exact" w:val="976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162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(Inventory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Control)</w:t>
            </w:r>
          </w:p>
        </w:tc>
        <w:tc>
          <w:tcPr>
            <w:tcW w:type="dxa" w:w="682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รับสิน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(Stock-in)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จ่ายสิน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(Stock-out)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พร้อมตรวจสอบยอด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งเหลือ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โอนย้ายสิน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ระหว่าง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Lot, Serial Number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และวันหมดอายุ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พิมพ์บาร์โ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้ดสิน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และรองรับ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แนบไฟล์ประ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162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(Sales)</w:t>
            </w:r>
          </w:p>
        </w:tc>
        <w:tc>
          <w:tcPr>
            <w:tcW w:type="dxa" w:w="682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2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ใบเสนอรา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(Quotation)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ใบสั่ง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(Sales Order)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ใบแจ้งหนี้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(Invoice)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ใบลด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หนี้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(Return / Credit Note)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162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ระบบจัดซื้อ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(Purchasing)</w:t>
            </w:r>
          </w:p>
        </w:tc>
        <w:tc>
          <w:tcPr>
            <w:tcW w:type="dxa" w:w="682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20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(Purchase Request)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ใบสั่งซื้อ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(Purchase Order)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ใบแจ้งหนี้ซื้อ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(Purchase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Invoice)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้าผู้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(Supplier Return)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</w:t>
            </w:r>
          </w:p>
        </w:tc>
        <w:tc>
          <w:tcPr>
            <w:tcW w:type="dxa" w:w="162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ารเงิน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(Finance)</w:t>
            </w:r>
          </w:p>
        </w:tc>
        <w:tc>
          <w:tcPr>
            <w:tcW w:type="dxa" w:w="682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ใบวางบิลรับ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ใบเสร็จรับเงิน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ใบวางบิลจ่าย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ใบสำ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ัญจ่าย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</w:t>
            </w:r>
          </w:p>
        </w:tc>
        <w:tc>
          <w:tcPr>
            <w:tcW w:type="dxa" w:w="162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ระบบบัญชี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(Accounting)</w:t>
            </w:r>
          </w:p>
        </w:tc>
        <w:tc>
          <w:tcPr>
            <w:tcW w:type="dxa" w:w="6826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ผังบัญชี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แผน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สูตรบัญชี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สมุดรายวันและบัญชีแย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ประเภท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(Journal / GL)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รายงานงบทดลอง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ำไร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าดทุน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งบดุล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ภาษีมูล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่าเพิ่ม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8</w:t>
            </w:r>
          </w:p>
        </w:tc>
        <w:tc>
          <w:tcPr>
            <w:tcW w:type="dxa" w:w="1620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ระบบรายงานและแดช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บอร์ด</w:t>
            </w:r>
          </w:p>
        </w:tc>
        <w:tc>
          <w:tcPr>
            <w:tcW w:type="dxa" w:w="6826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แดชบอร์ด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้าและบัญชี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ลื่อนไหว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วามจุ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้าใ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ล้หมด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หมดอายุ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, Lot /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ดู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พิมพ์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และส่งออ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รายงาน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9</w:t>
            </w:r>
          </w:p>
        </w:tc>
        <w:tc>
          <w:tcPr>
            <w:tcW w:type="dxa" w:w="1620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  <w:tc>
          <w:tcPr>
            <w:tcW w:type="dxa" w:w="6826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สารอัตโนมัติตามลำดับที่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ุมสถานะและวงจรชีวิต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สร้าง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ประวัติราย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10</w:t>
            </w:r>
          </w:p>
        </w:tc>
        <w:tc>
          <w:tcPr>
            <w:tcW w:type="dxa" w:w="1620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ระบบแจ้งเตือนและ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</w:t>
            </w:r>
          </w:p>
        </w:tc>
        <w:tc>
          <w:tcPr>
            <w:tcW w:type="dxa" w:w="6826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แจ้งเตือนแบบ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Real-time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Node.js / Socket.IO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งานสรุปยอดสต๊อ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ก/GL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และแจ้งเตือนสิน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ล้หมด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ใบแจ้งหนี้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้างชำระ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ำหนดเวลา</w:t>
            </w:r>
          </w:p>
        </w:tc>
      </w:tr>
      <w:tr>
        <w:trPr>
          <w:trHeight w:hRule="exact" w:val="974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11</w:t>
            </w:r>
          </w:p>
        </w:tc>
        <w:tc>
          <w:tcPr>
            <w:tcW w:type="dxa" w:w="1620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ระบบติดตั้งและตั้ง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</w:p>
        </w:tc>
        <w:tc>
          <w:tcPr>
            <w:tcW w:type="dxa" w:w="6826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ติดตั้งแบบ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Manual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setup.php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ติดตั้งแบบ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Container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Docker Compose (php-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apache, mariadb, node/pm2)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สร้าง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วามลับ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องระบบจา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.env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โดยไม่เ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็บใน</w:t>
            </w:r>
          </w:p>
          <w:p>
            <w:pPr>
              <w:autoSpaceDN w:val="0"/>
              <w:autoSpaceDE w:val="0"/>
              <w:widowControl/>
              <w:spacing w:line="180" w:lineRule="exact" w:before="76" w:after="0"/>
              <w:ind w:left="12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Source Control</w:t>
            </w:r>
          </w:p>
        </w:tc>
      </w:tr>
    </w:tbl>
    <w:p>
      <w:pPr>
        <w:autoSpaceDN w:val="0"/>
        <w:autoSpaceDE w:val="0"/>
        <w:widowControl/>
        <w:spacing w:line="292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34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3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2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PP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16" name="Picture 1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206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Software Project Plan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p>
      <w:pPr>
        <w:autoSpaceDN w:val="0"/>
        <w:autoSpaceDE w:val="0"/>
        <w:widowControl/>
        <w:spacing w:line="244" w:lineRule="exact" w:before="430" w:after="146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3.3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สิ่งส่งมอบ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(Work Products)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48"/>
        </w:trPr>
        <w:tc>
          <w:tcPr>
            <w:tcW w:type="dxa" w:w="868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</w:t>
            </w:r>
          </w:p>
        </w:tc>
        <w:tc>
          <w:tcPr>
            <w:tcW w:type="dxa" w:w="492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สิ่งส่งมอบ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(Work Product)</w:t>
            </w:r>
          </w:p>
        </w:tc>
        <w:tc>
          <w:tcPr>
            <w:tcW w:type="dxa" w:w="3270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720"/>
        </w:trPr>
        <w:tc>
          <w:tcPr>
            <w:tcW w:type="dxa" w:w="86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1.0</w:t>
            </w:r>
          </w:p>
        </w:tc>
        <w:tc>
          <w:tcPr>
            <w:tcW w:type="dxa" w:w="49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Software Project Plan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Work Schedule)</w:t>
            </w:r>
          </w:p>
        </w:tc>
        <w:tc>
          <w:tcPr>
            <w:tcW w:type="dxa" w:w="327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2.0</w:t>
            </w:r>
          </w:p>
        </w:tc>
        <w:tc>
          <w:tcPr>
            <w:tcW w:type="dxa" w:w="49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Customer Requirements</w:t>
            </w:r>
          </w:p>
        </w:tc>
        <w:tc>
          <w:tcPr>
            <w:tcW w:type="dxa" w:w="327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</w:tr>
      <w:tr>
        <w:trPr>
          <w:trHeight w:hRule="exact" w:val="720"/>
        </w:trPr>
        <w:tc>
          <w:tcPr>
            <w:tcW w:type="dxa" w:w="86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3.0</w:t>
            </w:r>
          </w:p>
        </w:tc>
        <w:tc>
          <w:tcPr>
            <w:tcW w:type="dxa" w:w="492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72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Software Requirements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Specification</w:t>
            </w:r>
          </w:p>
        </w:tc>
        <w:tc>
          <w:tcPr>
            <w:tcW w:type="dxa" w:w="327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</w:tr>
      <w:tr>
        <w:trPr>
          <w:trHeight w:hRule="exact" w:val="452"/>
        </w:trPr>
        <w:tc>
          <w:tcPr>
            <w:tcW w:type="dxa" w:w="86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4.0</w:t>
            </w:r>
          </w:p>
        </w:tc>
        <w:tc>
          <w:tcPr>
            <w:tcW w:type="dxa" w:w="492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Software Design</w:t>
            </w:r>
          </w:p>
        </w:tc>
        <w:tc>
          <w:tcPr>
            <w:tcW w:type="dxa" w:w="327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5.0</w:t>
            </w:r>
          </w:p>
        </w:tc>
        <w:tc>
          <w:tcPr>
            <w:tcW w:type="dxa" w:w="49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Change Report</w:t>
            </w:r>
          </w:p>
        </w:tc>
        <w:tc>
          <w:tcPr>
            <w:tcW w:type="dxa" w:w="327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3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ฉบับ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(CH-001–CH-003)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6.0</w:t>
            </w:r>
          </w:p>
        </w:tc>
        <w:tc>
          <w:tcPr>
            <w:tcW w:type="dxa" w:w="49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Test Case and Test Procedures</w:t>
            </w:r>
          </w:p>
        </w:tc>
        <w:tc>
          <w:tcPr>
            <w:tcW w:type="dxa" w:w="327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</w:tr>
      <w:tr>
        <w:trPr>
          <w:trHeight w:hRule="exact" w:val="466"/>
        </w:trPr>
        <w:tc>
          <w:tcPr>
            <w:tcW w:type="dxa" w:w="86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7.0</w:t>
            </w:r>
          </w:p>
        </w:tc>
        <w:tc>
          <w:tcPr>
            <w:tcW w:type="dxa" w:w="492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Validation Results</w:t>
            </w:r>
          </w:p>
        </w:tc>
        <w:tc>
          <w:tcPr>
            <w:tcW w:type="dxa" w:w="327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8.0</w:t>
            </w:r>
          </w:p>
        </w:tc>
        <w:tc>
          <w:tcPr>
            <w:tcW w:type="dxa" w:w="49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Software User Document</w:t>
            </w:r>
          </w:p>
        </w:tc>
        <w:tc>
          <w:tcPr>
            <w:tcW w:type="dxa" w:w="327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</w:tr>
      <w:tr>
        <w:trPr>
          <w:trHeight w:hRule="exact" w:val="720"/>
        </w:trPr>
        <w:tc>
          <w:tcPr>
            <w:tcW w:type="dxa" w:w="86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9.0</w:t>
            </w:r>
          </w:p>
        </w:tc>
        <w:tc>
          <w:tcPr>
            <w:tcW w:type="dxa" w:w="492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BRN WMS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ารทดสอบพร้อมนำไปใช้งานจริง</w:t>
            </w:r>
          </w:p>
        </w:tc>
        <w:tc>
          <w:tcPr>
            <w:tcW w:type="dxa" w:w="327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2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Source Code (Git baseline 6c39700)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และติดตั้ง</w:t>
            </w:r>
          </w:p>
        </w:tc>
      </w:tr>
      <w:tr>
        <w:trPr>
          <w:trHeight w:hRule="exact" w:val="450"/>
        </w:trPr>
        <w:tc>
          <w:tcPr>
            <w:tcW w:type="dxa" w:w="868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10.0</w:t>
            </w:r>
          </w:p>
        </w:tc>
        <w:tc>
          <w:tcPr>
            <w:tcW w:type="dxa" w:w="4920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Product Operation Guide</w:t>
            </w:r>
          </w:p>
        </w:tc>
        <w:tc>
          <w:tcPr>
            <w:tcW w:type="dxa" w:w="327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</w:tr>
      <w:tr>
        <w:trPr>
          <w:trHeight w:hRule="exact" w:val="464"/>
        </w:trPr>
        <w:tc>
          <w:tcPr>
            <w:tcW w:type="dxa" w:w="868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WP 11.0</w:t>
            </w:r>
          </w:p>
        </w:tc>
        <w:tc>
          <w:tcPr>
            <w:tcW w:type="dxa" w:w="492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 Maintenance Document</w:t>
            </w:r>
          </w:p>
        </w:tc>
        <w:tc>
          <w:tcPr>
            <w:tcW w:type="dxa" w:w="327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ส่งเอ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</w:p>
        </w:tc>
      </w:tr>
    </w:tbl>
    <w:p>
      <w:pPr>
        <w:autoSpaceDN w:val="0"/>
        <w:autoSpaceDE w:val="0"/>
        <w:widowControl/>
        <w:spacing w:line="210" w:lineRule="exact" w:before="350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3.4 Delivery Instruction</w:t>
      </w:r>
    </w:p>
    <w:p>
      <w:pPr>
        <w:autoSpaceDN w:val="0"/>
        <w:autoSpaceDE w:val="0"/>
        <w:widowControl/>
        <w:spacing w:line="300" w:lineRule="exact" w:before="120" w:after="0"/>
        <w:ind w:left="256" w:right="432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ารส่งมอบตามสิ่งส่งมอบ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(Work Product)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เมื่อแล้วเสร็จและถึง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ำหนดเวลา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(Due Date)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ผู้จัด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ารต้องจัด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เตรียมเ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รื่องมือและสถานที่เพื่อให้ลู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้าทำ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ารทดสอบ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ารยอมรับผู้ใช้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(Validation Result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หรือ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User Acceptance 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Test – UAT)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โดยทดสอบตาม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ำหนดในเอ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วามต้อง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ารผู้ใช้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(Customer Requirements)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ทีละ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และลงนาม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ยืนยันเมื่อผ่าน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ารทดสอบ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576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รณีสิ่งส่งมอบไม่แล้วเสร็จตาม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(Delay)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ผู้จัด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ารต้องนัดประชุมรายงาน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ืบหน้าและอธิบาย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สาเหตุให้ลู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้าทราบ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พร้อมทั้งต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ำหนดวันส่งมอบใหม่อย่างเป็นทาง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ารร่วม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ัน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432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ารปิดโ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(Project Closure)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เมื่อสิ่งส่งมอบทั้งหมดผ่าน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ารตรวจรับและได้รับลายเซ็นอนุมัติจา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ลู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ทุ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ชุดแล้ว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ผู้จัด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ารจัดประชุมปิดโ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ารอย่างเป็นทาง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พร้อมจัดทำเอ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สารสรุปผล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ารดำเนินงานเพื่อ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็บเป็นหลั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ฐาน</w:t>
      </w:r>
    </w:p>
    <w:p>
      <w:pPr>
        <w:autoSpaceDN w:val="0"/>
        <w:autoSpaceDE w:val="0"/>
        <w:widowControl/>
        <w:spacing w:line="244" w:lineRule="exact" w:before="280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3.5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ณฑ์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ุณภาพ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(Quality Criteria)</w:t>
      </w:r>
    </w:p>
    <w:p>
      <w:pPr>
        <w:autoSpaceDN w:val="0"/>
        <w:autoSpaceDE w:val="0"/>
        <w:widowControl/>
        <w:spacing w:line="244" w:lineRule="exact" w:before="176" w:after="20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ด้าน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ุณภาพ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องระบบ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2028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3614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ณฑ์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ุณภาพ</w:t>
            </w:r>
          </w:p>
        </w:tc>
        <w:tc>
          <w:tcPr>
            <w:tcW w:type="dxa" w:w="280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วิธีประเมิน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1.1</w:t>
            </w:r>
          </w:p>
        </w:tc>
        <w:tc>
          <w:tcPr>
            <w:tcW w:type="dxa" w:w="2028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องฟัง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์ชัน</w:t>
            </w:r>
          </w:p>
        </w:tc>
        <w:tc>
          <w:tcPr>
            <w:tcW w:type="dxa" w:w="361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ฟัง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์ชันทั้งหมดทำงานตรงตาม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Customer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Requirements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100%</w:t>
            </w:r>
          </w:p>
        </w:tc>
        <w:tc>
          <w:tcPr>
            <w:tcW w:type="dxa" w:w="280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Test Case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UAT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1.2</w:t>
            </w:r>
          </w:p>
        </w:tc>
        <w:tc>
          <w:tcPr>
            <w:tcW w:type="dxa" w:w="2028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และบัญชี</w:t>
            </w:r>
          </w:p>
        </w:tc>
        <w:tc>
          <w:tcPr>
            <w:tcW w:type="dxa" w:w="3614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ไม่พบยอดสต๊อ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ติดลบหรือราย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GL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ที่ไม่สมดุล</w:t>
            </w:r>
          </w:p>
        </w:tc>
        <w:tc>
          <w:tcPr>
            <w:tcW w:type="dxa" w:w="280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Transaction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Rollback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(TC-UN08.002)</w:t>
            </w:r>
          </w:p>
        </w:tc>
      </w:tr>
    </w:tbl>
    <w:p>
      <w:pPr>
        <w:autoSpaceDN w:val="0"/>
        <w:autoSpaceDE w:val="0"/>
        <w:widowControl/>
        <w:spacing w:line="133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34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3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2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PP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19" name="Picture 1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206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Software Project Plan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612"/>
            <w:tcBorders>
              <w:start w:sz="5.600000000000023" w:val="single" w:color="#585858"/>
              <w:top w:sz="5.600000000000023" w:val="single" w:color="#585858"/>
              <w:end w:sz="5.600000000000023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2028"/>
            <w:tcBorders>
              <w:start w:sz="5.600000000000023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3614"/>
            <w:tcBorders>
              <w:start w:sz="5.599999999999909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ณฑ์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ุณภาพ</w:t>
            </w:r>
          </w:p>
        </w:tc>
        <w:tc>
          <w:tcPr>
            <w:tcW w:type="dxa" w:w="2804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วิธีประเมิน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6.399999999999977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1.3</w:t>
            </w:r>
          </w:p>
        </w:tc>
        <w:tc>
          <w:tcPr>
            <w:tcW w:type="dxa" w:w="2028"/>
            <w:tcBorders>
              <w:start w:sz="5.600000000000023" w:val="single" w:color="#585858"/>
              <w:top w:sz="6.399999999999977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วามปลอดภัย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องระบบ</w:t>
            </w:r>
          </w:p>
        </w:tc>
        <w:tc>
          <w:tcPr>
            <w:tcW w:type="dxa" w:w="3614"/>
            <w:tcBorders>
              <w:start w:sz="5.599999999999909" w:val="single" w:color="#585858"/>
              <w:top w:sz="6.399999999999977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ไม่พบ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พร่องระดับวิ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ฤตด้านสิทธิ์และ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  <w:tc>
          <w:tcPr>
            <w:tcW w:type="dxa" w:w="2804"/>
            <w:tcBorders>
              <w:start w:sz="5.599999999999909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2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ทดสอบสิทธิ์เชิงลบ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(TC-UN12.001,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TC-UN12.002)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1.4</w:t>
            </w:r>
          </w:p>
        </w:tc>
        <w:tc>
          <w:tcPr>
            <w:tcW w:type="dxa" w:w="2028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ประสิทธิภาพ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ารตอบสนอง</w:t>
            </w:r>
          </w:p>
        </w:tc>
        <w:tc>
          <w:tcPr>
            <w:tcW w:type="dxa" w:w="361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งานประจำวันตอบสนองภายในเวลาที่ใช้งานได้จริงบน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สภาพแวดล้อมที่ต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</w:t>
            </w:r>
          </w:p>
        </w:tc>
        <w:tc>
          <w:tcPr>
            <w:tcW w:type="dxa" w:w="28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ทดสอบตามปริมาณ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้อมูลตัวอย่าง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(TC-UN09.001)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1.5</w:t>
            </w:r>
          </w:p>
        </w:tc>
        <w:tc>
          <w:tcPr>
            <w:tcW w:type="dxa" w:w="2028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วามสามารถใน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</w:t>
            </w:r>
          </w:p>
        </w:tc>
        <w:tc>
          <w:tcPr>
            <w:tcW w:type="dxa" w:w="3614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ใช้งานได้บน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Desktop, Tablet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Mobile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(Responsive)</w:t>
            </w:r>
          </w:p>
        </w:tc>
        <w:tc>
          <w:tcPr>
            <w:tcW w:type="dxa" w:w="280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้ามอุป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รณ์</w:t>
            </w:r>
          </w:p>
        </w:tc>
      </w:tr>
    </w:tbl>
    <w:p>
      <w:pPr>
        <w:autoSpaceDN w:val="0"/>
        <w:autoSpaceDE w:val="0"/>
        <w:widowControl/>
        <w:spacing w:line="244" w:lineRule="exact" w:before="318" w:after="20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ด้าน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ารดูแลหลังส่งมอบ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1636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412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ณฑ์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ุณภาพ</w:t>
            </w:r>
          </w:p>
        </w:tc>
        <w:tc>
          <w:tcPr>
            <w:tcW w:type="dxa" w:w="268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วิธีประเมิน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2.1</w:t>
            </w:r>
          </w:p>
        </w:tc>
        <w:tc>
          <w:tcPr>
            <w:tcW w:type="dxa" w:w="163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ารตอบสนองเหตุ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</w:p>
        </w:tc>
        <w:tc>
          <w:tcPr>
            <w:tcW w:type="dxa" w:w="412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ตอบรับภายใน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ชั่วโมง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ตามระดับ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วามรุนแรงที่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SLA</w:t>
            </w:r>
          </w:p>
        </w:tc>
        <w:tc>
          <w:tcPr>
            <w:tcW w:type="dxa" w:w="268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ารให้บริ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2.2</w:t>
            </w:r>
          </w:p>
        </w:tc>
        <w:tc>
          <w:tcPr>
            <w:tcW w:type="dxa" w:w="163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ารสำรอง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  <w:tc>
          <w:tcPr>
            <w:tcW w:type="dxa" w:w="412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มีระบบสำรอง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้อมูลอัตโนมัติรายวันและทดสอบ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ู้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ืนได้จริง</w:t>
            </w:r>
          </w:p>
        </w:tc>
        <w:tc>
          <w:tcPr>
            <w:tcW w:type="dxa" w:w="268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Backup &amp; Restore Test (TC-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UN13.004)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2.3</w:t>
            </w:r>
          </w:p>
        </w:tc>
        <w:tc>
          <w:tcPr>
            <w:tcW w:type="dxa" w:w="163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ารเฝ้าระวังระบบ</w:t>
            </w:r>
          </w:p>
        </w:tc>
        <w:tc>
          <w:tcPr>
            <w:tcW w:type="dxa" w:w="412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ตรวจสอบสถานะบริ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นาที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และแจ้งเตือนเมื่อล้มเหลว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รั้งติด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ัน</w:t>
            </w:r>
          </w:p>
        </w:tc>
        <w:tc>
          <w:tcPr>
            <w:tcW w:type="dxa" w:w="268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ารเฝ้าระวัง</w:t>
            </w:r>
          </w:p>
        </w:tc>
      </w:tr>
    </w:tbl>
    <w:p>
      <w:pPr>
        <w:autoSpaceDN w:val="0"/>
        <w:autoSpaceDE w:val="0"/>
        <w:widowControl/>
        <w:spacing w:line="230" w:lineRule="exact" w:before="394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4 Software Development Life Cycle Methodology</w:t>
      </w:r>
    </w:p>
    <w:p>
      <w:pPr>
        <w:autoSpaceDN w:val="0"/>
        <w:autoSpaceDE w:val="0"/>
        <w:widowControl/>
        <w:spacing w:line="246" w:lineRule="exact" w:before="186" w:after="17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ารเลือ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ใช้แนวทาง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Incremental / Evolutionary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ภายใต้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ั้นตอนหลั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Waterfall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เนื่องจา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7492"/>
        </w:trPr>
        <w:tc>
          <w:tcPr>
            <w:tcW w:type="dxa" w:w="304"/>
            <w:tcBorders>
              <w:bottom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60" w:after="0"/>
              <w:ind w:left="0" w:right="80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38100" cy="50800"/>
                  <wp:docPr id="20" name="Picture 2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50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autoSpaceDN w:val="0"/>
              <w:autoSpaceDE w:val="0"/>
              <w:widowControl/>
              <w:spacing w:line="240" w:lineRule="auto" w:before="280" w:after="0"/>
              <w:ind w:left="0" w:right="80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38100" cy="50800"/>
                  <wp:docPr id="21" name="Picture 2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50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autoSpaceDN w:val="0"/>
              <w:autoSpaceDE w:val="0"/>
              <w:widowControl/>
              <w:spacing w:line="240" w:lineRule="auto" w:before="280" w:after="0"/>
              <w:ind w:left="0" w:right="80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38100" cy="50800"/>
                  <wp:docPr id="22" name="Picture 2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50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autoSpaceDN w:val="0"/>
              <w:autoSpaceDE w:val="0"/>
              <w:widowControl/>
              <w:spacing w:line="240" w:lineRule="auto" w:before="280" w:after="0"/>
              <w:ind w:left="0" w:right="80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38100" cy="50800"/>
                  <wp:docPr id="23" name="Picture 2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" cy="50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770"/>
            <w:tcBorders>
              <w:bottom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46" w:lineRule="exact" w:before="0" w:after="0"/>
              <w:ind w:left="92" w:right="158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ตและสิ่งส่งมอบ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ำหนดชัดเจนตั้งแต่ต้นโ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จึงวางแผนและตรวจรับเป็นงวดได้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ระบบมีหลายโมดูลที่ส่งมอบต่อเนื่อง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จึงพัฒนาและทดสอบทีละส่วนเพื่อลด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วามเสี่ยง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รบถ้วนตามมาตรฐาน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ISO/IEC 29110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ที่เน้น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Work Products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Traceability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ตรวจสอบย้อน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(Audit)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และตรวจรับงานได้อย่างเป็นทาง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20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0.0" w:type="dxa"/>
      </w:tblPr>
      <w:tblGrid>
        <w:gridCol w:w="4877"/>
        <w:gridCol w:w="4877"/>
      </w:tblGrid>
      <w:tr>
        <w:trPr>
          <w:trHeight w:hRule="exact" w:val="220"/>
        </w:trPr>
        <w:tc>
          <w:tcPr>
            <w:tcW w:type="dxa" w:w="548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60" w:after="0"/>
              <w:ind w:left="14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940"/>
            <w:tcBorders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60" w:after="0"/>
              <w:ind w:left="0" w:right="212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PP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30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24" name="Picture 2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404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36" w:after="0"/>
              <w:ind w:left="206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Software Project Plan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p>
      <w:pPr>
        <w:autoSpaceDN w:val="0"/>
        <w:autoSpaceDE w:val="0"/>
        <w:widowControl/>
        <w:spacing w:line="230" w:lineRule="exact" w:before="464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5 Organization</w:t>
      </w:r>
    </w:p>
    <w:p>
      <w:pPr>
        <w:autoSpaceDN w:val="0"/>
        <w:autoSpaceDE w:val="0"/>
        <w:widowControl/>
        <w:spacing w:line="210" w:lineRule="exact" w:before="326" w:after="144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5.1 Role &amp; Responsibility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976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1128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บทบาท</w:t>
            </w:r>
          </w:p>
        </w:tc>
        <w:tc>
          <w:tcPr>
            <w:tcW w:type="dxa" w:w="1032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-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นามส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ชื่อย่อ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  <w:tc>
          <w:tcPr>
            <w:tcW w:type="dxa" w:w="109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อีเมล</w:t>
            </w:r>
          </w:p>
        </w:tc>
        <w:tc>
          <w:tcPr>
            <w:tcW w:type="dxa" w:w="519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รายละเอียดหน้าที่</w:t>
            </w:r>
          </w:p>
        </w:tc>
      </w:tr>
      <w:tr>
        <w:trPr>
          <w:trHeight w:hRule="exact" w:val="992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1128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6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Project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Manager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(ApS)</w:t>
            </w:r>
          </w:p>
        </w:tc>
        <w:tc>
          <w:tcPr>
            <w:tcW w:type="dxa" w:w="1032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ประทีป</w:t>
            </w:r>
          </w:p>
        </w:tc>
        <w:tc>
          <w:tcPr>
            <w:tcW w:type="dxa" w:w="109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apirach.s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@brn.co.t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h</w:t>
            </w:r>
          </w:p>
        </w:tc>
        <w:tc>
          <w:tcPr>
            <w:tcW w:type="dxa" w:w="519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8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จัดทำ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Project Charter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และแผนโ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วางแผน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Timeline,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Resource, Risk, Quality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จัดประชุมและติดตาม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ืบหน้า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ารปิดโ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974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1128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System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Analyst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(NoC)</w:t>
            </w:r>
          </w:p>
        </w:tc>
        <w:tc>
          <w:tcPr>
            <w:tcW w:type="dxa" w:w="1032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ุณนพ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พงษ์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109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noppong.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c@brn.co.</w:t>
            </w:r>
          </w:p>
          <w:p>
            <w:pPr>
              <w:autoSpaceDN w:val="0"/>
              <w:autoSpaceDE w:val="0"/>
              <w:widowControl/>
              <w:spacing w:line="180" w:lineRule="exact" w:before="90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th</w:t>
            </w:r>
          </w:p>
        </w:tc>
        <w:tc>
          <w:tcPr>
            <w:tcW w:type="dxa" w:w="519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็บและวิเ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ราะห์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จัดทำ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SRS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แบบระบบ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แบบฐาน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วามสัมพันธ์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องโมดูล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วามสอด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องงานพัฒนา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974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1128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Developer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(ThS)</w:t>
            </w:r>
          </w:p>
        </w:tc>
        <w:tc>
          <w:tcPr>
            <w:tcW w:type="dxa" w:w="1032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254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ุณธน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สถิตวิทยา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</w:t>
            </w:r>
          </w:p>
        </w:tc>
        <w:tc>
          <w:tcPr>
            <w:tcW w:type="dxa" w:w="109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10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thanakorn.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s@brn.co.t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h</w:t>
            </w:r>
          </w:p>
        </w:tc>
        <w:tc>
          <w:tcPr>
            <w:tcW w:type="dxa" w:w="519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0" w:right="144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พัฒนาโมดูลและ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API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้อมูลและประสิทธิภาพ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ดูแล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วามปลอดภัยและ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ารติดตั้ง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พร่องที่พบจา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1128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QA / Tester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(PaNg)</w:t>
            </w:r>
          </w:p>
        </w:tc>
        <w:tc>
          <w:tcPr>
            <w:tcW w:type="dxa" w:w="1032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ุณปริญ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109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parin.n@b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rn.co.th</w:t>
            </w:r>
          </w:p>
        </w:tc>
        <w:tc>
          <w:tcPr>
            <w:tcW w:type="dxa" w:w="519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จัดทำ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Test Case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Test Procedures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ทดสอบระบบและบันทึ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พร่องและทดสอบซ้ำ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สนับสนุนผู้ใช้งานช่วง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UAT</w:t>
            </w:r>
          </w:p>
        </w:tc>
      </w:tr>
      <w:tr>
        <w:trPr>
          <w:trHeight w:hRule="exact" w:val="976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1128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Document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Control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(YaB)</w:t>
            </w:r>
          </w:p>
        </w:tc>
        <w:tc>
          <w:tcPr>
            <w:tcW w:type="dxa" w:w="1032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บางชมภู</w:t>
            </w:r>
          </w:p>
        </w:tc>
        <w:tc>
          <w:tcPr>
            <w:tcW w:type="dxa" w:w="109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yaowalak.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b@brn.co.</w:t>
            </w:r>
          </w:p>
          <w:p>
            <w:pPr>
              <w:autoSpaceDN w:val="0"/>
              <w:autoSpaceDE w:val="0"/>
              <w:widowControl/>
              <w:spacing w:line="180" w:lineRule="exact" w:before="76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th</w:t>
            </w:r>
          </w:p>
        </w:tc>
        <w:tc>
          <w:tcPr>
            <w:tcW w:type="dxa" w:w="519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8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ุมรหัสเอ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สารและเวอร์ชัน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็บและตรวจสอบ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รบถ้วน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ประสาน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ารทบทวนและอนุมัติ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ประวัติ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</w:p>
        </w:tc>
      </w:tr>
      <w:tr>
        <w:trPr>
          <w:trHeight w:hRule="exact" w:val="99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</w:t>
            </w:r>
          </w:p>
        </w:tc>
        <w:tc>
          <w:tcPr>
            <w:tcW w:type="dxa" w:w="1128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Project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Sponsor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(SeV)</w:t>
            </w:r>
          </w:p>
        </w:tc>
        <w:tc>
          <w:tcPr>
            <w:tcW w:type="dxa" w:w="1032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ธรณ์</w:t>
            </w:r>
          </w:p>
        </w:tc>
        <w:tc>
          <w:tcPr>
            <w:tcW w:type="dxa" w:w="109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seri.v@brn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.co.th</w:t>
            </w:r>
          </w:p>
        </w:tc>
        <w:tc>
          <w:tcPr>
            <w:tcW w:type="dxa" w:w="519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อนุมัติ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งบประมาณ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ตัดสินใจเชิง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ลยุทธ์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ารยอมรับและตรวจรับส่งมอบ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อนุมัติปิดโ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230" w:lineRule="exact" w:before="396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6 Project Estimate</w:t>
      </w:r>
    </w:p>
    <w:p>
      <w:pPr>
        <w:autoSpaceDN w:val="0"/>
        <w:autoSpaceDE w:val="0"/>
        <w:widowControl/>
        <w:spacing w:line="210" w:lineRule="exact" w:before="340" w:after="13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6.1 Size of the Software Work Products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4892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Work Product</w:t>
            </w:r>
          </w:p>
        </w:tc>
        <w:tc>
          <w:tcPr>
            <w:tcW w:type="dxa" w:w="355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ปริมาณ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ประมาณ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4892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สารบริหารโ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(PM Process)</w:t>
            </w:r>
          </w:p>
        </w:tc>
        <w:tc>
          <w:tcPr>
            <w:tcW w:type="dxa" w:w="355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4892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ารพัฒนา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(SI Process)</w:t>
            </w:r>
          </w:p>
        </w:tc>
        <w:tc>
          <w:tcPr>
            <w:tcW w:type="dxa" w:w="355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2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4892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ารลู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(Customer Requirements)</w:t>
            </w:r>
          </w:p>
        </w:tc>
        <w:tc>
          <w:tcPr>
            <w:tcW w:type="dxa" w:w="355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80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(CR01–CR14)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4892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ารซอฟต์แวร์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(SRS)</w:t>
            </w:r>
          </w:p>
        </w:tc>
        <w:tc>
          <w:tcPr>
            <w:tcW w:type="dxa" w:w="355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49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(SR01–SR09)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4892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Unit</w:t>
            </w:r>
          </w:p>
        </w:tc>
        <w:tc>
          <w:tcPr>
            <w:tcW w:type="dxa" w:w="355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45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หน่วย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(UN01–UN13)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</w:t>
            </w:r>
          </w:p>
        </w:tc>
        <w:tc>
          <w:tcPr>
            <w:tcW w:type="dxa" w:w="4892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Test Case</w:t>
            </w:r>
          </w:p>
        </w:tc>
        <w:tc>
          <w:tcPr>
            <w:tcW w:type="dxa" w:w="355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45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7</w:t>
            </w:r>
          </w:p>
        </w:tc>
        <w:tc>
          <w:tcPr>
            <w:tcW w:type="dxa" w:w="4892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ตารางฐาน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  <w:tc>
          <w:tcPr>
            <w:tcW w:type="dxa" w:w="355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ประมาณ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50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ตาราง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</w:tr>
    </w:tbl>
    <w:p>
      <w:pPr>
        <w:autoSpaceDN w:val="0"/>
        <w:autoSpaceDE w:val="0"/>
        <w:widowControl/>
        <w:spacing w:line="215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34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3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2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PP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25" name="Picture 2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206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Software Project Plan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p>
      <w:pPr>
        <w:autoSpaceDN w:val="0"/>
        <w:autoSpaceDE w:val="0"/>
        <w:widowControl/>
        <w:spacing w:line="210" w:lineRule="exact" w:before="464" w:after="146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6.2 Effort Man-Day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48"/>
        </w:trPr>
        <w:tc>
          <w:tcPr>
            <w:tcW w:type="dxa" w:w="612"/>
            <w:tcBorders>
              <w:start w:sz="5.600000000000023" w:val="single" w:color="#585858"/>
              <w:top w:sz="5.600000000000023" w:val="single" w:color="#585858"/>
              <w:end w:sz="5.600000000000023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2372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3704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หน้าที่หลั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  <w:tc>
          <w:tcPr>
            <w:tcW w:type="dxa" w:w="2370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120" w:firstLine="0"/>
              <w:jc w:val="righ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ระยะเวลา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(Man-Day)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2372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Manager</w:t>
            </w:r>
          </w:p>
        </w:tc>
        <w:tc>
          <w:tcPr>
            <w:tcW w:type="dxa" w:w="370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ประสานงาน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ติดตามแผน</w:t>
            </w:r>
          </w:p>
        </w:tc>
        <w:tc>
          <w:tcPr>
            <w:tcW w:type="dxa" w:w="237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120</w:t>
            </w:r>
          </w:p>
        </w:tc>
      </w:tr>
      <w:tr>
        <w:trPr>
          <w:trHeight w:hRule="exact" w:val="452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2372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Analyst</w:t>
            </w:r>
          </w:p>
        </w:tc>
        <w:tc>
          <w:tcPr>
            <w:tcW w:type="dxa" w:w="3704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ราะห์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แบบระบบ</w:t>
            </w:r>
          </w:p>
        </w:tc>
        <w:tc>
          <w:tcPr>
            <w:tcW w:type="dxa" w:w="237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60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2372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Developer</w:t>
            </w:r>
          </w:p>
        </w:tc>
        <w:tc>
          <w:tcPr>
            <w:tcW w:type="dxa" w:w="370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พัฒนาระบบและแ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พร่อง</w:t>
            </w:r>
          </w:p>
        </w:tc>
        <w:tc>
          <w:tcPr>
            <w:tcW w:type="dxa" w:w="237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100</w:t>
            </w:r>
          </w:p>
        </w:tc>
      </w:tr>
      <w:tr>
        <w:trPr>
          <w:trHeight w:hRule="exact" w:val="452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2372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QA / Tester</w:t>
            </w:r>
          </w:p>
        </w:tc>
        <w:tc>
          <w:tcPr>
            <w:tcW w:type="dxa" w:w="370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วางแผนทดสอบ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UAT</w:t>
            </w:r>
          </w:p>
        </w:tc>
        <w:tc>
          <w:tcPr>
            <w:tcW w:type="dxa" w:w="237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40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2372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Control</w:t>
            </w:r>
          </w:p>
        </w:tc>
        <w:tc>
          <w:tcPr>
            <w:tcW w:type="dxa" w:w="3704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สารและหลั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237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60</w:t>
            </w:r>
          </w:p>
        </w:tc>
      </w:tr>
    </w:tbl>
    <w:p>
      <w:pPr>
        <w:autoSpaceDN w:val="0"/>
        <w:autoSpaceDE w:val="0"/>
        <w:widowControl/>
        <w:spacing w:line="430" w:lineRule="exact" w:before="196" w:after="204"/>
        <w:ind w:left="256" w:right="7488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7 Project Resources </w:t>
      </w:r>
      <w:r>
        <w:br/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Human Resource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738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Team</w:t>
            </w:r>
          </w:p>
        </w:tc>
        <w:tc>
          <w:tcPr>
            <w:tcW w:type="dxa" w:w="106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จำนวน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)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738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Management (PM, Document Control)</w:t>
            </w:r>
          </w:p>
        </w:tc>
        <w:tc>
          <w:tcPr>
            <w:tcW w:type="dxa" w:w="106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738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Software Implementation (SA, Developer, QA)</w:t>
            </w:r>
          </w:p>
        </w:tc>
        <w:tc>
          <w:tcPr>
            <w:tcW w:type="dxa" w:w="106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738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Project Sponsor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ตัวแทนลู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</w:p>
        </w:tc>
        <w:tc>
          <w:tcPr>
            <w:tcW w:type="dxa" w:w="106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8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</w:tr>
    </w:tbl>
    <w:p>
      <w:pPr>
        <w:autoSpaceDN w:val="0"/>
        <w:autoSpaceDE w:val="0"/>
        <w:widowControl/>
        <w:spacing w:line="210" w:lineRule="exact" w:before="350" w:after="19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Computer Resource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768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จำนวน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7682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Notebook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สำหรับทีมพัฒนาและทดสอบ</w:t>
            </w:r>
          </w:p>
        </w:tc>
        <w:tc>
          <w:tcPr>
            <w:tcW w:type="dxa" w:w="76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รื่อง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768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Git Server (Repository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ก)</w:t>
            </w:r>
          </w:p>
        </w:tc>
        <w:tc>
          <w:tcPr>
            <w:tcW w:type="dxa" w:w="76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5.600000000000364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768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Internal Testing Server (PHP 8, MariaDB, Node.js)</w:t>
            </w:r>
          </w:p>
        </w:tc>
        <w:tc>
          <w:tcPr>
            <w:tcW w:type="dxa" w:w="76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รื่อง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768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Production Server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สำหรับใช้งานจริง</w:t>
            </w:r>
          </w:p>
        </w:tc>
        <w:tc>
          <w:tcPr>
            <w:tcW w:type="dxa" w:w="76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รื่อง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399999999999636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768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รื่องอ่านบาร์โ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้ดสำหรับทดสอบ</w:t>
            </w:r>
          </w:p>
        </w:tc>
        <w:tc>
          <w:tcPr>
            <w:tcW w:type="dxa" w:w="76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รื่อง</w:t>
            </w:r>
          </w:p>
        </w:tc>
      </w:tr>
    </w:tbl>
    <w:p>
      <w:pPr>
        <w:autoSpaceDN w:val="0"/>
        <w:autoSpaceDE w:val="0"/>
        <w:widowControl/>
        <w:spacing w:line="344" w:lineRule="exact" w:before="298" w:after="204"/>
        <w:ind w:left="256" w:right="432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8 Work Schedule</w:t>
      </w:r>
      <w:r>
        <w:br/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แผน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ารดำเนินงาน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รวม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232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วัน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ตั้งแต่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5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2569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ถึง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24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สิงหา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2569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รายละเอียด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ิจ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รรม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ผู้รับผิดชอบ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และสิ่งส่งมอบราย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ิจ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รรม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อยู่ในเอ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200-WMS-26-001-00 Work Schedule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ซึ่งเป็นส่วนหนึ่ง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Project Plan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1904"/>
            <w:tcBorders>
              <w:start w:sz="5.600000000000023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Phase</w:t>
            </w:r>
          </w:p>
        </w:tc>
        <w:tc>
          <w:tcPr>
            <w:tcW w:type="dxa" w:w="2700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ช่วงเวลา</w:t>
            </w:r>
          </w:p>
        </w:tc>
        <w:tc>
          <w:tcPr>
            <w:tcW w:type="dxa" w:w="445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ผลลัพธ์หลั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</w:tr>
      <w:tr>
        <w:trPr>
          <w:trHeight w:hRule="exact" w:val="720"/>
        </w:trPr>
        <w:tc>
          <w:tcPr>
            <w:tcW w:type="dxa" w:w="190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Initiation</w:t>
            </w:r>
          </w:p>
        </w:tc>
        <w:tc>
          <w:tcPr>
            <w:tcW w:type="dxa" w:w="2700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5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 – 23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  <w:tc>
          <w:tcPr>
            <w:tcW w:type="dxa" w:w="445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Statement of Work, Stakeholder Register, Project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Charter</w:t>
            </w:r>
          </w:p>
        </w:tc>
      </w:tr>
      <w:tr>
        <w:trPr>
          <w:trHeight w:hRule="exact" w:val="720"/>
        </w:trPr>
        <w:tc>
          <w:tcPr>
            <w:tcW w:type="dxa" w:w="1904"/>
            <w:tcBorders>
              <w:start w:sz="5.600000000000023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Planning</w:t>
            </w:r>
          </w:p>
        </w:tc>
        <w:tc>
          <w:tcPr>
            <w:tcW w:type="dxa" w:w="2700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 – 18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ุมภาพันธ์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  <w:tc>
          <w:tcPr>
            <w:tcW w:type="dxa" w:w="445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Customer Requirements, Software Project Plan, Work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Schedule</w:t>
            </w:r>
          </w:p>
        </w:tc>
      </w:tr>
    </w:tbl>
    <w:p>
      <w:pPr>
        <w:autoSpaceDN w:val="0"/>
        <w:autoSpaceDE w:val="0"/>
        <w:widowControl/>
        <w:spacing w:line="115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34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3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2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PP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26" name="Picture 2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206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Software Project Plan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48"/>
        </w:trPr>
        <w:tc>
          <w:tcPr>
            <w:tcW w:type="dxa" w:w="1904"/>
            <w:tcBorders>
              <w:start w:sz="5.600000000000023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Phase</w:t>
            </w:r>
          </w:p>
        </w:tc>
        <w:tc>
          <w:tcPr>
            <w:tcW w:type="dxa" w:w="2700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ช่วงเวลา</w:t>
            </w:r>
          </w:p>
        </w:tc>
        <w:tc>
          <w:tcPr>
            <w:tcW w:type="dxa" w:w="4454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ผลลัพธ์หลั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</w:tr>
      <w:tr>
        <w:trPr>
          <w:trHeight w:hRule="exact" w:val="720"/>
        </w:trPr>
        <w:tc>
          <w:tcPr>
            <w:tcW w:type="dxa" w:w="1904"/>
            <w:tcBorders>
              <w:start w:sz="5.600000000000023" w:val="single" w:color="#585858"/>
              <w:top w:sz="6.399999999999977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Execution</w:t>
            </w:r>
          </w:p>
        </w:tc>
        <w:tc>
          <w:tcPr>
            <w:tcW w:type="dxa" w:w="2700"/>
            <w:tcBorders>
              <w:start w:sz="6.400000000000091" w:val="single" w:color="#585858"/>
              <w:top w:sz="6.399999999999977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8" w:right="86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19 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ุมภาพันธ์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 – 29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พฤษภา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</w:t>
            </w:r>
          </w:p>
        </w:tc>
        <w:tc>
          <w:tcPr>
            <w:tcW w:type="dxa" w:w="4454"/>
            <w:tcBorders>
              <w:start w:sz="6.400000000000091" w:val="single" w:color="#585858"/>
              <w:top w:sz="6.399999999999977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4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SRS, Software Design,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ระบบที่พัฒนาแล้ว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Software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Components</w:t>
            </w:r>
          </w:p>
        </w:tc>
      </w:tr>
      <w:tr>
        <w:trPr>
          <w:trHeight w:hRule="exact" w:val="720"/>
        </w:trPr>
        <w:tc>
          <w:tcPr>
            <w:tcW w:type="dxa" w:w="190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576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Verification &amp;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Validation</w:t>
            </w:r>
          </w:p>
        </w:tc>
        <w:tc>
          <w:tcPr>
            <w:tcW w:type="dxa" w:w="270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30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พฤษภา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 – 17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  <w:tc>
          <w:tcPr>
            <w:tcW w:type="dxa" w:w="445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Test Case, Test Report, Verification Results, Validation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Results</w:t>
            </w:r>
          </w:p>
        </w:tc>
      </w:tr>
      <w:tr>
        <w:trPr>
          <w:trHeight w:hRule="exact" w:val="720"/>
        </w:trPr>
        <w:tc>
          <w:tcPr>
            <w:tcW w:type="dxa" w:w="1904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Close</w:t>
            </w:r>
          </w:p>
        </w:tc>
        <w:tc>
          <w:tcPr>
            <w:tcW w:type="dxa" w:w="2700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 – 24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2569</w:t>
            </w:r>
          </w:p>
        </w:tc>
        <w:tc>
          <w:tcPr>
            <w:tcW w:type="dxa" w:w="445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Acceptance Report, Training Report, List of Evidence</w:t>
            </w:r>
          </w:p>
        </w:tc>
      </w:tr>
    </w:tbl>
    <w:p>
      <w:pPr>
        <w:autoSpaceDN w:val="0"/>
        <w:autoSpaceDE w:val="0"/>
        <w:widowControl/>
        <w:spacing w:line="230" w:lineRule="exact" w:before="412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9 Risk Management Plan</w:t>
      </w:r>
    </w:p>
    <w:p>
      <w:pPr>
        <w:autoSpaceDN w:val="0"/>
        <w:autoSpaceDE w:val="0"/>
        <w:widowControl/>
        <w:spacing w:line="244" w:lineRule="exact" w:before="186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วัตถุประสง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์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องแผนบริหาร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วามเสี่ยง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ือระบุแนวทางจัด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วามเสี่ยง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เพื่อให้โ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ารบรรลุเป้าหมาย</w:t>
      </w:r>
    </w:p>
    <w:p>
      <w:pPr>
        <w:autoSpaceDN w:val="0"/>
        <w:autoSpaceDE w:val="0"/>
        <w:widowControl/>
        <w:spacing w:line="244" w:lineRule="exact" w:before="56" w:after="19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ภายในเวลา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งบประมาณ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ุณภาพที่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1172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หมวด</w:t>
            </w:r>
          </w:p>
        </w:tc>
        <w:tc>
          <w:tcPr>
            <w:tcW w:type="dxa" w:w="309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418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1172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</w:t>
            </w:r>
          </w:p>
        </w:tc>
        <w:tc>
          <w:tcPr>
            <w:tcW w:type="dxa" w:w="309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ลุมทุ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รรม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418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ตั้งแต่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Initiation, Planning, Execution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จนถึง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Close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1172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บทบาทผู้รับ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ผิดชอบ</w:t>
            </w:r>
          </w:p>
        </w:tc>
        <w:tc>
          <w:tcPr>
            <w:tcW w:type="dxa" w:w="309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Project Manager (Owner),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ทีมพัฒนา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418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PM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ติดตามและ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วามเสี่ยง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ทีมพัฒนารายงาน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เสี่ยงให้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PM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1172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0" w:right="432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ทบทวน</w:t>
            </w:r>
          </w:p>
        </w:tc>
        <w:tc>
          <w:tcPr>
            <w:tcW w:type="dxa" w:w="309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ทบทวนทุ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งวดรายงาน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้าวหน้า</w:t>
            </w:r>
          </w:p>
        </w:tc>
        <w:tc>
          <w:tcPr>
            <w:tcW w:type="dxa" w:w="418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20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บันทึ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วามเสี่ยงใหม่และ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ารเปลี่ยนแปลงระดับ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วามเสี่ยงใน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Progress Status Record</w:t>
            </w:r>
          </w:p>
        </w:tc>
      </w:tr>
    </w:tbl>
    <w:p>
      <w:pPr>
        <w:autoSpaceDN w:val="0"/>
        <w:autoSpaceDE w:val="0"/>
        <w:widowControl/>
        <w:spacing w:line="244" w:lineRule="exact" w:before="316" w:after="20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ตารางระบุ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วามเสี่ยงหลั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084"/>
        <w:gridCol w:w="1084"/>
        <w:gridCol w:w="1084"/>
        <w:gridCol w:w="1084"/>
        <w:gridCol w:w="1084"/>
        <w:gridCol w:w="1084"/>
        <w:gridCol w:w="1084"/>
        <w:gridCol w:w="1084"/>
        <w:gridCol w:w="1084"/>
      </w:tblGrid>
      <w:tr>
        <w:trPr>
          <w:trHeight w:hRule="exact" w:val="750"/>
        </w:trPr>
        <w:tc>
          <w:tcPr>
            <w:tcW w:type="dxa" w:w="448"/>
            <w:tcBorders>
              <w:start w:sz="5.600000000000023" w:val="single" w:color="#585858"/>
              <w:top w:sz="5.599999999999909" w:val="single" w:color="#585858"/>
              <w:end w:sz="6.399999999999977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62" w:after="0"/>
              <w:ind w:left="0" w:right="0" w:firstLine="0"/>
              <w:jc w:val="center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ลำดับ</w:t>
            </w:r>
          </w:p>
        </w:tc>
        <w:tc>
          <w:tcPr>
            <w:tcW w:type="dxa" w:w="1352"/>
            <w:tcBorders>
              <w:start w:sz="6.399999999999977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วามเสี่ยง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(Risk)</w:t>
            </w:r>
          </w:p>
        </w:tc>
        <w:tc>
          <w:tcPr>
            <w:tcW w:type="dxa" w:w="912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62" w:after="0"/>
              <w:ind w:left="62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ประเภท</w:t>
            </w:r>
          </w:p>
        </w:tc>
        <w:tc>
          <w:tcPr>
            <w:tcW w:type="dxa" w:w="736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โอ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าสเ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ิด</w:t>
            </w:r>
          </w:p>
        </w:tc>
        <w:tc>
          <w:tcPr>
            <w:tcW w:type="dxa" w:w="676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ผล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ระทบ</w:t>
            </w:r>
          </w:p>
        </w:tc>
        <w:tc>
          <w:tcPr>
            <w:tcW w:type="dxa" w:w="584"/>
            <w:tcBorders>
              <w:start w:sz="6.400000000000091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" w:after="0"/>
              <w:ind w:left="138" w:right="140" w:firstLine="8"/>
              <w:jc w:val="both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ระดับ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เสี่ยง</w:t>
            </w:r>
          </w:p>
        </w:tc>
        <w:tc>
          <w:tcPr>
            <w:tcW w:type="dxa" w:w="172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4" w:right="72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แนวทางป้อง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ัน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(Mitigation)</w:t>
            </w:r>
          </w:p>
        </w:tc>
        <w:tc>
          <w:tcPr>
            <w:tcW w:type="dxa" w:w="1740"/>
            <w:tcBorders>
              <w:start w:sz="5.599999999999909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4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แผนรับมือ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(Contingency 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Plan)</w:t>
            </w:r>
          </w:p>
        </w:tc>
        <w:tc>
          <w:tcPr>
            <w:tcW w:type="dxa" w:w="88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6" w:lineRule="exact" w:before="62" w:after="0"/>
              <w:ind w:left="0" w:right="0" w:firstLine="0"/>
              <w:jc w:val="center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ผู้รับผิดชอบ</w:t>
            </w:r>
          </w:p>
        </w:tc>
      </w:tr>
      <w:tr>
        <w:trPr>
          <w:trHeight w:hRule="exact" w:val="750"/>
        </w:trPr>
        <w:tc>
          <w:tcPr>
            <w:tcW w:type="dxa" w:w="448"/>
            <w:tcBorders>
              <w:start w:sz="5.600000000000023" w:val="single" w:color="#585858"/>
              <w:top w:sz="6.400000000000091" w:val="single" w:color="#585858"/>
              <w:end w:sz="6.399999999999977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R1</w:t>
            </w:r>
          </w:p>
        </w:tc>
        <w:tc>
          <w:tcPr>
            <w:tcW w:type="dxa" w:w="1352"/>
            <w:tcBorders>
              <w:start w:sz="6.399999999999977" w:val="single" w:color="#585858"/>
              <w:top w:sz="6.400000000000091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44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วามต้อง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เปลี่ยนแปลงระหว่าง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พัฒนา</w:t>
            </w:r>
          </w:p>
        </w:tc>
        <w:tc>
          <w:tcPr>
            <w:tcW w:type="dxa" w:w="912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ระบวน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</w:t>
            </w:r>
          </w:p>
        </w:tc>
        <w:tc>
          <w:tcPr>
            <w:tcW w:type="dxa" w:w="73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High</w:t>
            </w:r>
          </w:p>
        </w:tc>
        <w:tc>
          <w:tcPr>
            <w:tcW w:type="dxa" w:w="67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High</w:t>
            </w:r>
          </w:p>
        </w:tc>
        <w:tc>
          <w:tcPr>
            <w:tcW w:type="dxa" w:w="584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High</w:t>
            </w:r>
          </w:p>
        </w:tc>
        <w:tc>
          <w:tcPr>
            <w:tcW w:type="dxa" w:w="172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ตั้ง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Baseline 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วามต้อง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และทบทวนทุ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งวด</w:t>
            </w:r>
          </w:p>
        </w:tc>
        <w:tc>
          <w:tcPr>
            <w:tcW w:type="dxa" w:w="1740"/>
            <w:tcBorders>
              <w:start w:sz="5.599999999999909" w:val="single" w:color="#585858"/>
              <w:top w:sz="6.400000000000091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จัดทำ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Change Report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จัดลำดับ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วามสำ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ัญใหม่</w:t>
            </w:r>
          </w:p>
        </w:tc>
        <w:tc>
          <w:tcPr>
            <w:tcW w:type="dxa" w:w="88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ApS / NoC</w:t>
            </w:r>
          </w:p>
        </w:tc>
      </w:tr>
      <w:tr>
        <w:trPr>
          <w:trHeight w:hRule="exact" w:val="750"/>
        </w:trPr>
        <w:tc>
          <w:tcPr>
            <w:tcW w:type="dxa" w:w="448"/>
            <w:tcBorders>
              <w:start w:sz="5.600000000000023" w:val="single" w:color="#585858"/>
              <w:top w:sz="5.600000000000364" w:val="single" w:color="#585858"/>
              <w:end w:sz="6.399999999999977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R2</w:t>
            </w:r>
          </w:p>
        </w:tc>
        <w:tc>
          <w:tcPr>
            <w:tcW w:type="dxa" w:w="1352"/>
            <w:tcBorders>
              <w:start w:sz="6.399999999999977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52" w:firstLine="0"/>
              <w:jc w:val="both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ทีมพัฒนาไม่เพียงพอ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หรือ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าดทั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ษะเฉพาะ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ทาง</w:t>
            </w:r>
          </w:p>
        </w:tc>
        <w:tc>
          <w:tcPr>
            <w:tcW w:type="dxa" w:w="912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บุ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</w:t>
            </w:r>
          </w:p>
        </w:tc>
        <w:tc>
          <w:tcPr>
            <w:tcW w:type="dxa" w:w="73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Middle</w:t>
            </w:r>
          </w:p>
        </w:tc>
        <w:tc>
          <w:tcPr>
            <w:tcW w:type="dxa" w:w="67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High</w:t>
            </w:r>
          </w:p>
        </w:tc>
        <w:tc>
          <w:tcPr>
            <w:tcW w:type="dxa" w:w="584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High</w:t>
            </w:r>
          </w:p>
        </w:tc>
        <w:tc>
          <w:tcPr>
            <w:tcW w:type="dxa" w:w="1726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ถ่ายทอด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วามรู้ภายในทีมและ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จัดทำเอ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สารประ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อบ</w:t>
            </w:r>
          </w:p>
        </w:tc>
        <w:tc>
          <w:tcPr>
            <w:tcW w:type="dxa" w:w="1740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144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ออนุมัติจัดหาผู้เชี่ยวชาญ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เพิ่มเฉพาะงาน</w:t>
            </w:r>
          </w:p>
        </w:tc>
        <w:tc>
          <w:tcPr>
            <w:tcW w:type="dxa" w:w="88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ApS</w:t>
            </w:r>
          </w:p>
        </w:tc>
      </w:tr>
      <w:tr>
        <w:trPr>
          <w:trHeight w:hRule="exact" w:val="766"/>
        </w:trPr>
        <w:tc>
          <w:tcPr>
            <w:tcW w:type="dxa" w:w="448"/>
            <w:tcBorders>
              <w:start w:sz="5.600000000000023" w:val="single" w:color="#585858"/>
              <w:top w:sz="6.399999999999636" w:val="single" w:color="#585858"/>
              <w:end w:sz="6.399999999999977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R3</w:t>
            </w:r>
          </w:p>
        </w:tc>
        <w:tc>
          <w:tcPr>
            <w:tcW w:type="dxa" w:w="1352"/>
            <w:tcBorders>
              <w:start w:sz="6.399999999999977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ยอดสิน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ลังไม่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ถู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ต้อง</w:t>
            </w:r>
          </w:p>
        </w:tc>
        <w:tc>
          <w:tcPr>
            <w:tcW w:type="dxa" w:w="912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เท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โนโลยี</w:t>
            </w:r>
          </w:p>
        </w:tc>
        <w:tc>
          <w:tcPr>
            <w:tcW w:type="dxa" w:w="73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Middle</w:t>
            </w:r>
          </w:p>
        </w:tc>
        <w:tc>
          <w:tcPr>
            <w:tcW w:type="dxa" w:w="67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High</w:t>
            </w:r>
          </w:p>
        </w:tc>
        <w:tc>
          <w:tcPr>
            <w:tcW w:type="dxa" w:w="584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High</w:t>
            </w:r>
          </w:p>
        </w:tc>
        <w:tc>
          <w:tcPr>
            <w:tcW w:type="dxa" w:w="1726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0" w:right="0" w:firstLine="0"/>
              <w:jc w:val="center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ใช้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Transaction,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ตรวจสอบ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้อมูลนำเ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และล็อ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ราย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</w:t>
            </w:r>
          </w:p>
        </w:tc>
        <w:tc>
          <w:tcPr>
            <w:tcW w:type="dxa" w:w="1740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288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ตรวจสอบและปรับปรุงยอด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พร้อมบันทึ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 Correction</w:t>
            </w:r>
          </w:p>
          <w:p>
            <w:pPr>
              <w:autoSpaceDN w:val="0"/>
              <w:autoSpaceDE w:val="0"/>
              <w:widowControl/>
              <w:spacing w:line="144" w:lineRule="exact" w:before="66" w:after="0"/>
              <w:ind w:left="64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Register</w:t>
            </w:r>
          </w:p>
        </w:tc>
        <w:tc>
          <w:tcPr>
            <w:tcW w:type="dxa" w:w="88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ThS / PaNg</w:t>
            </w:r>
          </w:p>
        </w:tc>
      </w:tr>
      <w:tr>
        <w:trPr>
          <w:trHeight w:hRule="exact" w:val="540"/>
        </w:trPr>
        <w:tc>
          <w:tcPr>
            <w:tcW w:type="dxa" w:w="448"/>
            <w:tcBorders>
              <w:start w:sz="5.600000000000023" w:val="single" w:color="#585858"/>
              <w:top w:sz="5.600000000000364" w:val="single" w:color="#585858"/>
              <w:end w:sz="6.399999999999977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R4</w:t>
            </w:r>
          </w:p>
        </w:tc>
        <w:tc>
          <w:tcPr>
            <w:tcW w:type="dxa" w:w="1352"/>
            <w:tcBorders>
              <w:start w:sz="6.399999999999977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8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้อมูลรั่วไหล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้ามบริษัท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หรือสิทธิ์ไม่รัด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ุม</w:t>
            </w:r>
          </w:p>
        </w:tc>
        <w:tc>
          <w:tcPr>
            <w:tcW w:type="dxa" w:w="912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62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วามปลอดภัย</w:t>
            </w:r>
          </w:p>
        </w:tc>
        <w:tc>
          <w:tcPr>
            <w:tcW w:type="dxa" w:w="73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Middle</w:t>
            </w:r>
          </w:p>
        </w:tc>
        <w:tc>
          <w:tcPr>
            <w:tcW w:type="dxa" w:w="67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High</w:t>
            </w:r>
          </w:p>
        </w:tc>
        <w:tc>
          <w:tcPr>
            <w:tcW w:type="dxa" w:w="584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High</w:t>
            </w:r>
          </w:p>
        </w:tc>
        <w:tc>
          <w:tcPr>
            <w:tcW w:type="dxa" w:w="1726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4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บัง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ับ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Role Guard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</w:t>
            </w:r>
            <w:r>
              <w:br/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อบเ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ตบริษัทฝั่งเซิร์ฟเวอร์</w:t>
            </w:r>
          </w:p>
        </w:tc>
        <w:tc>
          <w:tcPr>
            <w:tcW w:type="dxa" w:w="1740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20" w:after="0"/>
              <w:ind w:left="64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ปิดช่องโหว่ทันทีและทดสอบ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สิทธิ์เชิงลบซ้ำ</w:t>
            </w:r>
          </w:p>
        </w:tc>
        <w:tc>
          <w:tcPr>
            <w:tcW w:type="dxa" w:w="88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86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ThS / PaNg</w:t>
            </w:r>
          </w:p>
        </w:tc>
      </w:tr>
      <w:tr>
        <w:trPr>
          <w:trHeight w:hRule="exact" w:val="540"/>
        </w:trPr>
        <w:tc>
          <w:tcPr>
            <w:tcW w:type="dxa" w:w="448"/>
            <w:tcBorders>
              <w:start w:sz="5.600000000000023" w:val="single" w:color="#585858"/>
              <w:top w:sz="5.600000000000364" w:val="single" w:color="#585858"/>
              <w:end w:sz="6.399999999999977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R5</w:t>
            </w:r>
          </w:p>
        </w:tc>
        <w:tc>
          <w:tcPr>
            <w:tcW w:type="dxa" w:w="1352"/>
            <w:tcBorders>
              <w:start w:sz="6.399999999999977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8" w:after="0"/>
              <w:ind w:left="68" w:right="144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่าตั้ง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่าหรือ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วามลับ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รั่วไหล</w:t>
            </w:r>
          </w:p>
        </w:tc>
        <w:tc>
          <w:tcPr>
            <w:tcW w:type="dxa" w:w="912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วามปลอดภัย</w:t>
            </w:r>
          </w:p>
        </w:tc>
        <w:tc>
          <w:tcPr>
            <w:tcW w:type="dxa" w:w="73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Middle</w:t>
            </w:r>
          </w:p>
        </w:tc>
        <w:tc>
          <w:tcPr>
            <w:tcW w:type="dxa" w:w="67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High</w:t>
            </w:r>
          </w:p>
        </w:tc>
        <w:tc>
          <w:tcPr>
            <w:tcW w:type="dxa" w:w="584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High</w:t>
            </w:r>
          </w:p>
        </w:tc>
        <w:tc>
          <w:tcPr>
            <w:tcW w:type="dxa" w:w="1726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4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ย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เว้นไฟล์ตั้ง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่าจา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ก Git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สร้าง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วามลับตอนติดตั้ง</w:t>
            </w:r>
          </w:p>
        </w:tc>
        <w:tc>
          <w:tcPr>
            <w:tcW w:type="dxa" w:w="1740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4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เปลี่ยน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่า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วามลับและตรวจ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สอบประวัติ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ารเ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้าถึง</w:t>
            </w:r>
          </w:p>
        </w:tc>
        <w:tc>
          <w:tcPr>
            <w:tcW w:type="dxa" w:w="88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ThS</w:t>
            </w:r>
          </w:p>
        </w:tc>
      </w:tr>
      <w:tr>
        <w:trPr>
          <w:trHeight w:hRule="exact" w:val="554"/>
        </w:trPr>
        <w:tc>
          <w:tcPr>
            <w:tcW w:type="dxa" w:w="448"/>
            <w:tcBorders>
              <w:start w:sz="5.600000000000023" w:val="single" w:color="#585858"/>
              <w:top w:sz="5.600000000000364" w:val="single" w:color="#585858"/>
              <w:end w:sz="6.399999999999977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R6</w:t>
            </w:r>
          </w:p>
        </w:tc>
        <w:tc>
          <w:tcPr>
            <w:tcW w:type="dxa" w:w="1352"/>
            <w:tcBorders>
              <w:start w:sz="6.399999999999977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38" w:after="0"/>
              <w:ind w:left="68" w:right="144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้อมูลสูญหายระหว่าง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พัฒนาหรือใช้งาน</w:t>
            </w:r>
          </w:p>
        </w:tc>
        <w:tc>
          <w:tcPr>
            <w:tcW w:type="dxa" w:w="912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8" w:after="0"/>
              <w:ind w:left="62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เท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โนโลยี</w:t>
            </w:r>
          </w:p>
        </w:tc>
        <w:tc>
          <w:tcPr>
            <w:tcW w:type="dxa" w:w="73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Middle</w:t>
            </w:r>
          </w:p>
        </w:tc>
        <w:tc>
          <w:tcPr>
            <w:tcW w:type="dxa" w:w="67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High</w:t>
            </w:r>
          </w:p>
        </w:tc>
        <w:tc>
          <w:tcPr>
            <w:tcW w:type="dxa" w:w="584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High</w:t>
            </w:r>
          </w:p>
        </w:tc>
        <w:tc>
          <w:tcPr>
            <w:tcW w:type="dxa" w:w="1726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4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สำรอง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Git 2 Remote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สำรองฐาน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้อมูลรายวัน</w:t>
            </w:r>
          </w:p>
        </w:tc>
        <w:tc>
          <w:tcPr>
            <w:tcW w:type="dxa" w:w="1740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6" w:after="0"/>
              <w:ind w:left="64" w:right="144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ู้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ืนจา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ชุดสำรองตาม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ข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ั้น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ตอนใน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ู่มือ</w:t>
            </w:r>
          </w:p>
        </w:tc>
        <w:tc>
          <w:tcPr>
            <w:tcW w:type="dxa" w:w="88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2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ThS</w:t>
            </w:r>
          </w:p>
        </w:tc>
      </w:tr>
      <w:tr>
        <w:trPr>
          <w:trHeight w:hRule="exact" w:val="750"/>
        </w:trPr>
        <w:tc>
          <w:tcPr>
            <w:tcW w:type="dxa" w:w="448"/>
            <w:tcBorders>
              <w:start w:sz="5.600000000000023" w:val="single" w:color="#585858"/>
              <w:top w:sz="6.399999999999636" w:val="single" w:color="#585858"/>
              <w:end w:sz="6.399999999999977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R7</w:t>
            </w:r>
          </w:p>
        </w:tc>
        <w:tc>
          <w:tcPr>
            <w:tcW w:type="dxa" w:w="1352"/>
            <w:tcBorders>
              <w:start w:sz="6.399999999999977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2" w:lineRule="exact" w:before="42" w:after="0"/>
              <w:ind w:left="68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หลั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ฐาน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ารทดสอบ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และตรวจรับไม่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รบ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ถ้วน</w:t>
            </w:r>
          </w:p>
        </w:tc>
        <w:tc>
          <w:tcPr>
            <w:tcW w:type="dxa" w:w="912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ระบวน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</w:t>
            </w:r>
          </w:p>
        </w:tc>
        <w:tc>
          <w:tcPr>
            <w:tcW w:type="dxa" w:w="73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Middle</w:t>
            </w:r>
          </w:p>
        </w:tc>
        <w:tc>
          <w:tcPr>
            <w:tcW w:type="dxa" w:w="67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High</w:t>
            </w:r>
          </w:p>
        </w:tc>
        <w:tc>
          <w:tcPr>
            <w:tcW w:type="dxa" w:w="584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High</w:t>
            </w:r>
          </w:p>
        </w:tc>
        <w:tc>
          <w:tcPr>
            <w:tcW w:type="dxa" w:w="1726"/>
            <w:tcBorders>
              <w:start w:sz="6.400000000000091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64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รั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ษา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ารสอบ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ลับสอง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ทิศทางและบันทึ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ผลทุ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รั้ง</w:t>
            </w:r>
          </w:p>
        </w:tc>
        <w:tc>
          <w:tcPr>
            <w:tcW w:type="dxa" w:w="1740"/>
            <w:tcBorders>
              <w:start w:sz="5.599999999999909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48" w:after="0"/>
              <w:ind w:left="64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ทดสอบซ้ำและบันทึ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หลั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ฐาน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่อนตรวจรับ</w:t>
            </w:r>
          </w:p>
        </w:tc>
        <w:tc>
          <w:tcPr>
            <w:tcW w:type="dxa" w:w="884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PaNg / YaB</w:t>
            </w:r>
          </w:p>
        </w:tc>
      </w:tr>
      <w:tr>
        <w:trPr>
          <w:trHeight w:hRule="exact" w:val="750"/>
        </w:trPr>
        <w:tc>
          <w:tcPr>
            <w:tcW w:type="dxa" w:w="448"/>
            <w:tcBorders>
              <w:start w:sz="5.600000000000023" w:val="single" w:color="#585858"/>
              <w:top w:sz="5.600000000000364" w:val="single" w:color="#585858"/>
              <w:end w:sz="6.399999999999977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R8</w:t>
            </w:r>
          </w:p>
        </w:tc>
        <w:tc>
          <w:tcPr>
            <w:tcW w:type="dxa" w:w="1352"/>
            <w:tcBorders>
              <w:start w:sz="6.399999999999977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8" w:right="144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ผู้ใช้ไม่ยอมรับระบบ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(UAT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ไม่ผ่าน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)</w:t>
            </w:r>
          </w:p>
        </w:tc>
        <w:tc>
          <w:tcPr>
            <w:tcW w:type="dxa" w:w="912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68" w:lineRule="exact" w:before="76" w:after="0"/>
              <w:ind w:left="62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ผู้ใช้งาน</w:t>
            </w:r>
          </w:p>
        </w:tc>
        <w:tc>
          <w:tcPr>
            <w:tcW w:type="dxa" w:w="73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Middle</w:t>
            </w:r>
          </w:p>
        </w:tc>
        <w:tc>
          <w:tcPr>
            <w:tcW w:type="dxa" w:w="67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High</w:t>
            </w:r>
          </w:p>
        </w:tc>
        <w:tc>
          <w:tcPr>
            <w:tcW w:type="dxa" w:w="584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High</w:t>
            </w:r>
          </w:p>
        </w:tc>
        <w:tc>
          <w:tcPr>
            <w:tcW w:type="dxa" w:w="1726"/>
            <w:tcBorders>
              <w:start w:sz="6.400000000000091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ให้ผู้ใช้ร่วมทบทวน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ค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วาม</w:t>
            </w:r>
            <w:r>
              <w:br/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ต้อง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ารและสาธิตระบบระหว่าง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พัฒนา</w:t>
            </w:r>
          </w:p>
        </w:tc>
        <w:tc>
          <w:tcPr>
            <w:tcW w:type="dxa" w:w="1740"/>
            <w:tcBorders>
              <w:start w:sz="5.599999999999909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34" w:after="0"/>
              <w:ind w:left="64" w:right="0" w:firstLine="0"/>
              <w:jc w:val="left"/>
            </w:pP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ปรับปรุงตาม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 xml:space="preserve"> Feedback 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และ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ทดสอบ</w:t>
            </w: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ก</w:t>
            </w:r>
            <w:r>
              <w:rPr>
                <w:w w:val="102.85714694431849"/>
                <w:rFonts w:ascii="Type3 (5 0 R)" w:hAnsi="Type3 (5 0 R)" w:eastAsia="Type3 (5 0 R)"/>
                <w:b w:val="0"/>
                <w:i w:val="0"/>
                <w:color w:val="111111"/>
                <w:sz w:val="14"/>
              </w:rPr>
              <w:t>ารยอมรับใหม่</w:t>
            </w:r>
          </w:p>
        </w:tc>
        <w:tc>
          <w:tcPr>
            <w:tcW w:type="dxa" w:w="884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44" w:lineRule="exact" w:before="100" w:after="0"/>
              <w:ind w:left="0" w:right="0" w:firstLine="0"/>
              <w:jc w:val="center"/>
            </w:pPr>
            <w:r>
              <w:rPr>
                <w:w w:val="102.85714694431849"/>
                <w:rFonts w:ascii="Type3 (4 0 R)" w:hAnsi="Type3 (4 0 R)" w:eastAsia="Type3 (4 0 R)"/>
                <w:b w:val="0"/>
                <w:i w:val="0"/>
                <w:color w:val="111111"/>
                <w:sz w:val="14"/>
              </w:rPr>
              <w:t>ApS / SeV</w:t>
            </w:r>
          </w:p>
        </w:tc>
      </w:tr>
    </w:tbl>
    <w:p>
      <w:pPr>
        <w:autoSpaceDN w:val="0"/>
        <w:autoSpaceDE w:val="0"/>
        <w:widowControl/>
        <w:spacing w:line="124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34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3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2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PP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27" name="Picture 2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206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Software Project Plan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p>
      <w:pPr>
        <w:autoSpaceDN w:val="0"/>
        <w:autoSpaceDE w:val="0"/>
        <w:widowControl/>
        <w:spacing w:line="430" w:lineRule="exact" w:before="264" w:after="190"/>
        <w:ind w:left="256" w:right="3456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10 Contingency Actions for Non-Completed Tasks</w:t>
      </w:r>
      <w:r>
        <w:br/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แผนรองรับสำหรับ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รณีงานไม่แล้วเสร็จตาม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(Non-Completed Task)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1626"/>
        <w:gridCol w:w="1626"/>
        <w:gridCol w:w="1626"/>
        <w:gridCol w:w="1626"/>
        <w:gridCol w:w="1626"/>
        <w:gridCol w:w="1626"/>
      </w:tblGrid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145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</w:t>
            </w:r>
          </w:p>
        </w:tc>
        <w:tc>
          <w:tcPr>
            <w:tcW w:type="dxa" w:w="166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สาเหตุที่พบบ่อย</w:t>
            </w:r>
          </w:p>
        </w:tc>
        <w:tc>
          <w:tcPr>
            <w:tcW w:type="dxa" w:w="1470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2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ระทบที่อาจ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ิด</w:t>
            </w:r>
          </w:p>
        </w:tc>
        <w:tc>
          <w:tcPr>
            <w:tcW w:type="dxa" w:w="303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แผนรองรับเมื่อเ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ิดเหตุ</w:t>
            </w:r>
          </w:p>
        </w:tc>
        <w:tc>
          <w:tcPr>
            <w:tcW w:type="dxa" w:w="82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ผู้รับผิด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ชอบ</w:t>
            </w:r>
          </w:p>
        </w:tc>
      </w:tr>
      <w:tr>
        <w:trPr>
          <w:trHeight w:hRule="exact" w:val="992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145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งานไม่เสร็จภายใน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(Due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Date)</w:t>
            </w:r>
          </w:p>
        </w:tc>
        <w:tc>
          <w:tcPr>
            <w:tcW w:type="dxa" w:w="166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150" w:firstLine="0"/>
              <w:jc w:val="both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ประเมินเวลาผิดพลาด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หรือทรัพยา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รไม่เพียง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พอ</w:t>
            </w:r>
          </w:p>
        </w:tc>
        <w:tc>
          <w:tcPr>
            <w:tcW w:type="dxa" w:w="1470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Timeline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ำหนดส่งมอบ</w:t>
            </w:r>
          </w:p>
        </w:tc>
        <w:tc>
          <w:tcPr>
            <w:tcW w:type="dxa" w:w="303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ประชุมด่วนเพื่อประเมินสถานะ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จัดลำดับ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วามสำ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ัญใหม่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ปรับแผน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และแจ้งลู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อย่างเป็นทาง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82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</w:t>
            </w:r>
          </w:p>
        </w:tc>
      </w:tr>
      <w:tr>
        <w:trPr>
          <w:trHeight w:hRule="exact" w:val="974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1456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งานล่าช้าเพราะ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าดบุ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</w:t>
            </w:r>
          </w:p>
        </w:tc>
        <w:tc>
          <w:tcPr>
            <w:tcW w:type="dxa" w:w="166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ลาป่วย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หรือไม่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พร้อมปฏิบัติงาน</w:t>
            </w:r>
          </w:p>
        </w:tc>
        <w:tc>
          <w:tcPr>
            <w:tcW w:type="dxa" w:w="1470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2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้างสะสมและ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ภาระงาน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ระจุ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ตัว</w:t>
            </w:r>
          </w:p>
        </w:tc>
        <w:tc>
          <w:tcPr>
            <w:tcW w:type="dxa" w:w="303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04" w:right="266" w:firstLine="0"/>
              <w:jc w:val="both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จัดทำเอ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สารส่งมอบงาน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ถ่ายทอด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วามรู้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ให้ผู้ปฏิบัติแทน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ออนุมัติจัดหาผู้ช่วย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เฉพาะงาน</w:t>
            </w:r>
          </w:p>
        </w:tc>
        <w:tc>
          <w:tcPr>
            <w:tcW w:type="dxa" w:w="82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58" w:after="0"/>
              <w:ind w:left="118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ApS 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ฝ่าย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</w:t>
            </w:r>
          </w:p>
        </w:tc>
      </w:tr>
      <w:tr>
        <w:trPr>
          <w:trHeight w:hRule="exact" w:val="976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145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้างเพราะรอ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ผู้ใช้</w:t>
            </w:r>
          </w:p>
        </w:tc>
        <w:tc>
          <w:tcPr>
            <w:tcW w:type="dxa" w:w="166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ผู้ให้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้อมูลส่ง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ารหรือ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้อมูลตั้ง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ต้นล่าช้า</w:t>
            </w:r>
          </w:p>
        </w:tc>
        <w:tc>
          <w:tcPr>
            <w:tcW w:type="dxa" w:w="1470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144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ไม่สามารถพัฒนา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หรือทดสอบต่อได้</w:t>
            </w:r>
          </w:p>
        </w:tc>
        <w:tc>
          <w:tcPr>
            <w:tcW w:type="dxa" w:w="303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แจ้งเตือนเป็นลายลั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ษณ์อั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งานที่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ยังไม่พร้อมออ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ก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และนัดยืนยัน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Timeline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ใหม่</w:t>
            </w:r>
          </w:p>
        </w:tc>
        <w:tc>
          <w:tcPr>
            <w:tcW w:type="dxa" w:w="82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ApS /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SeV</w:t>
            </w:r>
          </w:p>
        </w:tc>
      </w:tr>
      <w:tr>
        <w:trPr>
          <w:trHeight w:hRule="exact" w:val="974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145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224" w:firstLine="0"/>
              <w:jc w:val="both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งานไม่เสร็จเพราะ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พร่องซ้ำ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ซ้อน</w:t>
            </w:r>
          </w:p>
        </w:tc>
        <w:tc>
          <w:tcPr>
            <w:tcW w:type="dxa" w:w="1666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218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วามซับซ้อนสูงหรือ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ารทดสอบระยะ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  <w:tc>
          <w:tcPr>
            <w:tcW w:type="dxa" w:w="1470"/>
            <w:tcBorders>
              <w:start w:sz="5.599999999999909" w:val="single" w:color="#585858"/>
              <w:top w:sz="5.599999999999909" w:val="single" w:color="#585858"/>
              <w:end w:sz="6.400000000000091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2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วามล่าช้าใน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ารพัฒนาและ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</w:t>
            </w:r>
          </w:p>
        </w:tc>
        <w:tc>
          <w:tcPr>
            <w:tcW w:type="dxa" w:w="3030"/>
            <w:tcBorders>
              <w:start w:sz="6.400000000000091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0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จัดลำดับ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พร่องตาม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วามรุนแรง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งานพัฒนาใหม่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ทดสอบซ้ำ</w:t>
            </w:r>
          </w:p>
        </w:tc>
        <w:tc>
          <w:tcPr>
            <w:tcW w:type="dxa" w:w="824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144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ThS / 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PaNg</w:t>
            </w:r>
          </w:p>
        </w:tc>
      </w:tr>
      <w:tr>
        <w:trPr>
          <w:trHeight w:hRule="exact" w:val="99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1456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งานล่าช้าเพราะ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br/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1666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ตเปลี่ยนหลัง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เริ่มงาน</w:t>
            </w:r>
          </w:p>
        </w:tc>
        <w:tc>
          <w:tcPr>
            <w:tcW w:type="dxa" w:w="1470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2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ระทบแผนงาน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และสิ่งส่งมอบ</w:t>
            </w:r>
          </w:p>
        </w:tc>
        <w:tc>
          <w:tcPr>
            <w:tcW w:type="dxa" w:w="3030"/>
            <w:tcBorders>
              <w:start w:sz="6.400000000000091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0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จัดทำ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Change Report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อย่างเป็นทาง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ประเมินผล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ออนุมัติ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่อนดำเนิน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ารต่อ</w:t>
            </w:r>
          </w:p>
        </w:tc>
        <w:tc>
          <w:tcPr>
            <w:tcW w:type="dxa" w:w="824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ApS /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SeV</w:t>
            </w:r>
          </w:p>
        </w:tc>
      </w:tr>
    </w:tbl>
    <w:p>
      <w:pPr>
        <w:autoSpaceDN w:val="0"/>
        <w:autoSpaceDE w:val="0"/>
        <w:widowControl/>
        <w:spacing w:line="432" w:lineRule="exact" w:before="192" w:after="0"/>
        <w:ind w:left="256" w:right="4608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3"/>
        </w:rPr>
        <w:t>11 Document and Repository</w:t>
      </w:r>
      <w:r>
        <w:br/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รูปแบบไฟล์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(File Format)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ำหนดชื่อไฟล์ให้ใช้รูปแบบดังนี้</w:t>
      </w:r>
    </w:p>
    <w:p>
      <w:pPr>
        <w:autoSpaceDN w:val="0"/>
        <w:autoSpaceDE w:val="0"/>
        <w:widowControl/>
        <w:spacing w:line="240" w:lineRule="auto" w:before="254" w:after="196"/>
        <w:ind w:left="256" w:right="0" w:firstLine="0"/>
        <w:jc w:val="left"/>
      </w:pPr>
      <w:r>
        <w:rPr>
          <w:rFonts w:ascii="DejaVu Sans Mono" w:hAnsi="DejaVu Sans Mono" w:eastAsia="DejaVu Sans Mono"/>
          <w:b w:val="0"/>
          <w:i w:val="0"/>
          <w:color w:val="111111"/>
          <w:sz w:val="19"/>
        </w:rPr>
        <w:t>[Project code] [Document name] [yyyymmdd] V[version] [editor name].[ext.]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2580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6478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2580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[Project code]</w:t>
            </w:r>
          </w:p>
        </w:tc>
        <w:tc>
          <w:tcPr>
            <w:tcW w:type="dxa" w:w="6478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รหัสโ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ารตามส่วนงานบัญชี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เช่น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200-WMS-26-001-00</w:t>
            </w:r>
          </w:p>
        </w:tc>
      </w:tr>
      <w:tr>
        <w:trPr>
          <w:trHeight w:hRule="exact" w:val="464"/>
        </w:trPr>
        <w:tc>
          <w:tcPr>
            <w:tcW w:type="dxa" w:w="2580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[Document name]</w:t>
            </w:r>
          </w:p>
        </w:tc>
        <w:tc>
          <w:tcPr>
            <w:tcW w:type="dxa" w:w="6478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เช่น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Progress Status Record</w:t>
            </w:r>
          </w:p>
        </w:tc>
      </w:tr>
      <w:tr>
        <w:trPr>
          <w:trHeight w:hRule="exact" w:val="450"/>
        </w:trPr>
        <w:tc>
          <w:tcPr>
            <w:tcW w:type="dxa" w:w="2580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[yyyymmdd]</w:t>
            </w:r>
          </w:p>
        </w:tc>
        <w:tc>
          <w:tcPr>
            <w:tcW w:type="dxa" w:w="6478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สารตามปีพุทธศั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ราช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เช่น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25690817</w:t>
            </w:r>
          </w:p>
        </w:tc>
      </w:tr>
      <w:tr>
        <w:trPr>
          <w:trHeight w:hRule="exact" w:val="466"/>
        </w:trPr>
        <w:tc>
          <w:tcPr>
            <w:tcW w:type="dxa" w:w="2580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[version]</w:t>
            </w:r>
          </w:p>
        </w:tc>
        <w:tc>
          <w:tcPr>
            <w:tcW w:type="dxa" w:w="6478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เวอร์ชัน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เช่น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1.0</w:t>
            </w:r>
          </w:p>
        </w:tc>
      </w:tr>
      <w:tr>
        <w:trPr>
          <w:trHeight w:hRule="exact" w:val="450"/>
        </w:trPr>
        <w:tc>
          <w:tcPr>
            <w:tcW w:type="dxa" w:w="2580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[editor name]</w:t>
            </w:r>
          </w:p>
        </w:tc>
        <w:tc>
          <w:tcPr>
            <w:tcW w:type="dxa" w:w="6478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ตัวย่อ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องชื่อผู้จัดทำ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เช่น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ApS</w:t>
            </w:r>
          </w:p>
        </w:tc>
      </w:tr>
      <w:tr>
        <w:trPr>
          <w:trHeight w:hRule="exact" w:val="464"/>
        </w:trPr>
        <w:tc>
          <w:tcPr>
            <w:tcW w:type="dxa" w:w="2580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[ext.]</w:t>
            </w:r>
          </w:p>
        </w:tc>
        <w:tc>
          <w:tcPr>
            <w:tcW w:type="dxa" w:w="6478"/>
            <w:tcBorders>
              <w:start w:sz="5.599999999999909" w:val="single" w:color="#585858"/>
              <w:top w:sz="6.399999999999636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นามส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ุลไฟล์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เช่น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pdf</w:t>
            </w:r>
          </w:p>
        </w:tc>
      </w:tr>
    </w:tbl>
    <w:p>
      <w:pPr>
        <w:autoSpaceDN w:val="0"/>
        <w:autoSpaceDE w:val="0"/>
        <w:widowControl/>
        <w:spacing w:line="300" w:lineRule="exact" w:before="260" w:after="190"/>
        <w:ind w:left="256" w:right="576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ารประ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าศเวอร์ชัน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(Version Declaration)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็บเอ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สารแต่ละเวอร์ชันแย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ไฟล์เพื่อให้ตรวจสอบย้อนหลังได้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โดยใช้รูป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แบบ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Major.Minor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64"/>
        </w:trPr>
        <w:tc>
          <w:tcPr>
            <w:tcW w:type="dxa" w:w="3778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เวอร์ชัน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(Version)</w:t>
            </w:r>
          </w:p>
        </w:tc>
        <w:tc>
          <w:tcPr>
            <w:tcW w:type="dxa" w:w="5280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20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3778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0.1 (Draft)</w:t>
            </w:r>
          </w:p>
        </w:tc>
        <w:tc>
          <w:tcPr>
            <w:tcW w:type="dxa" w:w="5280"/>
            <w:tcBorders>
              <w:start w:sz="5.599999999999909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ร่างเอ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สารฉบับแร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</w:tr>
    </w:tbl>
    <w:p>
      <w:pPr>
        <w:autoSpaceDN w:val="0"/>
        <w:autoSpaceDE w:val="0"/>
        <w:widowControl/>
        <w:spacing w:line="1244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34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3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2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PP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28" name="Picture 2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206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Software Project Plan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40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4877"/>
        <w:gridCol w:w="4877"/>
      </w:tblGrid>
      <w:tr>
        <w:trPr>
          <w:trHeight w:hRule="exact" w:val="448"/>
        </w:trPr>
        <w:tc>
          <w:tcPr>
            <w:tcW w:type="dxa" w:w="3778"/>
            <w:tcBorders>
              <w:start w:sz="5.600000000000023" w:val="single" w:color="#585858"/>
              <w:top w:sz="5.600000000000023" w:val="single" w:color="#585858"/>
              <w:end w:sz="5.599999999999909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เวอร์ชัน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(Version)</w:t>
            </w:r>
          </w:p>
        </w:tc>
        <w:tc>
          <w:tcPr>
            <w:tcW w:type="dxa" w:w="5280"/>
            <w:tcBorders>
              <w:start w:sz="5.599999999999909" w:val="single" w:color="#585858"/>
              <w:top w:sz="5.600000000000023" w:val="single" w:color="#585858"/>
              <w:end w:sz="5.600000000000364" w:val="single" w:color="#585858"/>
              <w:bottom w:sz="6.399999999999977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3778"/>
            <w:tcBorders>
              <w:start w:sz="5.600000000000023" w:val="single" w:color="#585858"/>
              <w:top w:sz="6.399999999999977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0.2 (Draft)</w:t>
            </w:r>
          </w:p>
        </w:tc>
        <w:tc>
          <w:tcPr>
            <w:tcW w:type="dxa" w:w="5280"/>
            <w:tcBorders>
              <w:start w:sz="5.599999999999909" w:val="single" w:color="#585858"/>
              <w:top w:sz="6.399999999999977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ปรับปรุงตามผล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ารทบทวน</w:t>
            </w:r>
          </w:p>
        </w:tc>
      </w:tr>
      <w:tr>
        <w:trPr>
          <w:trHeight w:hRule="exact" w:val="452"/>
        </w:trPr>
        <w:tc>
          <w:tcPr>
            <w:tcW w:type="dxa" w:w="3778"/>
            <w:tcBorders>
              <w:start w:sz="5.600000000000023" w:val="single" w:color="#585858"/>
              <w:top w:sz="5.599999999999909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1.0 (Release)</w:t>
            </w:r>
          </w:p>
        </w:tc>
        <w:tc>
          <w:tcPr>
            <w:tcW w:type="dxa" w:w="5280"/>
            <w:tcBorders>
              <w:start w:sz="5.599999999999909" w:val="single" w:color="#585858"/>
              <w:top w:sz="5.599999999999909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อนุมัติใช้เป็นเอ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สารทาง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</w:tr>
      <w:tr>
        <w:trPr>
          <w:trHeight w:hRule="exact" w:val="464"/>
        </w:trPr>
        <w:tc>
          <w:tcPr>
            <w:tcW w:type="dxa" w:w="3778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6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1.1 (Revision)</w:t>
            </w:r>
          </w:p>
        </w:tc>
        <w:tc>
          <w:tcPr>
            <w:tcW w:type="dxa" w:w="5280"/>
            <w:tcBorders>
              <w:start w:sz="5.599999999999909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ปรับปรุงเอ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สารหลังอนุมัติ</w:t>
            </w:r>
          </w:p>
        </w:tc>
      </w:tr>
    </w:tbl>
    <w:p>
      <w:pPr>
        <w:autoSpaceDN w:val="0"/>
        <w:autoSpaceDE w:val="0"/>
        <w:widowControl/>
        <w:spacing w:line="244" w:lineRule="exact" w:before="318" w:after="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Project Repository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ใช้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Git Server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เป็นศูนย์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ลางใน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ารจัดเ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็บและ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ุมเวอร์ชัน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Source Code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และเอ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สาร</w:t>
      </w:r>
    </w:p>
    <w:p>
      <w:pPr>
        <w:autoSpaceDN w:val="0"/>
        <w:autoSpaceDE w:val="0"/>
        <w:widowControl/>
        <w:spacing w:line="244" w:lineRule="exact" w:before="56" w:after="20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ทั้งหมดที่เ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ี่ยว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ับโ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2176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6270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217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(Repository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Location)</w:t>
            </w:r>
          </w:p>
        </w:tc>
        <w:tc>
          <w:tcPr>
            <w:tcW w:type="dxa" w:w="627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576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ทีมงานเ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ผ่าน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Git Server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โดย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Repository 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ารนี้เ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็บทั้ง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Source Code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ISO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217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สิทธิ์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้าถึง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(Access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Control)</w:t>
            </w:r>
          </w:p>
        </w:tc>
        <w:tc>
          <w:tcPr>
            <w:tcW w:type="dxa" w:w="627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สมาชิ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ารได้รับสิทธิ์ตามบทบาท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โดย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Project Manager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System Analyst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มีสิทธิ์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อนุมัติ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Merge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2176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432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็บไฟล์งาน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(File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Storage Rules)</w:t>
            </w:r>
          </w:p>
        </w:tc>
        <w:tc>
          <w:tcPr>
            <w:tcW w:type="dxa" w:w="6270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0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ไฟล์ที่เ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ารต้องจัดเ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็บใน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และไฟล์ที่สร้างจา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รื่องส่วนบุ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ต้องนำ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ึ้น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ภายในเวลาที่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ำหนด</w:t>
            </w:r>
          </w:p>
        </w:tc>
      </w:tr>
    </w:tbl>
    <w:p>
      <w:pPr>
        <w:autoSpaceDN w:val="0"/>
        <w:autoSpaceDE w:val="0"/>
        <w:widowControl/>
        <w:spacing w:line="244" w:lineRule="exact" w:before="316" w:after="190"/>
        <w:ind w:left="256" w:right="0" w:firstLine="0"/>
        <w:jc w:val="left"/>
      </w:pP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Project Repository Backup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เพื่อป้อง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ัน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ารสูญหาย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้อมูลใน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Git Server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3252"/>
        <w:gridCol w:w="3252"/>
        <w:gridCol w:w="3252"/>
      </w:tblGrid>
      <w:tr>
        <w:trPr>
          <w:trHeight w:hRule="exact" w:val="464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2912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553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5.600000000000023" w:val="single" w:color="#585858"/>
              <w:top w:sz="6.400000000000091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2912"/>
            <w:tcBorders>
              <w:start w:sz="5.600000000000023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ผู้รับผิดชอบ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(Responsibility)</w:t>
            </w:r>
          </w:p>
        </w:tc>
        <w:tc>
          <w:tcPr>
            <w:tcW w:type="dxa" w:w="553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มอบหมาย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Developer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้อมูลสำรองอย่างสม่ำเสมอ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2912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86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วิธี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ารสำรอง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(Backup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Methods)</w:t>
            </w:r>
          </w:p>
        </w:tc>
        <w:tc>
          <w:tcPr>
            <w:tcW w:type="dxa" w:w="553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8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ซิง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ไปยัง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Backup Remote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และสำรองฐาน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Export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อัตโนมัติ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5.600000000000023" w:val="single" w:color="#585858"/>
              <w:top w:sz="5.599999999999909" w:val="single" w:color="#585858"/>
              <w:end w:sz="5.600000000000023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2912"/>
            <w:tcBorders>
              <w:start w:sz="5.600000000000023" w:val="single" w:color="#585858"/>
              <w:top w:sz="5.599999999999909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72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ารสำรอง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(Backup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Frequency)</w:t>
            </w:r>
          </w:p>
        </w:tc>
        <w:tc>
          <w:tcPr>
            <w:tcW w:type="dxa" w:w="5534"/>
            <w:tcBorders>
              <w:start w:sz="6.400000000000091" w:val="single" w:color="#585858"/>
              <w:top w:sz="5.599999999999909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ฐาน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้อมูลสำรองทุ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วันเวลา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02:00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.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Repository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ซิง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์ทุ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รั้งที่มี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ารส่งมอบ</w:t>
            </w:r>
          </w:p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6.399999999999636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5.600000000000023" w:val="single" w:color="#585858"/>
              <w:top w:sz="6.399999999999636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สุภัทรประทีป</w:t>
            </w:r>
          </w:p>
        </w:tc>
        <w:tc>
          <w:tcPr>
            <w:tcW w:type="dxa" w:w="2356"/>
            <w:tcBorders>
              <w:start w:sz="5.599999999999909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Manager</w:t>
            </w:r>
          </w:p>
        </w:tc>
        <w:tc>
          <w:tcPr>
            <w:tcW w:type="dxa" w:w="1996"/>
            <w:tcBorders>
              <w:start w:sz="6.400000000000091" w:val="single" w:color="#585858"/>
              <w:top w:sz="6.399999999999636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399999999999636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5.600000000000023" w:val="single" w:color="#585858"/>
              <w:top w:sz="5.600000000000364" w:val="single" w:color="#585858"/>
              <w:end w:sz="5.599999999999909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ุณเยาวลั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ษณ์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บางชมภู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Document Control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364" w:val="single" w:color="#585858"/>
              <w:end w:sz="6.400000000000091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5.600000000000364" w:val="single" w:color="#585858"/>
              <w:end w:sz="5.600000000000364" w:val="single" w:color="#585858"/>
              <w:bottom w:sz="5.600000000000364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218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34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3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2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PP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899" w:h="16838"/>
          <w:pgMar w:top="240" w:right="704" w:bottom="14" w:left="1440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400.0" w:type="dxa"/>
      </w:tblPr>
      <w:tblGrid>
        <w:gridCol w:w="3252"/>
        <w:gridCol w:w="3252"/>
        <w:gridCol w:w="3252"/>
      </w:tblGrid>
      <w:tr>
        <w:trPr>
          <w:trHeight w:hRule="exact" w:val="618"/>
        </w:trPr>
        <w:tc>
          <w:tcPr>
            <w:tcW w:type="dxa" w:w="1296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0" w:after="0"/>
              <w:ind w:left="0" w:right="226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419100" cy="419100"/>
                  <wp:docPr id="29" name="Picture 2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4191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00"/>
            <w:tcBorders>
              <w:bottom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9" w:lineRule="auto" w:before="392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/>
                <w:i w:val="0"/>
                <w:color w:val="111111"/>
                <w:sz w:val="21"/>
              </w:rPr>
              <w:t>B.R.N. ENTERPRISE CO., LTD.</w:t>
            </w:r>
          </w:p>
        </w:tc>
        <w:tc>
          <w:tcPr>
            <w:tcW w:type="dxa" w:w="3240"/>
            <w:tcBorders>
              <w:bottom w:sz="11.200000000000045" w:val="single" w:color="#111111"/>
            </w:tcBorders>
            <w:shd w:fill="0797d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33" w:lineRule="auto" w:before="224" w:after="0"/>
              <w:ind w:left="206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FFFFFF"/>
                <w:sz w:val="27"/>
              </w:rPr>
              <w:t>Software Project Plan</w:t>
            </w:r>
          </w:p>
        </w:tc>
      </w:tr>
      <w:tr>
        <w:trPr>
          <w:trHeight w:hRule="exact" w:val="184"/>
        </w:trPr>
        <w:tc>
          <w:tcPr>
            <w:tcW w:type="dxa" w:w="1296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480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auto" w:before="16" w:after="0"/>
              <w:ind w:left="84" w:right="0" w:firstLine="0"/>
              <w:jc w:val="left"/>
            </w:pP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>1011 Supalai Grand Tower, 7</w:t>
            </w:r>
            <w:r>
              <w:rPr>
                <w:w w:val="104.06250953674316"/>
                <w:rFonts w:ascii="Liberation Sans" w:hAnsi="Liberation Sans" w:eastAsia="Liberation Sans"/>
                <w:b w:val="0"/>
                <w:i w:val="0"/>
                <w:color w:val="111111"/>
                <w:sz w:val="8"/>
              </w:rPr>
              <w:t>th</w:t>
            </w:r>
            <w:r>
              <w:rPr>
                <w:rFonts w:ascii="Liberation Sans" w:hAnsi="Liberation Sans" w:eastAsia="Liberation Sans"/>
                <w:b w:val="0"/>
                <w:i w:val="0"/>
                <w:color w:val="111111"/>
                <w:sz w:val="10"/>
              </w:rPr>
              <w:t xml:space="preserve"> Floor, Unit 6-7, Rama 3 Road, Chongnonsi, Yannawa, Bangkok 10120</w:t>
            </w:r>
          </w:p>
        </w:tc>
        <w:tc>
          <w:tcPr>
            <w:tcW w:type="dxa" w:w="3240"/>
            <w:tcBorders>
              <w:top w:sz="11.200000000000045" w:val="single" w:color="#111111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33" w:lineRule="auto" w:before="10" w:after="0"/>
        <w:ind w:left="1780" w:right="0" w:firstLine="0"/>
        <w:jc w:val="left"/>
      </w:pPr>
      <w:r>
        <w:rPr>
          <w:rFonts w:ascii="Liberation Sans" w:hAnsi="Liberation Sans" w:eastAsia="Liberation Sans"/>
          <w:b w:val="0"/>
          <w:i w:val="0"/>
          <w:color w:val="111111"/>
          <w:sz w:val="10"/>
        </w:rPr>
        <w:t>Tel. (+66) 2687 0250   Fax. (+66) 2687 0255</w:t>
      </w:r>
    </w:p>
    <w:p>
      <w:pPr>
        <w:autoSpaceDN w:val="0"/>
        <w:autoSpaceDE w:val="0"/>
        <w:widowControl/>
        <w:spacing w:line="256" w:lineRule="exact" w:before="420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.00000000000006" w:type="dxa"/>
      </w:tblPr>
      <w:tblGrid>
        <w:gridCol w:w="2439"/>
        <w:gridCol w:w="2439"/>
        <w:gridCol w:w="2439"/>
        <w:gridCol w:w="2439"/>
      </w:tblGrid>
      <w:tr>
        <w:trPr>
          <w:trHeight w:hRule="exact" w:val="452"/>
        </w:trPr>
        <w:tc>
          <w:tcPr>
            <w:tcW w:type="dxa" w:w="2892"/>
            <w:tcBorders>
              <w:start w:sz="5.600000000000023" w:val="single" w:color="#585858"/>
              <w:top w:sz="5.600000000000023" w:val="single" w:color="#585858"/>
              <w:end w:sz="5.599999999999909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5.599999999999909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.400000000000091" w:val="single" w:color="#585858"/>
              <w:top w:sz="5.600000000000023" w:val="single" w:color="#585858"/>
              <w:end w:sz="6.400000000000091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.400000000000091" w:val="single" w:color="#585858"/>
              <w:top w:sz="5.600000000000023" w:val="single" w:color="#585858"/>
              <w:end w:sz="5.600000000000364" w:val="single" w:color="#585858"/>
              <w:bottom w:sz="6.400000000000091" w:val="single" w:color="#585858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5.600000000000023" w:val="single" w:color="#585858"/>
              <w:top w:sz="6.400000000000091" w:val="single" w:color="#585858"/>
              <w:end w:sz="5.599999999999909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5.599999999999909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.400000000000091" w:val="single" w:color="#585858"/>
              <w:top w:sz="6.400000000000091" w:val="single" w:color="#585858"/>
              <w:end w:sz="6.400000000000091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.400000000000091" w:val="single" w:color="#585858"/>
              <w:top w:sz="6.400000000000091" w:val="single" w:color="#585858"/>
              <w:end w:sz="5.600000000000364" w:val="single" w:color="#585858"/>
              <w:bottom w:sz="5.599999999999909" w:val="single" w:color="#585858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3092" w:lineRule="exact" w:before="0" w:after="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55.99999999999994" w:type="dxa"/>
      </w:tblPr>
      <w:tblGrid>
        <w:gridCol w:w="4877"/>
        <w:gridCol w:w="4877"/>
      </w:tblGrid>
      <w:tr>
        <w:trPr>
          <w:trHeight w:hRule="exact" w:val="240"/>
        </w:trPr>
        <w:tc>
          <w:tcPr>
            <w:tcW w:type="dxa" w:w="5344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ISO/IEC 29110-4-1:2018</w:t>
            </w:r>
          </w:p>
        </w:tc>
        <w:tc>
          <w:tcPr>
            <w:tcW w:type="dxa" w:w="3730"/>
            <w:tcBorders>
              <w:top w:sz="6.399999999999636" w:val="single" w:color="#111111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72" w:after="0"/>
              <w:ind w:left="0" w:right="2" w:firstLine="0"/>
              <w:jc w:val="righ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PP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240" w:right="704" w:bottom="14" w:left="144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