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1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roject Repository (Backup)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 (Backup)</w:t>
            </w:r>
          </w:p>
        </w:tc>
        <w:tc>
          <w:tcPr>
            <w:tcW w:type="dxa" w:w="223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พื้นที่สำรองสำหรับใช้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Project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รณีที่เ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2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ที่อยู่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2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ารส่งมอบหรือปรับปรุง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และชุดสิ้นเดือนเ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autoSpaceDN w:val="0"/>
        <w:autoSpaceDE w:val="0"/>
        <w:widowControl/>
        <w:spacing w:line="29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PjB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16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roject Repository (Backup)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02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03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1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2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BK-001</w:t>
            </w:r>
          </w:p>
        </w:tc>
        <w:tc>
          <w:tcPr>
            <w:tcW w:type="dxa" w:w="480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้าถึงได้และมี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0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BK-002</w:t>
            </w:r>
          </w:p>
        </w:tc>
        <w:tc>
          <w:tcPr>
            <w:tcW w:type="dxa" w:w="480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0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BK-003</w:t>
            </w:r>
          </w:p>
        </w:tc>
        <w:tc>
          <w:tcPr>
            <w:tcW w:type="dxa" w:w="480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ชุดสำรองสู่สภาพแวดล้อมทดสอบ</w:t>
            </w:r>
          </w:p>
        </w:tc>
        <w:tc>
          <w:tcPr>
            <w:tcW w:type="dxa" w:w="10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BK-004</w:t>
            </w:r>
          </w:p>
        </w:tc>
        <w:tc>
          <w:tcPr>
            <w:tcW w:type="dxa" w:w="480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0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วามเสียหาย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้อมูลที่สูญหายเป็น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ชุดสำรองล่าสุดที่ผ่าน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Restore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้อมูลสู่เ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Baseline, Tag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หยุดบริ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แล้วตรวจสอบสถานะระบบตาม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PjB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2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