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57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Statement of Work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40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852"/>
        </w:trPr>
        <w:tc>
          <w:tcPr>
            <w:tcW w:type="dxa" w:w="164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Document No</w:t>
            </w:r>
          </w:p>
        </w:tc>
        <w:tc>
          <w:tcPr>
            <w:tcW w:type="dxa" w:w="3106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Statement of Work</w:t>
            </w:r>
          </w:p>
        </w:tc>
        <w:tc>
          <w:tcPr>
            <w:tcW w:type="dxa" w:w="2234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Release, Version, By:</w:t>
            </w:r>
          </w:p>
        </w:tc>
        <w:tc>
          <w:tcPr>
            <w:tcW w:type="dxa" w:w="2070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6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25690105 V1.0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ApS</w:t>
            </w:r>
          </w:p>
        </w:tc>
      </w:tr>
      <w:tr>
        <w:trPr>
          <w:trHeight w:hRule="exact" w:val="840"/>
        </w:trPr>
        <w:tc>
          <w:tcPr>
            <w:tcW w:type="dxa" w:w="16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14" w:lineRule="exact" w:before="68" w:after="0"/>
              <w:ind w:left="16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ัด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200-WMS-26-001-00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อบเ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ตงานและหนังสือเชิญประชุมเปิดโ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</w:p>
        </w:tc>
      </w:tr>
      <w:tr>
        <w:trPr>
          <w:trHeight w:hRule="exact" w:val="856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Period</w:t>
            </w:r>
          </w:p>
        </w:tc>
        <w:tc>
          <w:tcPr>
            <w:tcW w:type="dxa" w:w="3106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6" w:after="0"/>
              <w:ind w:left="164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 – 24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2569</w:t>
            </w:r>
          </w:p>
        </w:tc>
        <w:tc>
          <w:tcPr>
            <w:tcW w:type="dxa" w:w="223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Duration</w:t>
            </w:r>
          </w:p>
        </w:tc>
        <w:tc>
          <w:tcPr>
            <w:tcW w:type="dxa" w:w="207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232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วัน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สุภัทรประทีป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(Project Manager)</w:t>
            </w:r>
          </w:p>
        </w:tc>
      </w:tr>
      <w:tr>
        <w:trPr>
          <w:trHeight w:hRule="exact" w:val="554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บางชมภู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(Document Control)</w:t>
            </w:r>
          </w:p>
        </w:tc>
      </w:tr>
    </w:tbl>
    <w:p>
      <w:pPr>
        <w:autoSpaceDN w:val="0"/>
        <w:autoSpaceDE w:val="0"/>
        <w:widowControl/>
        <w:spacing w:line="246" w:lineRule="exact" w:before="420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วันที่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5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2569</w:t>
      </w:r>
    </w:p>
    <w:p>
      <w:pPr>
        <w:autoSpaceDN w:val="0"/>
        <w:autoSpaceDE w:val="0"/>
        <w:widowControl/>
        <w:spacing w:line="246" w:lineRule="exact" w:before="234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เรื่อง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: 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อบเ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ตงานโ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ารพัฒนาระบบบริหารจัด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ลังสิน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และนัดประชุมเปิดโ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</w:p>
    <w:p>
      <w:pPr>
        <w:autoSpaceDN w:val="0"/>
        <w:autoSpaceDE w:val="0"/>
        <w:widowControl/>
        <w:spacing w:line="244" w:lineRule="exact" w:before="220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เรียน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: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ผู้บริหาร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หัวหน้าฝ่าย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และผู้เ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ี่ยว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้องทุ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ฝ่าย</w:t>
      </w:r>
    </w:p>
    <w:p>
      <w:pPr>
        <w:autoSpaceDN w:val="0"/>
        <w:autoSpaceDE w:val="0"/>
        <w:widowControl/>
        <w:spacing w:line="244" w:lineRule="exact" w:before="236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ตามที่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บริษัท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บี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.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อาร์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.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เอ็น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เอ็นเตอร์ไพรส์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จำ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ัด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ได้ใช้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ารบันทึ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ลังสิน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้าด้วย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ระบวน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ารที่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ระจายอยู่หลายระบบ</w:t>
      </w:r>
    </w:p>
    <w:p>
      <w:pPr>
        <w:autoSpaceDN w:val="0"/>
        <w:autoSpaceDE w:val="0"/>
        <w:widowControl/>
        <w:spacing w:line="244" w:lineRule="exact" w:before="56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และบางส่วนยังใช้เอ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ระดาษ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ซึ่งปัจจุบันพบว่ามี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้อจำ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ัดด้าน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วามถู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องยอดสิน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วามรวดเร็วใน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</w:p>
    <w:p>
      <w:pPr>
        <w:autoSpaceDN w:val="0"/>
        <w:autoSpaceDE w:val="0"/>
        <w:widowControl/>
        <w:spacing w:line="246" w:lineRule="exact" w:before="70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ตรวจสอบ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ารเชื่อมโยง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ับงาน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าย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งานจัดซื้อ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และงานบัญชี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ผู้บริหารจึงเล็งเห็น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วามจำเป็นใน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ารพัฒนาระบบบริหาร</w:t>
      </w:r>
    </w:p>
    <w:p>
      <w:pPr>
        <w:autoSpaceDN w:val="0"/>
        <w:autoSpaceDE w:val="0"/>
        <w:widowControl/>
        <w:spacing w:line="246" w:lineRule="exact" w:before="54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จัด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ลังสิน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(Warehouse Management System) 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ึ้นใหม่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เพื่อให้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ารปฏิบัติงานมี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วามถู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ต้อง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ตรวจสอบย้อน</w:t>
      </w:r>
    </w:p>
    <w:p>
      <w:pPr>
        <w:autoSpaceDN w:val="0"/>
        <w:autoSpaceDE w:val="0"/>
        <w:widowControl/>
        <w:spacing w:line="246" w:lineRule="exact" w:before="54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ลับได้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และรองรับ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ารเติบโต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องธุร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ิจ</w:t>
      </w:r>
    </w:p>
    <w:p>
      <w:pPr>
        <w:autoSpaceDN w:val="0"/>
        <w:autoSpaceDE w:val="0"/>
        <w:widowControl/>
        <w:spacing w:line="246" w:lineRule="exact" w:before="234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ดังนั้น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จึง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อนัดประชุมเพื่อหารือร่วม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ันระหว่างทุ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ฝ่ายที่เ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ี่ยว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้อง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เพื่อ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36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381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รับฟัง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้อเสนอแนะจา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ฝ่าย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ลังสิน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ฝ่าย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าย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ฝ่ายจัดซื้อ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และฝ่ายบัญชี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381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ำหนดแนวทางและ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วามต้อง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องระบบ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วางแผนดำเนิน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ารพัฒนาและ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ำหนดผู้รับผิดชอบ</w:t>
      </w:r>
    </w:p>
    <w:p>
      <w:pPr>
        <w:autoSpaceDN w:val="0"/>
        <w:autoSpaceDE w:val="0"/>
        <w:widowControl/>
        <w:spacing w:line="266" w:lineRule="exact" w:before="382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รายละเอียด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ารประชุม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2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วัน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เวลา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: 5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2569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เวลา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09.00 – 11.00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.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สถานที่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: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ห้องประชุม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บริษัท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บี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.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อาร์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.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เอ็น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เอ็นเตอร์ไพรส์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จำ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ัด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ผู้เ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้าร่วม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: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ผู้บริหาร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/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ผู้จัด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/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หัวหน้าฝ่ายที่เ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ี่ยว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้อง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และทีมพัฒนาระบบ</w:t>
      </w:r>
    </w:p>
    <w:p>
      <w:pPr>
        <w:autoSpaceDN w:val="0"/>
        <w:autoSpaceDE w:val="0"/>
        <w:widowControl/>
        <w:spacing w:line="268" w:lineRule="exact" w:before="396" w:after="126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1 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วัตถุประสง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์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องโ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3252"/>
        <w:gridCol w:w="3252"/>
        <w:gridCol w:w="3252"/>
      </w:tblGrid>
      <w:tr>
        <w:trPr>
          <w:trHeight w:hRule="exact" w:val="354"/>
        </w:trPr>
        <w:tc>
          <w:tcPr>
            <w:tcW w:type="dxa" w:w="304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54" w:after="0"/>
              <w:ind w:left="0" w:right="80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38100" cy="508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" cy="50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6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60" w:after="0"/>
              <w:ind w:left="9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Web-based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รองรับหลายบริษัทและหลาย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</w:p>
        </w:tc>
        <w:tc>
          <w:tcPr>
            <w:tcW w:type="dxa" w:w="810"/>
            <w:vMerge w:val="restart"/>
            <w:tcBorders>
              <w:bottom w:sz="6.399999999999636" w:val="single" w:color="#111111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60"/>
        </w:trPr>
        <w:tc>
          <w:tcPr>
            <w:tcW w:type="dxa" w:w="304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60" w:after="0"/>
              <w:ind w:left="0" w:right="80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38100" cy="5080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" cy="50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6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66" w:after="0"/>
              <w:ind w:left="9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รองรับ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ารรับเ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จ่ายออ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ก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โอนย้าย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ตรวจนับ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พร้อมติดตาม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Lot, Serial Number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และวันหมดอายุ</w:t>
            </w:r>
          </w:p>
        </w:tc>
        <w:tc>
          <w:tcPr>
            <w:tcW w:type="dxa" w:w="3252"/>
            <w:vMerge/>
            <w:tcBorders>
              <w:bottom w:sz="6.399999999999636" w:val="single" w:color="#111111"/>
            </w:tcBorders>
          </w:tcPr>
          <w:p/>
        </w:tc>
      </w:tr>
      <w:tr>
        <w:trPr>
          <w:trHeight w:hRule="exact" w:val="1692"/>
        </w:trPr>
        <w:tc>
          <w:tcPr>
            <w:tcW w:type="dxa" w:w="304"/>
            <w:tcBorders>
              <w:bottom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60" w:after="0"/>
              <w:ind w:left="0" w:right="80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38100" cy="508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" cy="50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60"/>
            <w:tcBorders>
              <w:bottom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66" w:after="0"/>
              <w:ind w:left="9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้อผิดพลาดจา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ารทำงานด้วยมือ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และเพิ่ม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วามสามารถใน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ารตรวจสอบย้อน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ลับ</w:t>
            </w:r>
          </w:p>
        </w:tc>
        <w:tc>
          <w:tcPr>
            <w:tcW w:type="dxa" w:w="3252"/>
            <w:vMerge/>
            <w:tcBorders>
              <w:bottom w:sz="6.399999999999636" w:val="single" w:color="#111111"/>
            </w:tcBorders>
          </w:tcPr>
          <w:p/>
        </w:tc>
      </w:tr>
      <w:tr>
        <w:trPr>
          <w:trHeight w:hRule="exact" w:val="240"/>
        </w:trPr>
        <w:tc>
          <w:tcPr>
            <w:tcW w:type="dxa" w:w="8264"/>
            <w:gridSpan w:val="2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81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SoW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240" w:right="704" w:bottom="14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57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Statement of Work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266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รองรับงาน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าย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งานจัดซื้อ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งาน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ารเงิน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ารบันทึ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บัญชีที่เ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ี่ยว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้อง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ุม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วามปลอดภัย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ารแย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้อมูลระหว่างบริษัท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สิทธิ์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ารใช้งาน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ารแจ้งเตือนแบบ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Real-time</w:t>
      </w:r>
    </w:p>
    <w:p>
      <w:pPr>
        <w:autoSpaceDN w:val="0"/>
        <w:autoSpaceDE w:val="0"/>
        <w:widowControl/>
        <w:spacing w:line="266" w:lineRule="exact" w:before="398" w:after="156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2 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อบเ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ตงาน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(Scope of Work)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3252"/>
        <w:gridCol w:w="3252"/>
        <w:gridCol w:w="3252"/>
      </w:tblGrid>
      <w:tr>
        <w:trPr>
          <w:trHeight w:hRule="exact" w:val="452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162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</w:p>
        </w:tc>
        <w:tc>
          <w:tcPr>
            <w:tcW w:type="dxa" w:w="6826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ระบบย่อย</w:t>
            </w:r>
          </w:p>
        </w:tc>
      </w:tr>
      <w:tr>
        <w:trPr>
          <w:trHeight w:hRule="exact" w:val="988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162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ารผู้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ใช้งานและสิทธิ์</w:t>
            </w:r>
          </w:p>
        </w:tc>
        <w:tc>
          <w:tcPr>
            <w:tcW w:type="dxa" w:w="6826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20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ลงทะเบียนเจ้า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องบริษัทและเชิญผู้ใช้งาน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(Onboarding)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้าสู่ระบบและ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ุมสิทธิ์ตามบทบาท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Owner / Admin / Staff / Viewer /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ืนรหัสผ่าน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OTP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Session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SMTP,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ผู้ใช้งาน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และสิทธิ์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้าถึงแอปพลิเ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ชัน</w:t>
            </w:r>
          </w:p>
        </w:tc>
      </w:tr>
      <w:tr>
        <w:trPr>
          <w:trHeight w:hRule="exact" w:val="706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162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(Master Data)</w:t>
            </w:r>
          </w:p>
        </w:tc>
        <w:tc>
          <w:tcPr>
            <w:tcW w:type="dxa" w:w="6826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20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พื้นที่จัดเ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ช่องจัดเ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(Bin)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หมวดสิน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้าและสิน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ประเภทผู้ติดต่อและผู้ติดต่อ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)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รองรับโ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รงสร้าง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ลังแบบชั้นเดียวและแบบหลายชั้น</w:t>
            </w:r>
          </w:p>
        </w:tc>
      </w:tr>
      <w:tr>
        <w:trPr>
          <w:trHeight w:hRule="exact" w:val="99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162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(Inventory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Control)</w:t>
            </w:r>
          </w:p>
        </w:tc>
        <w:tc>
          <w:tcPr>
            <w:tcW w:type="dxa" w:w="6826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รับสิน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(Stock-in)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จ่ายสิน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(Stock-out)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พร้อมตรวจสอบยอด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งเหลือ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โอนย้ายสิน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ระหว่าง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ติดตาม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Lot, Serial Number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และวันหมดอายุ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พิมพ์บาร์โ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้ดสิน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และรองรับ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แนบไฟล์ประ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162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(Sales)</w:t>
            </w:r>
          </w:p>
        </w:tc>
        <w:tc>
          <w:tcPr>
            <w:tcW w:type="dxa" w:w="6826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20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ใบเสนอรา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(Quotation)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ใบสั่ง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(Sales Order)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ใบแจ้งหนี้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(Invoice)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ใบลด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หนี้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(Return / Credit Note)</w:t>
            </w:r>
          </w:p>
        </w:tc>
      </w:tr>
      <w:tr>
        <w:trPr>
          <w:trHeight w:hRule="exact" w:val="706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162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ระบบจัดซื้อ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(Purchasing)</w:t>
            </w:r>
          </w:p>
        </w:tc>
        <w:tc>
          <w:tcPr>
            <w:tcW w:type="dxa" w:w="6826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20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อซื้อ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(Purchase Request)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ใบสั่งซื้อ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(Purchase Order)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ใบแจ้งหนี้ซื้อ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(Purchase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Invoice)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้าผู้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(Supplier Return)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</w:t>
            </w:r>
          </w:p>
        </w:tc>
        <w:tc>
          <w:tcPr>
            <w:tcW w:type="dxa" w:w="162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ารเงิน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(Finance)</w:t>
            </w:r>
          </w:p>
        </w:tc>
        <w:tc>
          <w:tcPr>
            <w:tcW w:type="dxa" w:w="6826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ใบวางบิลรับ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ใบเสร็จรับเงิน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ใบวางบิลจ่าย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ใบสำ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ัญจ่าย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7</w:t>
            </w:r>
          </w:p>
        </w:tc>
        <w:tc>
          <w:tcPr>
            <w:tcW w:type="dxa" w:w="162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ระบบบัญชี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(Accounting)</w:t>
            </w:r>
          </w:p>
        </w:tc>
        <w:tc>
          <w:tcPr>
            <w:tcW w:type="dxa" w:w="6826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20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ผังบัญชี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แผน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สูตรบัญชี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สมุดรายวันและบัญชีแย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ประเภท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(Journal / GL)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รายงานงบทดลอง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ำไร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าดทุน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งบดุล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ภาษีมูล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่าเพิ่ม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8</w:t>
            </w:r>
          </w:p>
        </w:tc>
        <w:tc>
          <w:tcPr>
            <w:tcW w:type="dxa" w:w="162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ระบบรายงานและแดช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บอร์ด</w:t>
            </w:r>
          </w:p>
        </w:tc>
        <w:tc>
          <w:tcPr>
            <w:tcW w:type="dxa" w:w="6826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20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แดชบอร์ด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้าและบัญชี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ก,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ลื่อนไหว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วามจุ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้าใ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ล้หมด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หมดอายุ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 Lot /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รอง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ดู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พิมพ์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และส่งออ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9</w:t>
            </w:r>
          </w:p>
        </w:tc>
        <w:tc>
          <w:tcPr>
            <w:tcW w:type="dxa" w:w="162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</w:p>
        </w:tc>
        <w:tc>
          <w:tcPr>
            <w:tcW w:type="dxa" w:w="6826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20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สารอัตโนมัติตามลำดับที่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ุมสถานะและวงจรชีวิต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สร้าง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ประวัติราย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10</w:t>
            </w:r>
          </w:p>
        </w:tc>
        <w:tc>
          <w:tcPr>
            <w:tcW w:type="dxa" w:w="1620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ระบบแจ้งเตือนและ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ำหนดเวลา</w:t>
            </w:r>
          </w:p>
        </w:tc>
        <w:tc>
          <w:tcPr>
            <w:tcW w:type="dxa" w:w="6826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20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แจ้งเตือนแบบ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Real-time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Node.js / Socket.IO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งานสรุปยอดสต๊อ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ก/GL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และแจ้งเตือนสิน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ล้หมด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ใบแจ้งหนี้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้างชำระ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ำหนดเวลา</w:t>
            </w:r>
          </w:p>
        </w:tc>
      </w:tr>
      <w:tr>
        <w:trPr>
          <w:trHeight w:hRule="exact" w:val="974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11</w:t>
            </w:r>
          </w:p>
        </w:tc>
        <w:tc>
          <w:tcPr>
            <w:tcW w:type="dxa" w:w="1620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ระบบติดตั้งและตั้ง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</w:t>
            </w:r>
          </w:p>
        </w:tc>
        <w:tc>
          <w:tcPr>
            <w:tcW w:type="dxa" w:w="6826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20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ติดตั้งแบบ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Manual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setup.php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ติดตั้งแบบ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Container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Docker Compose (php-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apache, mariadb, node/pm2)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สร้าง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วามลับ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องระบบจา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.env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โดยไม่เ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็บใน</w:t>
            </w:r>
          </w:p>
          <w:p>
            <w:pPr>
              <w:autoSpaceDN w:val="0"/>
              <w:autoSpaceDE w:val="0"/>
              <w:widowControl/>
              <w:spacing w:line="180" w:lineRule="exact" w:before="90" w:after="0"/>
              <w:ind w:left="12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Source Control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56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3 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สิ่งส่งมอบ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(Work Products)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86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รหัส</w:t>
            </w:r>
          </w:p>
        </w:tc>
        <w:tc>
          <w:tcPr>
            <w:tcW w:type="dxa" w:w="4920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สิ่งส่งมอบ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(Work Product)</w:t>
            </w:r>
          </w:p>
        </w:tc>
        <w:tc>
          <w:tcPr>
            <w:tcW w:type="dxa" w:w="327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720"/>
        </w:trPr>
        <w:tc>
          <w:tcPr>
            <w:tcW w:type="dxa" w:w="86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1.0</w:t>
            </w:r>
          </w:p>
        </w:tc>
        <w:tc>
          <w:tcPr>
            <w:tcW w:type="dxa" w:w="4920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Software Project Plan 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Work Schedule)</w:t>
            </w:r>
          </w:p>
        </w:tc>
        <w:tc>
          <w:tcPr>
            <w:tcW w:type="dxa" w:w="327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สารจำนวน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2.0</w:t>
            </w:r>
          </w:p>
        </w:tc>
        <w:tc>
          <w:tcPr>
            <w:tcW w:type="dxa" w:w="4920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Customer Requirements</w:t>
            </w:r>
          </w:p>
        </w:tc>
        <w:tc>
          <w:tcPr>
            <w:tcW w:type="dxa" w:w="327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สารจำนวน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</w:t>
            </w:r>
          </w:p>
        </w:tc>
      </w:tr>
    </w:tbl>
    <w:p>
      <w:pPr>
        <w:autoSpaceDN w:val="0"/>
        <w:autoSpaceDE w:val="0"/>
        <w:widowControl/>
        <w:spacing w:line="169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26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81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SoW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240" w:right="704" w:bottom="14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57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Statement of Work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40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3252"/>
        <w:gridCol w:w="3252"/>
        <w:gridCol w:w="3252"/>
      </w:tblGrid>
      <w:tr>
        <w:trPr>
          <w:trHeight w:hRule="exact" w:val="448"/>
        </w:trPr>
        <w:tc>
          <w:tcPr>
            <w:tcW w:type="dxa" w:w="86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รหัส</w:t>
            </w:r>
          </w:p>
        </w:tc>
        <w:tc>
          <w:tcPr>
            <w:tcW w:type="dxa" w:w="4920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สิ่งส่งมอบ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(Work Product)</w:t>
            </w:r>
          </w:p>
        </w:tc>
        <w:tc>
          <w:tcPr>
            <w:tcW w:type="dxa" w:w="3270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720"/>
        </w:trPr>
        <w:tc>
          <w:tcPr>
            <w:tcW w:type="dxa" w:w="868"/>
            <w:tcBorders>
              <w:start w:sz="5.600000000000023" w:val="single" w:color="#585858"/>
              <w:top w:sz="6.399999999999977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3.0</w:t>
            </w:r>
          </w:p>
        </w:tc>
        <w:tc>
          <w:tcPr>
            <w:tcW w:type="dxa" w:w="4920"/>
            <w:tcBorders>
              <w:start w:sz="6.400000000000091" w:val="single" w:color="#585858"/>
              <w:top w:sz="6.399999999999977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72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Software Requirements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Specification</w:t>
            </w:r>
          </w:p>
        </w:tc>
        <w:tc>
          <w:tcPr>
            <w:tcW w:type="dxa" w:w="3270"/>
            <w:tcBorders>
              <w:start w:sz="6.400000000000091" w:val="single" w:color="#585858"/>
              <w:top w:sz="6.399999999999977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สารจำนวน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</w:t>
            </w:r>
          </w:p>
        </w:tc>
      </w:tr>
      <w:tr>
        <w:trPr>
          <w:trHeight w:hRule="exact" w:val="464"/>
        </w:trPr>
        <w:tc>
          <w:tcPr>
            <w:tcW w:type="dxa" w:w="86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4.0</w:t>
            </w:r>
          </w:p>
        </w:tc>
        <w:tc>
          <w:tcPr>
            <w:tcW w:type="dxa" w:w="492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Software Design</w:t>
            </w:r>
          </w:p>
        </w:tc>
        <w:tc>
          <w:tcPr>
            <w:tcW w:type="dxa" w:w="327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สารจำนวน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</w:t>
            </w:r>
          </w:p>
        </w:tc>
      </w:tr>
      <w:tr>
        <w:trPr>
          <w:trHeight w:hRule="exact" w:val="452"/>
        </w:trPr>
        <w:tc>
          <w:tcPr>
            <w:tcW w:type="dxa" w:w="86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5.0</w:t>
            </w:r>
          </w:p>
        </w:tc>
        <w:tc>
          <w:tcPr>
            <w:tcW w:type="dxa" w:w="492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Change Report</w:t>
            </w:r>
          </w:p>
        </w:tc>
        <w:tc>
          <w:tcPr>
            <w:tcW w:type="dxa" w:w="327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สารจำนวน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3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ฉบับ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(CH-001–CH-003)</w:t>
            </w:r>
          </w:p>
        </w:tc>
      </w:tr>
      <w:tr>
        <w:trPr>
          <w:trHeight w:hRule="exact" w:val="464"/>
        </w:trPr>
        <w:tc>
          <w:tcPr>
            <w:tcW w:type="dxa" w:w="86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6.0</w:t>
            </w:r>
          </w:p>
        </w:tc>
        <w:tc>
          <w:tcPr>
            <w:tcW w:type="dxa" w:w="492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Test Case and Test Procedures</w:t>
            </w:r>
          </w:p>
        </w:tc>
        <w:tc>
          <w:tcPr>
            <w:tcW w:type="dxa" w:w="327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สารจำนวน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</w:t>
            </w:r>
          </w:p>
        </w:tc>
      </w:tr>
      <w:tr>
        <w:trPr>
          <w:trHeight w:hRule="exact" w:val="452"/>
        </w:trPr>
        <w:tc>
          <w:tcPr>
            <w:tcW w:type="dxa" w:w="86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7.0</w:t>
            </w:r>
          </w:p>
        </w:tc>
        <w:tc>
          <w:tcPr>
            <w:tcW w:type="dxa" w:w="492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Validation Results</w:t>
            </w:r>
          </w:p>
        </w:tc>
        <w:tc>
          <w:tcPr>
            <w:tcW w:type="dxa" w:w="327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สารจำนวน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</w:t>
            </w:r>
          </w:p>
        </w:tc>
      </w:tr>
      <w:tr>
        <w:trPr>
          <w:trHeight w:hRule="exact" w:val="464"/>
        </w:trPr>
        <w:tc>
          <w:tcPr>
            <w:tcW w:type="dxa" w:w="86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8.0</w:t>
            </w:r>
          </w:p>
        </w:tc>
        <w:tc>
          <w:tcPr>
            <w:tcW w:type="dxa" w:w="492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Software User Document</w:t>
            </w:r>
          </w:p>
        </w:tc>
        <w:tc>
          <w:tcPr>
            <w:tcW w:type="dxa" w:w="327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สารจำนวน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</w:t>
            </w:r>
          </w:p>
        </w:tc>
      </w:tr>
      <w:tr>
        <w:trPr>
          <w:trHeight w:hRule="exact" w:val="720"/>
        </w:trPr>
        <w:tc>
          <w:tcPr>
            <w:tcW w:type="dxa" w:w="86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9.0</w:t>
            </w:r>
          </w:p>
        </w:tc>
        <w:tc>
          <w:tcPr>
            <w:tcW w:type="dxa" w:w="492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BRN WMS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ารทดสอบพร้อมนำไปใช้งานจริง</w:t>
            </w:r>
          </w:p>
        </w:tc>
        <w:tc>
          <w:tcPr>
            <w:tcW w:type="dxa" w:w="327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20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Source Code (Git baseline 6c39700)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และติดตั้ง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10.0</w:t>
            </w:r>
          </w:p>
        </w:tc>
        <w:tc>
          <w:tcPr>
            <w:tcW w:type="dxa" w:w="492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Product Operation Guide</w:t>
            </w:r>
          </w:p>
        </w:tc>
        <w:tc>
          <w:tcPr>
            <w:tcW w:type="dxa" w:w="327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สารจำนวน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</w:t>
            </w:r>
          </w:p>
        </w:tc>
      </w:tr>
      <w:tr>
        <w:trPr>
          <w:trHeight w:hRule="exact" w:val="464"/>
        </w:trPr>
        <w:tc>
          <w:tcPr>
            <w:tcW w:type="dxa" w:w="86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11.0</w:t>
            </w:r>
          </w:p>
        </w:tc>
        <w:tc>
          <w:tcPr>
            <w:tcW w:type="dxa" w:w="492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Maintenance Document</w:t>
            </w:r>
          </w:p>
        </w:tc>
        <w:tc>
          <w:tcPr>
            <w:tcW w:type="dxa" w:w="327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สารจำนวน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</w:t>
            </w:r>
          </w:p>
        </w:tc>
      </w:tr>
    </w:tbl>
    <w:p>
      <w:pPr>
        <w:autoSpaceDN w:val="0"/>
        <w:autoSpaceDE w:val="0"/>
        <w:widowControl/>
        <w:spacing w:line="266" w:lineRule="exact" w:before="358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4 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้อย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เว้นและ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้อสมมติ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2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ไม่รวม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ารจัดหาเ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รื่องแม่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่าย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อุป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รณ์เ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รือ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่าย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รื่องอ่านบาร์โ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้ด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หรือบริ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ารภายนอ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ก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เว้นแต่ได้รับอนุมัติแย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ต่าง</w:t>
      </w:r>
    </w:p>
    <w:p>
      <w:pPr>
        <w:autoSpaceDN w:val="0"/>
        <w:autoSpaceDE w:val="0"/>
        <w:widowControl/>
        <w:spacing w:line="246" w:lineRule="exact" w:before="54" w:after="0"/>
        <w:ind w:left="652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หา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ารย้าย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้อมูลจา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ระบบเดิม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ารเชื่อมต่อ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ERP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หรือบริ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ารภายนอ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ก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ต้องผ่าน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ระบวน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Change Request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ผู้มีส่วนได้ส่วนเสียต้องให้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ตรวจสอบเอ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สาร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และร่วมทดสอบตาม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ำหนดเวลา</w:t>
      </w:r>
    </w:p>
    <w:p>
      <w:pPr>
        <w:autoSpaceDN w:val="0"/>
        <w:autoSpaceDE w:val="0"/>
        <w:widowControl/>
        <w:spacing w:line="268" w:lineRule="exact" w:before="396" w:after="154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5 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แผนงานและหลั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ไมล์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4877"/>
        <w:gridCol w:w="4877"/>
      </w:tblGrid>
      <w:tr>
        <w:trPr>
          <w:trHeight w:hRule="exact" w:val="466"/>
        </w:trPr>
        <w:tc>
          <w:tcPr>
            <w:tcW w:type="dxa" w:w="4498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ช่วงงาน</w:t>
            </w:r>
          </w:p>
        </w:tc>
        <w:tc>
          <w:tcPr>
            <w:tcW w:type="dxa" w:w="4560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ระยะเวลา</w:t>
            </w:r>
          </w:p>
        </w:tc>
      </w:tr>
      <w:tr>
        <w:trPr>
          <w:trHeight w:hRule="exact" w:val="450"/>
        </w:trPr>
        <w:tc>
          <w:tcPr>
            <w:tcW w:type="dxa" w:w="4498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เริ่มต้นและวางแผนโ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4560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 – 18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ุมภาพันธ์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</w:t>
            </w:r>
          </w:p>
        </w:tc>
      </w:tr>
      <w:tr>
        <w:trPr>
          <w:trHeight w:hRule="exact" w:val="464"/>
        </w:trPr>
        <w:tc>
          <w:tcPr>
            <w:tcW w:type="dxa" w:w="4498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พัฒนาและทดสอบภายใน</w:t>
            </w:r>
          </w:p>
        </w:tc>
        <w:tc>
          <w:tcPr>
            <w:tcW w:type="dxa" w:w="4560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19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ุมภาพันธ์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 – 29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พฤษภา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</w:t>
            </w:r>
          </w:p>
        </w:tc>
      </w:tr>
      <w:tr>
        <w:trPr>
          <w:trHeight w:hRule="exact" w:val="450"/>
        </w:trPr>
        <w:tc>
          <w:tcPr>
            <w:tcW w:type="dxa" w:w="4498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ทดสอบ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จัดทำเอ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และส่งมอบ</w:t>
            </w:r>
          </w:p>
        </w:tc>
        <w:tc>
          <w:tcPr>
            <w:tcW w:type="dxa" w:w="4560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30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พฤษภา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 – 24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</w:t>
            </w:r>
          </w:p>
        </w:tc>
      </w:tr>
      <w:tr>
        <w:trPr>
          <w:trHeight w:hRule="exact" w:val="466"/>
        </w:trPr>
        <w:tc>
          <w:tcPr>
            <w:tcW w:type="dxa" w:w="4498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วันสิ้นสุดโ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ารอย่างเป็นทาง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4560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</w:t>
            </w:r>
          </w:p>
        </w:tc>
      </w:tr>
    </w:tbl>
    <w:p>
      <w:pPr>
        <w:autoSpaceDN w:val="0"/>
        <w:autoSpaceDE w:val="0"/>
        <w:widowControl/>
        <w:spacing w:line="268" w:lineRule="exact" w:before="356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6 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เ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ณฑ์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ารตรวจรับ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22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ฟัง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์ชันใน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อบเ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ตผ่าน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Test Case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และเชื่อมโยง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วามต้อง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ารใน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Traceability Record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ไม่มี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พร่องระดับวิ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ฤตที่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ารใช้งาน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้าง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มี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ู่มือติดตั้ง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ู่มือผู้ใช้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ู่มือผู้ดูแลระบบ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ู่มือบำรุงรั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ษา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รบถ้วน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ารตรวจสอบ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(Verification) 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ารทดสอบ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ารยอมรับ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(Validation)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ารตรวจรับได้รับ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ารลงนามโดยผู้มี</w:t>
      </w:r>
    </w:p>
    <w:p>
      <w:pPr>
        <w:autoSpaceDN w:val="0"/>
        <w:autoSpaceDE w:val="0"/>
        <w:widowControl/>
        <w:spacing w:line="244" w:lineRule="exact" w:before="70" w:after="1960"/>
        <w:ind w:left="652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อำนาจ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26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81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SoW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240" w:right="704" w:bottom="14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57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Statement of Work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p>
      <w:pPr>
        <w:autoSpaceDN w:val="0"/>
        <w:autoSpaceDE w:val="0"/>
        <w:widowControl/>
        <w:spacing w:line="268" w:lineRule="exact" w:before="426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7 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วบ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ุม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ารเปลี่ยนแปลง</w:t>
      </w:r>
    </w:p>
    <w:p>
      <w:pPr>
        <w:autoSpaceDN w:val="0"/>
        <w:autoSpaceDE w:val="0"/>
        <w:widowControl/>
        <w:spacing w:line="300" w:lineRule="exact" w:before="130" w:after="0"/>
        <w:ind w:left="256" w:right="876" w:firstLine="0"/>
        <w:jc w:val="both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ารเปลี่ยนแปลง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อบเ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ำหนดเวลา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หรือสิ่งส่งมอบ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ต้องบันทึ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Change Report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ประเมินผล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ระทบ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และได้รับ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่อนดำเนิน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ส่วน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ารแ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้ไ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พร่องต้องบันทึ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Correction Register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และเชื่อมโยง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ับหลั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ฐาน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ทดสอบที่เ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ี่ยว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้อง</w:t>
      </w:r>
    </w:p>
    <w:p>
      <w:pPr>
        <w:autoSpaceDN w:val="0"/>
        <w:autoSpaceDE w:val="0"/>
        <w:widowControl/>
        <w:spacing w:line="244" w:lineRule="exact" w:before="236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จึงเรียนมาเพื่อโปรดพิจารณาและเ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้าร่วมประชุมโดยพร้อมเพรียง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ัน</w:t>
      </w:r>
    </w:p>
    <w:p>
      <w:pPr>
        <w:autoSpaceDN w:val="0"/>
        <w:autoSpaceDE w:val="0"/>
        <w:widowControl/>
        <w:spacing w:line="256" w:lineRule="exact" w:before="332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ผู้จัดทำเอ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289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48"/>
        </w:trPr>
        <w:tc>
          <w:tcPr>
            <w:tcW w:type="dxa" w:w="289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สุภัทรประทีป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Manager</w:t>
            </w:r>
          </w:p>
        </w:tc>
        <w:tc>
          <w:tcPr>
            <w:tcW w:type="dxa" w:w="199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292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ผู้ตรวจสอบเอ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บางชมภู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Document Control</w:t>
            </w:r>
          </w:p>
        </w:tc>
        <w:tc>
          <w:tcPr>
            <w:tcW w:type="dxa" w:w="199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199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712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26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81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SoW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240" w:right="704" w:bottom="14" w:left="1440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