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Traceability Record Table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5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ตารางนี้สรุปเส้นทางการสอบกลับของความต้องการทุกรายการ ตั้งแต่ความต้องการของลูกค้าจนถึงผลการทดสอบและผลการทดสอบการยอมรับ เพื่อใช้ตรวจสอบความครบถ้วนได้ในหน้าเดียว โดยรายละเอียดหัวข้อของแต่ละรหัสอยู่ในเอกสาร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ตารางสรุปการสอบกลับ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565"/>
        <w:gridCol w:w="1397"/>
        <w:gridCol w:w="1779"/>
        <w:gridCol w:w="1088"/>
        <w:gridCol w:w="984"/>
        <w:gridCol w:w="880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ารลงทะเบียนเจ้า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ารเชิญผู้ใช้งานเ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้าร่วมบริษัท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(Onboarding)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SR08:001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ระบบต้องยืนยันตัวตนผู้ใช้และบัง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ับสิทธิ์ตามบทบาท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Owner, Admin,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Viewer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SR04:001,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SR07:003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5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SR03:002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67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UN01.004, UN02.001, UN02.002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442" w:right="44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TC-UN01.004, TC-UN02.001, TC-UN02.002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565"/>
        <w:gridCol w:w="1397"/>
        <w:gridCol w:w="1779"/>
        <w:gridCol w:w="1088"/>
        <w:gridCol w:w="984"/>
        <w:gridCol w:w="880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76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SR03:003, SR08:002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67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UN03.001, UN03.002, UN03.003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442" w:right="44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TC-UN03.001, TC-UN03.002, TC-UN03.003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ลังเดียวและแบบหลายชั้น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พื้นที่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(Stock-out)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โดยตรวจสอบสิทธิ์และยอด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งเหลือ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่อนจ่าย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SR09:003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ระบบต้องโอนย้ายสิน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้าระหว่างตำแหน่งจัดเ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็บที่ได้รับอนุญาตโดยยอดต้นทาง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ปลายทางสมดุล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Lot, Serial Number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และวันหมดอายุ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SR03:005, SR04:002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67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UN05.001, UN05.002, UN05.003, UN05.004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442" w:right="44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TC-UN05.002, TC-UN05.003, TC-UN05.004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SR03:006, SR04:002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2" w:right="67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UN06.001, UN06.002, UN06.003, UN06.004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442" w:right="44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TC-UN06.001, TC-UN06.002, TC-UN06.003, TC-UN06.004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SR03:007, SR04:002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UN07.001, UN07.002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TC-UN07.001, TC-UN07.002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SR03:008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UN08.001, UN08.002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TC-UN08.001, TC-UN08.002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สารอัตโนมัติและ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ุมสถานะ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วงจรชีวิต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SR03:010, SR04:005,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UN10.001, UN10.002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TC-UN10.001, TC-UN10.002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ารแนบไฟล์ที่อนุญาต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UN04.006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565"/>
        <w:gridCol w:w="1397"/>
        <w:gridCol w:w="1779"/>
        <w:gridCol w:w="1088"/>
        <w:gridCol w:w="984"/>
        <w:gridCol w:w="880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ระบบต้องแจ้งเตือนผู้ใช้ที่เ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้องเมื่อสถานะเอ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สารเปลี่ยนหรือมีเหตุ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ารณ์ปฏิบัติ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SR04:004,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ล้หมดและใบแจ้งหนี้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้างชำระตาม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SR05:002,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SR03:010, SR09:001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SR04:001, SR04:003,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ระบบต้องตอบสนองงานประจำวัน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,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้นหา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ภายในเวลาที่ใช้งานได้จริงบนสภาพแวดล้อมที่ต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ระบบต้องมีตารางสรุปยอด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(Aggregate)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เพื่อให้แดชบอร์ดและรายงานแสดงผลได้โดยไม่ต้อง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ำนวณใหม่ทุ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UN09.001, UN11.002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TC-UN09.001, TC-UN11.002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ระบบต้องรองรับปริมาณ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้อมูลและผู้ใช้พร้อม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ันในระดับที่ต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ลงสำหรับสภาพแวดล้อมใช้งานจริง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(Chrome, Edge, Firefox)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ระบบต้องส่งเหตุ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ารณ์ไปยังบริ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ภายในที่ป้อง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SR04:004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ต้องเชื่อมต่อ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Socket.IO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สาธารณะเพื่อรับ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ารแจ้งเตือนแบบ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Real-time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SR03:002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ระบบต้องพัฒนาบนสถาปัตย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รรม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Web-based Application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Relational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Referential Integrity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SR08:001, SR08:002,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Username/Password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ำหนดบทบาทผู้ใช้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 8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ึ้นไป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MySQL/MariaDB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Responsive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ใช้งานได้ทั้งบน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(Tablet/Mobile)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เมนูและปุ่ม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ำสั่งต้องแสดงตามบทบาทและสิทธิ์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องผู้ใช้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ระบบต้องพิมพ์เอ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สารธุร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ิจและฉลา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บาร์โ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้ดในรูปแบบที่ใช้งานได้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565"/>
        <w:gridCol w:w="1397"/>
        <w:gridCol w:w="1779"/>
        <w:gridCol w:w="1088"/>
        <w:gridCol w:w="984"/>
        <w:gridCol w:w="880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ารเชื่อมต่อในสภาพแวดล้อมใช้งานจริงต้องเ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HTTPS/TLS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องระบบต้องไม่ถู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Control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เว็บสาธารณะ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UN13.003, UN12.004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TC-UN13.003, TC-UN12.004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UN12.002, UN12.003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TC-UN12.002, TC-UN12.003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(Role-based Access Control)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และฝั่งเซิร์ฟเวอร์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 Injection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Cross-Site Scripting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CR06:006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้าสู่ระบบซ้ำซ้อน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(Concurrent Login)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องบัญชีเดียว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Linux Server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ในรูปแบบติดตั้งเอง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(LAMP)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UN13.001, UN13.002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TC-UN13.001, TC-UN13.002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อย่างสม่ำเสมอทั้งแอปพลิเ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ชันและงานตาม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SR01:006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ระบบต้องใช้งานได้บนอุป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พาผ่าน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SR06:003, SR02:002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้อมูลใช้งานจริงได้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้อมูลอัตโนมัติรายวัน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Pending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Pending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ชุดสำรองได้ตาม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ั้นตอนที่จัดทำเป็นเอ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ารเฝ้าระวังสถานะบริ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Web,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พร้อมแจ้งเตือนเมื่อ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(การเฝ้าระวังระบบ)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Pending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ระบบต้องรองรับหลายบริษัท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(Multi-company)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และหลาย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้าภายใต้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ำหนดเวลาต้องทำงานสำเร็จโดยไม่สร้างผลลัพธ์ซ้ำหรือเ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117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ซอฟต์แวร์ต้องมีโ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รงสร้างแบบโมดูล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(Manager Classes / API)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ได้โดยไม่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ระทบส่วนอื่น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SR02:003, SR02:004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Design (Software Unit), Software Components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ระบบต้องมีแม่แบบ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(Configuration Template)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ุมเวอร์ชันด้วย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565"/>
        <w:gridCol w:w="1397"/>
        <w:gridCol w:w="1779"/>
        <w:gridCol w:w="1088"/>
        <w:gridCol w:w="984"/>
        <w:gridCol w:w="880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97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ารบำรุงรั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ษาและประวัติ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พร่องที่แ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Document, Correction Register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้อมูลต้องสะท้อนใน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และตาราง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schema_migrations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SR08:005, SR08:004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้อมูลได้ใน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ั้นตอนเดียวผ่าน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SR01:003, SR08:005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Container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--build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ริปต์สร้างไฟล์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วามลับอัตโนมัติ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(docker/init-env.sh)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ารติดตั้งและตั้ง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UN13.001, UN13.002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TC-UN13.001, TC-UN13.002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(ขั้นตอนติดตั้ง)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</w:tr>
      <w:tr>
        <w:trPr>
          <w:trHeight w:hRule="exact" w:val="76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(Software User Document)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User Document (WP 8.0)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ู่มือปฏิบัติงานสำหรับผู้ดูแลระบบ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(Product Operation Guide)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Product Operation Guide (WP 10.0)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ารอบรมผู้ใช้งาน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่อนเปิดใช้งานจริง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Training Report (ตามแผน 22 ส.ค. 69)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Pending</w:t>
            </w:r>
          </w:p>
        </w:tc>
      </w:tr>
      <w:tr>
        <w:trPr>
          <w:trHeight w:hRule="exact" w:val="75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ต้องมีช่องทางสนับสนุนและระดับ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ารให้บริ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(SLA)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หลังส่งมอบ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 (SLA)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PHP, 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รอนุมัติ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96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main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Configuration, Project Repository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9"/>
        <w:gridCol w:w="6655"/>
        <w:gridCol w:w="1565"/>
        <w:gridCol w:w="1397"/>
        <w:gridCol w:w="1779"/>
        <w:gridCol w:w="1088"/>
        <w:gridCol w:w="984"/>
        <w:gridCol w:w="880"/>
      </w:tblGrid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หลักฐานอื่น (Document)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รหัสผ่านผู้ใช้ต้องเ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bcrypt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็บหรือบันทึ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วามธรรมดา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SR01:004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138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ารต้องจัดทำ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Work Products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ISO/IEC 29110 Basic Profile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List of Evidence (ตามแผน 24 ส.ค. 69), Verification Results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Pending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+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+ GL)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Transaction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  <w:tr>
        <w:trPr>
          <w:trHeight w:hRule="exact" w:val="34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ติดลบและ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ลื่อนไหวซ้ำซ้อน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(Backup &amp; Recovery)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้อผิดพลาดโดยแสดง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้าใจได้แทน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Fatal Error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CR14:001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Test Case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่อนส่งมอบ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CR14:002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Traceability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Record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1380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CR14:003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โดยตัวแทนลู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้าบนสภาพแวดล้อมใช้งานจริง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Validation Results, Acceptance Report (ตามแผน 24 ส.ค. 69)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64"/>
        </w:trPr>
        <w:tc>
          <w:tcPr>
            <w:tcW w:type="dxa" w:w="7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CR14:004</w:t>
            </w:r>
          </w:p>
        </w:tc>
        <w:tc>
          <w:tcPr>
            <w:tcW w:type="dxa" w:w="6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3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UN12.001, UN12.002</w:t>
            </w:r>
          </w:p>
        </w:tc>
        <w:tc>
          <w:tcPr>
            <w:tcW w:type="dxa" w:w="17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TC-UN12.001, TC-UN12.002</w:t>
            </w:r>
          </w:p>
        </w:tc>
        <w:tc>
          <w:tcPr>
            <w:tcW w:type="dxa" w:w="1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Report, Correction Register</w:t>
            </w:r>
          </w:p>
        </w:tc>
        <w:tc>
          <w:tcPr>
            <w:tcW w:type="dxa" w:w="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สรุปความครอบคลุม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936"/>
        <w:gridCol w:w="2201"/>
      </w:tblGrid>
      <w:tr>
        <w:trPr>
          <w:trHeight w:hRule="exact" w:val="434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้าทั้งหมด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936"/>
        <w:gridCol w:w="2201"/>
      </w:tblGrid>
      <w:tr>
        <w:trPr>
          <w:trHeight w:hRule="exact" w:val="448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48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68</w:t>
            </w:r>
          </w:p>
        </w:tc>
      </w:tr>
      <w:tr>
        <w:trPr>
          <w:trHeight w:hRule="exact" w:val="436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68</w:t>
            </w:r>
          </w:p>
        </w:tc>
      </w:tr>
      <w:tr>
        <w:trPr>
          <w:trHeight w:hRule="exact" w:val="452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ยืนยันด้วยเอ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Unit)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</w:t>
            </w:r>
          </w:p>
        </w:tc>
      </w:tr>
      <w:tr>
        <w:trPr>
          <w:trHeight w:hRule="exact" w:val="432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60</w:t>
            </w:r>
          </w:p>
        </w:tc>
      </w:tr>
      <w:tr>
        <w:trPr>
          <w:trHeight w:hRule="exact" w:val="452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</w:tr>
      <w:tr>
        <w:trPr>
          <w:trHeight w:hRule="exact" w:val="434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ยังไม่ได้ทดสอบ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ส่งมอบหลังรอบทดสอบ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</w:tr>
      <w:tr>
        <w:trPr>
          <w:trHeight w:hRule="exact" w:val="450"/>
        </w:trPr>
        <w:tc>
          <w:tcPr>
            <w:tcW w:type="dxa" w:w="12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(Pending)</w:t>
            </w:r>
          </w:p>
        </w:tc>
        <w:tc>
          <w:tcPr>
            <w:tcW w:type="dxa" w:w="2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