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Charter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25690123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(Project Charter)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ข้อมูลโครงการ (Project Information)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94"/>
        <w:gridCol w:w="1563"/>
        <w:gridCol w:w="6814"/>
      </w:tblGrid>
      <w:tr>
        <w:trPr>
          <w:trHeight w:hRule="exact" w:val="436"/>
        </w:trPr>
        <w:tc>
          <w:tcPr>
            <w:tcW w:type="dxa" w:w="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434"/>
        </w:trPr>
        <w:tc>
          <w:tcPr>
            <w:tcW w:type="dxa" w:w="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</w:t>
            </w:r>
          </w:p>
        </w:tc>
      </w:tr>
      <w:tr>
        <w:trPr>
          <w:trHeight w:hRule="exact" w:val="450"/>
        </w:trPr>
        <w:tc>
          <w:tcPr>
            <w:tcW w:type="dxa" w:w="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วันที่เริ่มโ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36"/>
        </w:trPr>
        <w:tc>
          <w:tcPr>
            <w:tcW w:type="dxa" w:w="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 (ApS)</w:t>
            </w:r>
          </w:p>
        </w:tc>
      </w:tr>
      <w:tr>
        <w:trPr>
          <w:trHeight w:hRule="exact" w:val="434"/>
        </w:trPr>
        <w:tc>
          <w:tcPr>
            <w:tcW w:type="dxa" w:w="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ผู้อนุมัติโ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วัตถุประสงค์ของโครงการ (Project Objectives)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โครงการพัฒนาระบบบริหารจัดการคลังสินค้าของ บริษัท บี.อาร์.เอ็น เอ็นเตอร์ไพรส์ จำกัด จัดทำขึ้นเพื่อรวมศูนย์การจัดการคลังสินค้า เชื่อมโยงกับงานขาย งานจัดซื้อ และงานบัญชี ให้ครบวงจร โดยมีวัตถุประสงค์ดังนี้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973"/>
        <w:gridCol w:w="6098"/>
      </w:tblGrid>
      <w:tr>
        <w:trPr>
          <w:trHeight w:hRule="exact" w:val="436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วัตถุประสง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(Objective)</w:t>
            </w:r>
          </w:p>
        </w:tc>
        <w:tc>
          <w:tcPr>
            <w:tcW w:type="dxa" w:w="6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(Description)</w:t>
            </w:r>
          </w:p>
        </w:tc>
      </w:tr>
      <w:tr>
        <w:trPr>
          <w:trHeight w:hRule="exact" w:val="690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รวมศูนย์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6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ทดแทนการบันทึกที่กระจายอยู่หลายระบบ ให้ยอดสินค้าคงคลังถูกต้องและตรวจสอบได้จากแหล่งเดียว</w:t>
            </w:r>
          </w:p>
        </w:tc>
      </w:tr>
      <w:tr>
        <w:trPr>
          <w:trHeight w:hRule="exact" w:val="450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รองรับหลายบริษัทและหลาย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6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องผู้ใช้แต่ละรายให้อยู่ในบริษัทและ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ลังที่ได้รับสิทธิ์</w:t>
            </w:r>
          </w:p>
        </w:tc>
      </w:tr>
      <w:tr>
        <w:trPr>
          <w:trHeight w:hRule="exact" w:val="434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เชื่อมโยงงานปฏิบัติ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ับงานบัญชี</w:t>
            </w:r>
          </w:p>
        </w:tc>
        <w:tc>
          <w:tcPr>
            <w:tcW w:type="dxa" w:w="6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ายและงานจัดซื้อบันทึ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้องโดยอัตโนมัติ</w:t>
            </w:r>
          </w:p>
        </w:tc>
      </w:tr>
      <w:tr>
        <w:trPr>
          <w:trHeight w:hRule="exact" w:val="690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</w:p>
        </w:tc>
        <w:tc>
          <w:tcPr>
            <w:tcW w:type="dxa" w:w="6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ควบคุมเลขที่เอกสาร สถานะ และประวัติรายการ พร้อมติดตาม Lot, Serial Number และวันหมดอายุ</w:t>
            </w:r>
          </w:p>
        </w:tc>
      </w:tr>
      <w:tr>
        <w:trPr>
          <w:trHeight w:hRule="exact" w:val="450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ให้ติดตั้งและดูแลรั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ษาได้อย่างเป็นระบบ</w:t>
            </w:r>
          </w:p>
        </w:tc>
        <w:tc>
          <w:tcPr>
            <w:tcW w:type="dxa" w:w="6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มีขั้นตอนติดตั้ง ตั้งค่า สำรอง และกู้คืนที่ทำซ้ำได้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ขอบเขตของงาน (Scope of Work)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2976"/>
        <w:gridCol w:w="5440"/>
      </w:tblGrid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Name</w:t>
            </w:r>
          </w:p>
        </w:tc>
      </w:tr>
      <w:tr>
        <w:trPr>
          <w:trHeight w:hRule="exact" w:val="44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ารผู้ใช้งานและสิทธิ์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Identity, Role and Application-Access Management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Data Management (Warehouse, Product, Contact)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Control)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Inventory Control (Stock in/out/transfer, Lot, Serial, Expiry, Barcode)</w:t>
            </w:r>
          </w:p>
        </w:tc>
      </w:tr>
      <w:tr>
        <w:trPr>
          <w:trHeight w:hRule="exact" w:val="44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(Quotation, Order, Invoice, Return, Credit Note)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(Request, Order, Invoice, Supplier Return)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 (Receipt Billing, Receipt, Payment Billing, Payment)</w:t>
            </w:r>
          </w:p>
        </w:tc>
      </w:tr>
      <w:tr>
        <w:trPr>
          <w:trHeight w:hRule="exact" w:val="43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Accounting (Chart of Accounts, Department, Journal, General Ledger)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ระบบรายงานและแดชบอร์ด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Reporting and Dashboard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Numbering and Lifecycle Control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Notification and Scheduled Job (Node.js, Socket.IO)</w:t>
            </w:r>
          </w:p>
        </w:tc>
      </w:tr>
      <w:tr>
        <w:trPr>
          <w:trHeight w:hRule="exact" w:val="43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29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5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Deployment and Configuration (Manual / Docker Compose)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87"/>
        <w:gridCol w:w="2010"/>
        <w:gridCol w:w="749"/>
        <w:gridCol w:w="1802"/>
        <w:gridCol w:w="3823"/>
      </w:tblGrid>
      <w:tr>
        <w:trPr>
          <w:trHeight w:hRule="exact" w:val="436"/>
        </w:trPr>
        <w:tc>
          <w:tcPr>
            <w:tcW w:type="dxa" w:w="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ุล</w:t>
            </w:r>
          </w:p>
        </w:tc>
        <w:tc>
          <w:tcPr>
            <w:tcW w:type="dxa" w:w="7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ชื่อย่อ</w:t>
            </w:r>
          </w:p>
        </w:tc>
        <w:tc>
          <w:tcPr>
            <w:tcW w:type="dxa" w:w="1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(Role)</w:t>
            </w:r>
          </w:p>
        </w:tc>
        <w:tc>
          <w:tcPr>
            <w:tcW w:type="dxa" w:w="38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7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  <w:tc>
          <w:tcPr>
            <w:tcW w:type="dxa" w:w="1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8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อนุมัติเอกสารโครงการและงบประมาณ ตรวจรับส่งมอบ</w:t>
            </w:r>
          </w:p>
        </w:tc>
      </w:tr>
      <w:tr>
        <w:trPr>
          <w:trHeight w:hRule="exact" w:val="434"/>
        </w:trPr>
        <w:tc>
          <w:tcPr>
            <w:tcW w:type="dxa" w:w="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7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8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บริหารแผนโ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ุณภาพ</w:t>
            </w:r>
          </w:p>
        </w:tc>
      </w:tr>
      <w:tr>
        <w:trPr>
          <w:trHeight w:hRule="exact" w:val="450"/>
        </w:trPr>
        <w:tc>
          <w:tcPr>
            <w:tcW w:type="dxa" w:w="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7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8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แบบระบบ</w:t>
            </w:r>
          </w:p>
        </w:tc>
      </w:tr>
      <w:tr>
        <w:trPr>
          <w:trHeight w:hRule="exact" w:val="436"/>
        </w:trPr>
        <w:tc>
          <w:tcPr>
            <w:tcW w:type="dxa" w:w="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7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38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พัฒนาระบบและดูแล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</w:p>
        </w:tc>
      </w:tr>
      <w:tr>
        <w:trPr>
          <w:trHeight w:hRule="exact" w:val="450"/>
        </w:trPr>
        <w:tc>
          <w:tcPr>
            <w:tcW w:type="dxa" w:w="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7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8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ทดสอบระบบและตรวจสอบ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ุณภาพ</w:t>
            </w:r>
          </w:p>
        </w:tc>
      </w:tr>
      <w:tr>
        <w:trPr>
          <w:trHeight w:hRule="exact" w:val="434"/>
        </w:trPr>
        <w:tc>
          <w:tcPr>
            <w:tcW w:type="dxa" w:w="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7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38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แผนระยะเวลาโครงการ (Project Timeline)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28"/>
        <w:gridCol w:w="1270"/>
        <w:gridCol w:w="3081"/>
        <w:gridCol w:w="3492"/>
      </w:tblGrid>
      <w:tr>
        <w:trPr>
          <w:trHeight w:hRule="exact" w:val="436"/>
        </w:trPr>
        <w:tc>
          <w:tcPr>
            <w:tcW w:type="dxa" w:w="1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Phase</w:t>
            </w:r>
          </w:p>
        </w:tc>
        <w:tc>
          <w:tcPr>
            <w:tcW w:type="dxa" w:w="1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Duration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30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(Date)</w:t>
            </w:r>
          </w:p>
        </w:tc>
        <w:tc>
          <w:tcPr>
            <w:tcW w:type="dxa" w:w="34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หมายเหตุ</w:t>
            </w:r>
          </w:p>
        </w:tc>
      </w:tr>
      <w:tr>
        <w:trPr>
          <w:trHeight w:hRule="exact" w:val="450"/>
        </w:trPr>
        <w:tc>
          <w:tcPr>
            <w:tcW w:type="dxa" w:w="1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Initiation</w:t>
            </w:r>
          </w:p>
        </w:tc>
        <w:tc>
          <w:tcPr>
            <w:tcW w:type="dxa" w:w="1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19</w:t>
            </w:r>
          </w:p>
        </w:tc>
        <w:tc>
          <w:tcPr>
            <w:tcW w:type="dxa" w:w="30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4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Kick-off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Project Charter</w:t>
            </w:r>
          </w:p>
        </w:tc>
      </w:tr>
      <w:tr>
        <w:trPr>
          <w:trHeight w:hRule="exact" w:val="690"/>
        </w:trPr>
        <w:tc>
          <w:tcPr>
            <w:tcW w:type="dxa" w:w="1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Planning</w:t>
            </w:r>
          </w:p>
        </w:tc>
        <w:tc>
          <w:tcPr>
            <w:tcW w:type="dxa" w:w="1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38</w:t>
            </w:r>
          </w:p>
        </w:tc>
        <w:tc>
          <w:tcPr>
            <w:tcW w:type="dxa" w:w="30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4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Customer Requirements, Software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Plan, Work Schedule</w:t>
            </w:r>
          </w:p>
        </w:tc>
      </w:tr>
      <w:tr>
        <w:trPr>
          <w:trHeight w:hRule="exact" w:val="434"/>
        </w:trPr>
        <w:tc>
          <w:tcPr>
            <w:tcW w:type="dxa" w:w="1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Execution</w:t>
            </w:r>
          </w:p>
        </w:tc>
        <w:tc>
          <w:tcPr>
            <w:tcW w:type="dxa" w:w="1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100</w:t>
            </w:r>
          </w:p>
        </w:tc>
        <w:tc>
          <w:tcPr>
            <w:tcW w:type="dxa" w:w="30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4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</w:p>
        </w:tc>
      </w:tr>
      <w:tr>
        <w:trPr>
          <w:trHeight w:hRule="exact" w:val="690"/>
        </w:trPr>
        <w:tc>
          <w:tcPr>
            <w:tcW w:type="dxa" w:w="1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&amp; Validation</w:t>
            </w:r>
          </w:p>
        </w:tc>
        <w:tc>
          <w:tcPr>
            <w:tcW w:type="dxa" w:w="1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  <w:tc>
          <w:tcPr>
            <w:tcW w:type="dxa" w:w="30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4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ตรวจสอบเอกสาร ทดสอบระบบ และ UAT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28"/>
        <w:gridCol w:w="1270"/>
        <w:gridCol w:w="3081"/>
        <w:gridCol w:w="3492"/>
      </w:tblGrid>
      <w:tr>
        <w:trPr>
          <w:trHeight w:hRule="exact" w:val="448"/>
        </w:trPr>
        <w:tc>
          <w:tcPr>
            <w:tcW w:type="dxa" w:w="1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Phase</w:t>
            </w:r>
          </w:p>
        </w:tc>
        <w:tc>
          <w:tcPr>
            <w:tcW w:type="dxa" w:w="1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Duration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30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(Date)</w:t>
            </w:r>
          </w:p>
        </w:tc>
        <w:tc>
          <w:tcPr>
            <w:tcW w:type="dxa" w:w="34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หมายเหตุ</w:t>
            </w:r>
          </w:p>
        </w:tc>
      </w:tr>
      <w:tr>
        <w:trPr>
          <w:trHeight w:hRule="exact" w:val="436"/>
        </w:trPr>
        <w:tc>
          <w:tcPr>
            <w:tcW w:type="dxa" w:w="1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Close</w:t>
            </w:r>
          </w:p>
        </w:tc>
        <w:tc>
          <w:tcPr>
            <w:tcW w:type="dxa" w:w="1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30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4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อบรม ปิดงานควบคุมปฏิบัติการ และปิดโครงการ</w:t>
            </w:r>
          </w:p>
        </w:tc>
      </w:tr>
    </w:tbl>
    <w:p>
      <w:pPr>
        <w:autoSpaceDN w:val="0"/>
        <w:autoSpaceDE w:val="0"/>
        <w:widowControl/>
        <w:spacing w:line="266" w:lineRule="exact" w:before="374" w:after="14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หลักไมล์และเกณฑ์ความสำเร็จ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235"/>
        <w:gridCol w:w="3008"/>
        <w:gridCol w:w="3828"/>
      </w:tblGrid>
      <w:tr>
        <w:trPr>
          <w:trHeight w:hRule="exact" w:val="448"/>
        </w:trPr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ไมล์</w:t>
            </w:r>
          </w:p>
        </w:tc>
        <w:tc>
          <w:tcPr>
            <w:tcW w:type="dxa" w:w="3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  <w:tc>
          <w:tcPr>
            <w:tcW w:type="dxa" w:w="3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วามสำเร็จ</w:t>
            </w:r>
          </w:p>
        </w:tc>
      </w:tr>
      <w:tr>
        <w:trPr>
          <w:trHeight w:hRule="exact" w:val="452"/>
        </w:trPr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อนุมัติขอบเขตและวัตถุประสงค์</w:t>
            </w:r>
          </w:p>
        </w:tc>
      </w:tr>
      <w:tr>
        <w:trPr>
          <w:trHeight w:hRule="exact" w:val="432"/>
        </w:trPr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และแผนงาน</w:t>
            </w:r>
          </w:p>
        </w:tc>
      </w:tr>
      <w:tr>
        <w:trPr>
          <w:trHeight w:hRule="exact" w:val="452"/>
        </w:trPr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ารพัฒนา</w:t>
            </w:r>
          </w:p>
        </w:tc>
        <w:tc>
          <w:tcPr>
            <w:tcW w:type="dxa" w:w="3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</w:p>
        </w:tc>
      </w:tr>
      <w:tr>
        <w:trPr>
          <w:trHeight w:hRule="exact" w:val="434"/>
        </w:trPr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</w:t>
            </w:r>
          </w:p>
        </w:tc>
        <w:tc>
          <w:tcPr>
            <w:tcW w:type="dxa" w:w="3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ตรวจรับส่งมอบ</w:t>
            </w:r>
          </w:p>
        </w:tc>
        <w:tc>
          <w:tcPr>
            <w:tcW w:type="dxa" w:w="3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ลงนามตรวจรับสิ่งส่งมอบ</w:t>
            </w:r>
          </w:p>
        </w:tc>
      </w:tr>
      <w:tr>
        <w:trPr>
          <w:trHeight w:hRule="exact" w:val="436"/>
        </w:trPr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charter-repor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