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Validation Result (UAT)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25690814 V1.0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ับผู้ใช้งาน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Responsible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คุณเสรี วิริยะสกุลธรณ์ (Project Sponsor / ตัวแทนลูกค้า)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เพื่อยืนยันว่าระบบที่พัฒนาตรงตามความต้องการของลูกค้า (Customer Requirements) สามารถใช้งานได้จริง มีประสิทธิภาพ มีความปลอดภัย และพร้อมเปิดใช้งานจริง (Go-Live) โดยใช้ความต้องการของลูกค้าทุกรายการเป็นตัวตั้งของการทดสอบการยอมรับ และอ้างอิง Test Case หรือเอกสารส่งมอบเป็นหลักฐานประกอบ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สภาพแวดล้อมและผู้ทดสอบ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960"/>
        <w:gridCol w:w="7111"/>
      </w:tblGrid>
      <w:tr>
        <w:trPr>
          <w:trHeight w:hRule="exact" w:val="436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สภาพแวดล้อมที่ใช้ทดสอบ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สภาพแวดล้อมใช้งานจริง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</w:p>
        </w:tc>
      </w:tr>
      <w:tr>
        <w:trPr>
          <w:trHeight w:hRule="exact" w:val="450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ผู้ทดสอบ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 (Project Sponsor / ตัวแทนลูกค้า)</w:t>
            </w:r>
          </w:p>
        </w:tc>
      </w:tr>
      <w:tr>
        <w:trPr>
          <w:trHeight w:hRule="exact" w:val="434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 (QA/Tester)</w:t>
            </w:r>
          </w:p>
        </w:tc>
      </w:tr>
      <w:tr>
        <w:trPr>
          <w:trHeight w:hRule="exact" w:val="450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ช่วงเวลาทดสอบ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</w:tr>
      <w:tr>
        <w:trPr>
          <w:trHeight w:hRule="exact" w:val="436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(CR01–CR14)</w:t>
            </w:r>
          </w:p>
        </w:tc>
      </w:tr>
      <w:tr>
        <w:trPr>
          <w:trHeight w:hRule="exact" w:val="450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Build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ที่ใช้ทดสอบ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b2c4374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บน Branch main</w:t>
            </w:r>
          </w:p>
        </w:tc>
      </w:tr>
      <w:tr>
        <w:trPr>
          <w:trHeight w:hRule="exact" w:val="690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ทดสอบการยอมรับคู่ขนานกับการทดสอบระบบตามมติที่ประชุม 10 ส.ค. 69 ซึ่งต่างจากเกณฑ์เข้าสู่ UAT ใน Test Case and Test Procedures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ตารางสรุป Validation Result ตาม Customer Requirements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85"/>
        <w:gridCol w:w="3004"/>
        <w:gridCol w:w="1872"/>
        <w:gridCol w:w="1375"/>
        <w:gridCol w:w="1105"/>
        <w:gridCol w:w="730"/>
      </w:tblGrid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 ID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Status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Tester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Feature &amp; Functional Characteristics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CR01:001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ระบบต้องรองรับการลงทะเบียนเจ้าของบริษัทและการเชิญผู้ใช้งานเข้าร่วมบริษัท (Onboarding)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TC-UN01.001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85"/>
        <w:gridCol w:w="3004"/>
        <w:gridCol w:w="1872"/>
        <w:gridCol w:w="1375"/>
        <w:gridCol w:w="1105"/>
        <w:gridCol w:w="730"/>
      </w:tblGrid>
      <w:tr>
        <w:trPr>
          <w:trHeight w:hRule="exact" w:val="44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 ID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Status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Tester</w:t>
            </w:r>
          </w:p>
        </w:tc>
      </w:tr>
      <w:tr>
        <w:trPr>
          <w:trHeight w:hRule="exact" w:val="93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CR01:002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ระบบต้องยืนยันตัวตนผู้ใช้และบังคับสิทธิ์ตามบทบาท Owner, Admin, Staff และ Viewer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2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CR01:003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ระบบต้องรองรับการกู้คืนรหัสผ่าน การควบคุม Session และการยืนยัน OTP ตามที่กำหนด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TC-UN01.003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CR01:004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6" w:right="22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TC-UN01.004,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TC-UN02.001,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TC-UN02.002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CR01:005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6" w:right="22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TC-UN03.001,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TC-UN03.002,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TC-UN03.003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CR01:006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20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ลังเดียวและแบบหลายชั้น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พื้นที่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TC-UN03.004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CR01:007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TC-UN04.001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CR01:008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(Stock-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out)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โดยตรวจสอบสิทธิ์และยอด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งเหลือ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่อนจ่าย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TC-UN04.002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CR01:009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้าระหว่างตำแหน่งจัด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็บที่ได้รับอนุญาตโดยยอดต้นทาง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ทางสมดุล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TC-UN04.003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CR01:010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ระบบต้องติดตาม Lot, Serial Number และวันหมดอายุของสินค้าที่เกี่ยวข้อง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TC-UN04.004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CR01:011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21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TC-UN09.002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CR01:012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TC-UN04.005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18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CR01:013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116" w:right="22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TC-UN05.001,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TC-UN05.002,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TC-UN05.003,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TC-UN05.004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18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CR01:014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6" w:right="22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TC-UN06.001,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TC-UN06.002,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TC-UN06.003,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TC-UN06.004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CR01:015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TC-UN07.001,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TC-UN07.002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85"/>
        <w:gridCol w:w="3004"/>
        <w:gridCol w:w="1872"/>
        <w:gridCol w:w="1375"/>
        <w:gridCol w:w="1105"/>
        <w:gridCol w:w="730"/>
      </w:tblGrid>
      <w:tr>
        <w:trPr>
          <w:trHeight w:hRule="exact" w:val="44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 ID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Status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Tester</w:t>
            </w:r>
          </w:p>
        </w:tc>
      </w:tr>
      <w:tr>
        <w:trPr>
          <w:trHeight w:hRule="exact" w:val="117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CR01:016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TC-UN08.001, TC-UN08.002 / ข้อบกพร่องคงค้าง ISS-030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Failed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CR01:017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TC-UN09.003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8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CR01:018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สารอัตโนมัติและ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TC-UN10.001,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TC-UN10.002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CR01:019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ารแนบไฟล์ที่อนุญาต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TC-UN04.006 / ข้อบกพร่องคงค้าง ISS-029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Failed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CR01:020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TC-UN09.004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CR01:021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ระบบต้องแจ้งเตือนผู้ใช้ที่เ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้องเมื่อสถานะ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สารเปลี่ยนหรือมีเหตุ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ารณ์ปฏิบัติ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TC-UN11.001 / ข้อบกพร่องคงค้าง ISS-031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Failed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CR01:022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28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และแจ้งเตือน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ล้หมดและใบแจ้งหนี้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้างชำระตาม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TC-UN11.002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CR01:023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TC-UN10.003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CR01:024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เฉพาะผู้ใช้ที่ได้รับอนุญาตในบริบทปัจจุบัน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TC-UN12.001 / ข้อบกพร่องคงค้าง ISS-031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Failed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Performance Considerations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CR02:001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ระบบต้องตอบสนองงานประจำวัน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เปิดหน้า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ภายในเวลาที่ใช้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งานได้จริงบนสภาพแวดล้อมที่ต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ใช้งานประจำวันบนสภาพแวดล้อมจริงและสังเกตเวลาตอบสนอง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TC-UN09.001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CR02:002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ระบบต้องมีตารางสรุปยอด (Aggregate) เพื่อให้แดชบอร์ดและรายงานแสดงผลได้โดยไม่ต้องคำนวณใหม่ทุกครั้ง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ใช้งานประจำวันบนสภาพแวดล้อมจริงและสังเกตเวลาตอบสนอง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TC-UN09.001,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TC-UN11.002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CR02:003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้อมูลและผู้ใช้พร้อม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ันในระดับที่ต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ลงสำหรับสภาพแวดล้อมใช้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งานจริง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ใช้งานประจำวันบนสภาพแวดล้อมจริงและสังเกตเวลาตอบสนอง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TC-UN09.001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3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Interface Considerations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CR03:001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23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TC-UN13.001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85"/>
        <w:gridCol w:w="3004"/>
        <w:gridCol w:w="1872"/>
        <w:gridCol w:w="1375"/>
        <w:gridCol w:w="1105"/>
        <w:gridCol w:w="730"/>
      </w:tblGrid>
      <w:tr>
        <w:trPr>
          <w:trHeight w:hRule="exact" w:val="44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 ID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Status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Tester</w:t>
            </w:r>
          </w:p>
        </w:tc>
      </w:tr>
      <w:tr>
        <w:trPr>
          <w:trHeight w:hRule="exact" w:val="93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CR03:002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ระบบต้องใช้งานผ่าน Web Browser มาตรฐาน (Chrome, Edge, Firefox) ได้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23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2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CR03:003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ระบบต้องส่งเหตุการณ์ไปยังบริการ Node.js ผ่าน Endpoint ภายในที่ป้องกันด้วย Secret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8" w:right="23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TC-UN11.001 / ข้อบกพร่องคงค้าง ISS-031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Failed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CR03:004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Browser ต้องเชื่อมต่อ Socket.IO Endpoint สาธารณะเพื่อรับการแจ้งเตือนแบบ Real-time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8" w:right="23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TC-UN11.001 / ข้อบกพร่องคงค้าง ISS-031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Failed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CR03:005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08" w:right="23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TC-UN02.002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3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Required System Characteristics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CR04:001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ระบบต้องพัฒนาบนสถาปัตย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Web-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based Application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8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ตรวจสอบสภาพแวดล้อม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ที่ติดตั้งและ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CR04:002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Relational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Referential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Integrity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ตรวจสอบสภาพแวดล้อม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ที่ติดตั้งและ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TC-UN13.001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CR04:003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ระบบต้องรองรับการเข้าสู่ระบบด้วย Username/Password และกำหนดบทบาทผู้ใช้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6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ตรวจสอบสภาพแวดล้อม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ที่ติดตั้งและ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CR04:004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ตรวจสอบสภาพแวดล้อม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ที่ติดตั้งและ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TC-UN13.001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Human Engineering Considerations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CR05:001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UI ต้องเป็น Responsive ใช้งานได้ทั้งบน Desktop และอุปกรณ์หน้าคลังสินค้า (Tablet/Mobile)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66" w:after="0"/>
              <w:ind w:left="10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ทดลองใช้งานบน Desktop และ Tablet/Mobile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CR05:002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เมนูและปุ่ม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ำสั่งต้องแสดงตามบทบาทและ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องผู้ใช้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68" w:after="0"/>
              <w:ind w:left="10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ทดลองใช้งานบน Desktop และ Tablet/Mobile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CR05:003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0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ทดลองใช้งานบน Desktop และ Tablet/Mobile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TC-UN10.002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CR05:004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ทดลองใช้งานบน Desktop และ Tablet/Mobile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TC-UN10.002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CR05:005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ระบบต้องพิมพ์เอ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ิจและฉลา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บาร์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้ดในรูปแบบที่ใช้งานได้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ทดลองใช้งานบน Desktop และ Tablet/Mobile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TC-UN04.005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Security Considerations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85"/>
        <w:gridCol w:w="3004"/>
        <w:gridCol w:w="1872"/>
        <w:gridCol w:w="1375"/>
        <w:gridCol w:w="1105"/>
        <w:gridCol w:w="730"/>
      </w:tblGrid>
      <w:tr>
        <w:trPr>
          <w:trHeight w:hRule="exact" w:val="44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 ID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Status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Tester</w:t>
            </w:r>
          </w:p>
        </w:tc>
      </w:tr>
      <w:tr>
        <w:trPr>
          <w:trHeight w:hRule="exact" w:val="93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CR06:001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ารเชื่อมต่อในสภาพแวดล้อมใช้งานจริงต้อง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HTTPS/TLS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TC-UN12.004 / ข้อบกพร่องคงค้าง ISS-032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Failed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18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CR06:002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องระบบต้องไม่ถู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Source 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้าถึงได้จา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เว็บสาธารณะ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TC-UN13.003, TC-UN12.004 / ข้อบกพร่องคงค้าง ISS-032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Failed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CR06:003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TC-UN12.002,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TC-UN12.003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CR06:004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ระบบต้องจำกัดสิทธิ์การเข้าถึงตามบทบาท (Role-based Access Control) ทั้งใน UI และฝั่งเซิร์ฟเวอร์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CR06:005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ระบบต้องป้องกัน SQL Injection และ Cross-Site Scripting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TC-UN12.002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CR06:006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ระบบต้องบล็อกการเข้าสู่ระบบซ้ำซ้อน (Concurrent Login) ของบัญชีเดียวกัน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TC-UN01.003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Environmental Considerations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CR07:001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ระบบต้องทำงานบน Linux Server ในรูปแบบติดตั้งเอง (LAMP) หรือ Docker Compose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TC-UN13.001,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Not tested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CR07:002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ระบบต้องใช้เขตเวลา Asia/Bangkok อย่างสม่ำเสมอทั้งแอปพลิเคชันและงานตามกำหนดเวลา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TC-UN11.002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CR07:003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ระบบต้องใช้งานได้บนอุปกรณ์ Desktop และอุปกรณ์พกพาผ่าน Web Browser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CR07:004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้อมูลใช้งานจริงได้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TC-UN13.001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Operational Considerations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42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CR08:001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้อมูลอัตโนมัติราย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TC-UN13.004 / รอปิดรายการ OP-001 สำรองฐานข้อมูลอัตโนมัติ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Pending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CR08:002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ชุดสำรองได้ตาม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ั้นตอนที่จัดทำเป็นเอ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TC-UN13.004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85"/>
        <w:gridCol w:w="3004"/>
        <w:gridCol w:w="1872"/>
        <w:gridCol w:w="1375"/>
        <w:gridCol w:w="1105"/>
        <w:gridCol w:w="730"/>
      </w:tblGrid>
      <w:tr>
        <w:trPr>
          <w:trHeight w:hRule="exact" w:val="44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 ID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Status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Tester</w:t>
            </w:r>
          </w:p>
        </w:tc>
      </w:tr>
      <w:tr>
        <w:trPr>
          <w:trHeight w:hRule="exact" w:val="192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CR08:003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ารเฝ้าระวังสถานะบริ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Web,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พร้อมแจ้งเตือน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เมื่อ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Product Operation Guide (การเฝ้าระวังระบบ) / รอปิดรายการ OP-002 การเฝ้าระวังและแจ้งเตือน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Pending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CR08:004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ระบบต้องรองรับหลายบริษัท (Multi-company) และหลายคลังสินค้าภายใต้การแยกข้อมูล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TC-UN12.001 / ข้อบกพร่องคงค้าง ISS-031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Failed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CR08:005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ำหนดเวลาต้องทำงานสำเร็จโดยไม่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สร้างผลลัพธ์ซ้ำหรือเ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ินสิทธิ์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TC-UN11.002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Maintenance Considerations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42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CR09:001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ซอฟต์แวร์ต้องมีโครงสร้างแบบโมดูล (Manager Classes / API) เพื่อให้แก้ไขได้โดยไม่กระทบส่วนอื่น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Software Design (Software Unit), Software Components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CR09:002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ระบบต้องมีแม่แบบ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(Configuration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Template)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ุมเวอร์ชันด้วย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Git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TC-UN13.003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Not tested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18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CR09:003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พร่องที่แ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แล้ว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Maintenance Document, Correction Register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CR09:004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การเปลี่ยนแปลงโครงสร้างฐานข้อมูลต้องสะท้อนใน setup.php และตาราง schema_migrations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TC-UN13.001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3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Installation Considerations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CR10:001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้อมูลได้ใน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setup.php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TC-UN13.001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CR10:002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ระบบต้องติดตั้งแบบ Container ได้ด้วยคำสั่ง docker compose up -d --build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Not tested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CR10:003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ริปต์สร้างไฟล์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วามลับอัตโนมัติ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(docker/init-env.sh)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TC-UN13.003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Not tested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66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CR10:004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TC-UN13.001, TC-UN13.002 / Product Operation Guide (ขั้นตอนติดตั้ง)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Not tested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85"/>
        <w:gridCol w:w="3004"/>
        <w:gridCol w:w="1872"/>
        <w:gridCol w:w="1375"/>
        <w:gridCol w:w="1105"/>
        <w:gridCol w:w="730"/>
      </w:tblGrid>
      <w:tr>
        <w:trPr>
          <w:trHeight w:hRule="exact" w:val="44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 ID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Status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Tester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Support Considerations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2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CR11:001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(Software User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Document)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Software User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Document (WP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8.0)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18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CR11:002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ต้องมีคู่มือปฏิบัติงานสำหรับผู้ดูแลระบบ (Product Operation Guide)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Product Operation Guide (WP 10.0)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42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CR11:003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ารอบรมผู้ใช้งาน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่อนเปิดใช้งานจริง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แผนการอบรมก่อนเปิดใช้งาน (Task 5.2) / รอการอบรมผู้ใช้งานตามแผน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Pending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CR11:004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ต้องมีช่องทางสนับสนุนและระดับ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(SLA)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หลังส่งมอบ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Maintenance Document (SLA)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Design Constraints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CR12:001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ระบบต้องพัฒนาด้วย PHP, MariaDB และ Node.js ตามที่องค์กรอนุมัติ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TC-UN13.001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17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CR12:002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ระบบต้องควบคุม Source Code ด้วย Git โดยมี main เป็น Baseline หลัก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Software Configuration, Project Repository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CR12:003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รหัสผ่านผู้ใช้ต้องเ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bcrypt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็บหรือบันทึ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วามธรรมดา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TC-UN01.003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66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CR12:004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ารต้องจัดทำ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ISO/IEC 29110 Basic Profile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Verification Results รอบที่ 1–3 / รอจัดทำ List of Evidence ตอนปิดโครงการ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Pending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152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Safety and Reliability Considerations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CR13:001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การเปลี่ยนแปลงฐานข้อมูลที่เกี่ยวข้องกัน (เอกสาร + สต๊อก + GL) ต้องเป็น Transaction เดียวกัน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TC-UN08.002 / ข้อบกพร่องคงค้าง ISS-030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Failed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CR13:002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ลื่อนไหวซ้ำซ้อน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TC-UN04.002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85"/>
        <w:gridCol w:w="3004"/>
        <w:gridCol w:w="1872"/>
        <w:gridCol w:w="1375"/>
        <w:gridCol w:w="1105"/>
        <w:gridCol w:w="730"/>
      </w:tblGrid>
      <w:tr>
        <w:trPr>
          <w:trHeight w:hRule="exact" w:val="44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 ID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Status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Tester</w:t>
            </w:r>
          </w:p>
        </w:tc>
      </w:tr>
      <w:tr>
        <w:trPr>
          <w:trHeight w:hRule="exact" w:val="93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CR13:003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ระบบต้องรองรับการสำรองและกู้คืน (Backup &amp; Recovery) ทั้ง Source Code และฐานข้อมูล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TC-UN13.004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2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CR13:004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้อผิดพลาดโดยแสดง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Fatal Error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TC-UN10.002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5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Quality Expectations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2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CR14:001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่อนส่งมอบ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Report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CR14:002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42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ทุกความต้องการต้องสอบกลับได้ถึงการออกแบบ ส่วนประกอบ และหลักฐานการทดสอบ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Traceability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Record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CR14:003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8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ระบบต้องผ่านการทดสอบการยอมรับ (UAT) โดยตัวแทนลูกค้าบนสภาพแวดล้อมใช้งานจริง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8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ผลการทดสอบการยอมรับในเอกสารฉบับนี้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92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CR14:004</w:t>
            </w:r>
          </w:p>
        </w:tc>
        <w:tc>
          <w:tcPr>
            <w:tcW w:type="dxa" w:w="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TC-UN12.001, TC-UN12.002 / Test Report, Correction Register / ข้อบกพร่องคงค้าง ISS-031</w:t>
            </w:r>
          </w:p>
        </w:tc>
        <w:tc>
          <w:tcPr>
            <w:tcW w:type="dxa" w:w="1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Failed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สรุปผลการทดสอบการยอมรับรายหมวด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4131"/>
        <w:gridCol w:w="1326"/>
        <w:gridCol w:w="1326"/>
        <w:gridCol w:w="1429"/>
        <w:gridCol w:w="859"/>
      </w:tblGrid>
      <w:tr>
        <w:trPr>
          <w:trHeight w:hRule="exact" w:val="1186"/>
        </w:trPr>
        <w:tc>
          <w:tcPr>
            <w:tcW w:type="dxa" w:w="41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25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25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(Passed)</w:t>
            </w:r>
          </w:p>
        </w:tc>
        <w:tc>
          <w:tcPr>
            <w:tcW w:type="dxa" w:w="14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24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(Failed)</w:t>
            </w:r>
          </w:p>
        </w:tc>
        <w:tc>
          <w:tcPr>
            <w:tcW w:type="dxa" w:w="8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0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ยังไม่ได้ทดสอบ / รอดำเนินการ</w:t>
            </w:r>
          </w:p>
        </w:tc>
      </w:tr>
      <w:tr>
        <w:trPr>
          <w:trHeight w:hRule="exact" w:val="450"/>
        </w:trPr>
        <w:tc>
          <w:tcPr>
            <w:tcW w:type="dxa" w:w="41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 Feature &amp; Functional Characteristics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24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</w:t>
            </w:r>
          </w:p>
        </w:tc>
        <w:tc>
          <w:tcPr>
            <w:tcW w:type="dxa" w:w="14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8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4"/>
        </w:trPr>
        <w:tc>
          <w:tcPr>
            <w:tcW w:type="dxa" w:w="41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 Performance Considerations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4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  <w:tc>
          <w:tcPr>
            <w:tcW w:type="dxa" w:w="8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1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 Interface Considerations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4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8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6"/>
        </w:trPr>
        <w:tc>
          <w:tcPr>
            <w:tcW w:type="dxa" w:w="41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 Required System Characteristics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4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  <w:tc>
          <w:tcPr>
            <w:tcW w:type="dxa" w:w="8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1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 Human Engineering Considerations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4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  <w:tc>
          <w:tcPr>
            <w:tcW w:type="dxa" w:w="8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4"/>
        </w:trPr>
        <w:tc>
          <w:tcPr>
            <w:tcW w:type="dxa" w:w="41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 Security Considerations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4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8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1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 Environmental Considerations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4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  <w:tc>
          <w:tcPr>
            <w:tcW w:type="dxa" w:w="8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</w:tr>
      <w:tr>
        <w:trPr>
          <w:trHeight w:hRule="exact" w:val="436"/>
        </w:trPr>
        <w:tc>
          <w:tcPr>
            <w:tcW w:type="dxa" w:w="41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 Operational Considerations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4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8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</w:tr>
      <w:tr>
        <w:trPr>
          <w:trHeight w:hRule="exact" w:val="450"/>
        </w:trPr>
        <w:tc>
          <w:tcPr>
            <w:tcW w:type="dxa" w:w="41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 Maintenance Considerations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4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  <w:tc>
          <w:tcPr>
            <w:tcW w:type="dxa" w:w="8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4131"/>
        <w:gridCol w:w="1326"/>
        <w:gridCol w:w="1326"/>
        <w:gridCol w:w="1429"/>
        <w:gridCol w:w="859"/>
      </w:tblGrid>
      <w:tr>
        <w:trPr>
          <w:trHeight w:hRule="exact" w:val="1184"/>
        </w:trPr>
        <w:tc>
          <w:tcPr>
            <w:tcW w:type="dxa" w:w="41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25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25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(Passed)</w:t>
            </w:r>
          </w:p>
        </w:tc>
        <w:tc>
          <w:tcPr>
            <w:tcW w:type="dxa" w:w="14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24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(Failed)</w:t>
            </w:r>
          </w:p>
        </w:tc>
        <w:tc>
          <w:tcPr>
            <w:tcW w:type="dxa" w:w="8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ยังไม่ได้ทดสอบ / รอดำเนินการ</w:t>
            </w:r>
          </w:p>
        </w:tc>
      </w:tr>
      <w:tr>
        <w:trPr>
          <w:trHeight w:hRule="exact" w:val="436"/>
        </w:trPr>
        <w:tc>
          <w:tcPr>
            <w:tcW w:type="dxa" w:w="41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 Installation Considerations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4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  <w:tc>
          <w:tcPr>
            <w:tcW w:type="dxa" w:w="8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</w:tr>
      <w:tr>
        <w:trPr>
          <w:trHeight w:hRule="exact" w:val="448"/>
        </w:trPr>
        <w:tc>
          <w:tcPr>
            <w:tcW w:type="dxa" w:w="41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 Support Considerations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4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  <w:tc>
          <w:tcPr>
            <w:tcW w:type="dxa" w:w="8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</w:tr>
      <w:tr>
        <w:trPr>
          <w:trHeight w:hRule="exact" w:val="436"/>
        </w:trPr>
        <w:tc>
          <w:tcPr>
            <w:tcW w:type="dxa" w:w="41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 Design Constraints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4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  <w:tc>
          <w:tcPr>
            <w:tcW w:type="dxa" w:w="8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</w:tr>
      <w:tr>
        <w:trPr>
          <w:trHeight w:hRule="exact" w:val="448"/>
        </w:trPr>
        <w:tc>
          <w:tcPr>
            <w:tcW w:type="dxa" w:w="41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 Safety and Reliability Considerations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4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8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6"/>
        </w:trPr>
        <w:tc>
          <w:tcPr>
            <w:tcW w:type="dxa" w:w="41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 Quality Expectations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4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8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สรุปผลการทดสอบการยอมรับ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7445"/>
        <w:gridCol w:w="1626"/>
      </w:tblGrid>
      <w:tr>
        <w:trPr>
          <w:trHeight w:hRule="exact" w:val="436"/>
        </w:trPr>
        <w:tc>
          <w:tcPr>
            <w:tcW w:type="dxa" w:w="74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6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74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ารที่ทดสอบ</w:t>
            </w:r>
          </w:p>
        </w:tc>
        <w:tc>
          <w:tcPr>
            <w:tcW w:type="dxa" w:w="16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14</w:t>
            </w:r>
          </w:p>
        </w:tc>
      </w:tr>
      <w:tr>
        <w:trPr>
          <w:trHeight w:hRule="exact" w:val="434"/>
        </w:trPr>
        <w:tc>
          <w:tcPr>
            <w:tcW w:type="dxa" w:w="74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ารที่ทดสอบทั้งหมด</w:t>
            </w:r>
          </w:p>
        </w:tc>
        <w:tc>
          <w:tcPr>
            <w:tcW w:type="dxa" w:w="16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80</w:t>
            </w:r>
          </w:p>
        </w:tc>
      </w:tr>
      <w:tr>
        <w:trPr>
          <w:trHeight w:hRule="exact" w:val="450"/>
        </w:trPr>
        <w:tc>
          <w:tcPr>
            <w:tcW w:type="dxa" w:w="74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(Passed)</w:t>
            </w:r>
          </w:p>
        </w:tc>
        <w:tc>
          <w:tcPr>
            <w:tcW w:type="dxa" w:w="16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60</w:t>
            </w:r>
          </w:p>
        </w:tc>
      </w:tr>
      <w:tr>
        <w:trPr>
          <w:trHeight w:hRule="exact" w:val="436"/>
        </w:trPr>
        <w:tc>
          <w:tcPr>
            <w:tcW w:type="dxa" w:w="74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(Failed)</w:t>
            </w:r>
          </w:p>
        </w:tc>
        <w:tc>
          <w:tcPr>
            <w:tcW w:type="dxa" w:w="16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11</w:t>
            </w:r>
          </w:p>
        </w:tc>
      </w:tr>
      <w:tr>
        <w:trPr>
          <w:trHeight w:hRule="exact" w:val="450"/>
        </w:trPr>
        <w:tc>
          <w:tcPr>
            <w:tcW w:type="dxa" w:w="74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ยังไม่ได้ทดสอบ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์ชันส่งมอบหลังรอบทดสอบ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  <w:tc>
          <w:tcPr>
            <w:tcW w:type="dxa" w:w="16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</w:tr>
      <w:tr>
        <w:trPr>
          <w:trHeight w:hRule="exact" w:val="434"/>
        </w:trPr>
        <w:tc>
          <w:tcPr>
            <w:tcW w:type="dxa" w:w="74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ารตามแผน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(Pending)</w:t>
            </w:r>
          </w:p>
        </w:tc>
        <w:tc>
          <w:tcPr>
            <w:tcW w:type="dxa" w:w="16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</w:tr>
    </w:tbl>
    <w:p>
      <w:pPr>
        <w:autoSpaceDN w:val="0"/>
        <w:autoSpaceDE w:val="0"/>
        <w:widowControl/>
        <w:spacing w:line="306" w:lineRule="exact" w:before="256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ตัวแทนลูกค้าทดสอบการยอมรับครบ 80 ความต้องการ ผ่าน 60 รายการ ความต้องการ 11 รายการไม่ผ่านเนื่องจากข้อบกพร่องคงค้างที่บันทึกใน Correction Register 5 รายการขึ้นกับชุดติดตั้ง Docker ที่ส่งมอบหลังรอบทดสอบ และ 4 รายการรองานปฏิบัติการตามแผน ผู้รับมอบรับทราบผลและจะพิจารณาการตรวจรับพร้อมแผนแก้ไขในวันที่ 24 สิงหาคม 2569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VaR (UAT)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alidation-result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