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11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6" w:lineRule="exact" w:before="74" w:after="0"/>
              <w:ind w:left="17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ทบทวนผลการทดสอบระบบและ UAT และตรวจสอบเอกสารส่งมอบทั้งหมด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65"/>
        <w:gridCol w:w="6606"/>
      </w:tblGrid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Project Plan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Requirements</w:t>
            </w:r>
          </w:p>
        </w:tc>
      </w:tr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Report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</w:t>
            </w:r>
          </w:p>
        </w:tc>
      </w:tr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2783"/>
        <w:gridCol w:w="1748"/>
        <w:gridCol w:w="820"/>
        <w:gridCol w:w="790"/>
        <w:gridCol w:w="1645"/>
      </w:tblGrid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 Software Project Plan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ับชื่อไฟล์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ารสิ่งส่งมอบและ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VR04.010.006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6 Project Estimate และ 7 Project Resources มีข้อมูลครบถ้วน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VR04.010.007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VR04.010.008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VR04.010.009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รณีงานไม่แล้วเสร็จ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มีแผนรองรับ 5 สถานการณ์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VR04.010.010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มีตารางลงนามครบทั้ง 3 ส่วน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 Customer Requirements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14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2783"/>
        <w:gridCol w:w="1748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มีผลสรุป A ครบทั้ง 80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2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 Software Requirements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9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มีรายการครบ 49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VR04.030.006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 Software Design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มีแผนภาพครบทั้ง 4 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7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มีผังหน้า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จอที่จะใช้ในระบบ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4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VR04.040.006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2783"/>
        <w:gridCol w:w="1748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VR04.040.007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VR04.040.008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2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 Change Report</w:t>
            </w:r>
          </w:p>
        </w:tc>
      </w:tr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รายการปรับปรุงที่เสนอได้รับการพิจารณาตามเกณฑ์และบันทึกผลครบทุกรายการ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 Test Case and Test Procedures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ารทดสอบพร้อมรหัสเรียงลำดับ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อ้างอิง Software Unit ครบทุกรายการ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้าอย่างชัดเจน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าดหวังอย่างชัดเจน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VR04.060.006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VR04.060.007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VR04.060.008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 Validation Results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เป็นตัว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ครอบคลุมครบ 14 หมวด 80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2783"/>
        <w:gridCol w:w="1748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VR04.070.005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 Software User Document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ที่ส่งมอบ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จอจริง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168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Build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b2c4374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ติดตั้งและใช้งานบน Internal Testing Server ได้ ชุดติดตั้ง Docker ใน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ยังไม่ได้ทดสอบ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ทดสอบ TC-UN13.002 และ TC-UN13.003 บน Baseline ก่อนใช้งานจริง</w:t>
            </w:r>
          </w:p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จัดเก็บครบทั้ง Repository หลักและสำรอง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ข้อบกพร่องคงค้างบันทึกใน Correction Register ต้องมีแผนแก้ไขก่อนตรวจรับ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 Product Operation Guide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มีทั้งแบบ Container และแบบ Manual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รบถ้วนพร้อมผล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 Maintenance Document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2783"/>
        <w:gridCol w:w="1748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VR04.110.001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VR04.110.002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มีครบทั้ง 3 ประเภทและ 6 กิจกรรม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VR04.110.003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VR04.110.004</w:t>
            </w:r>
          </w:p>
        </w:tc>
        <w:tc>
          <w:tcPr>
            <w:tcW w:type="dxa" w:w="2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87"/>
        <w:gridCol w:w="2184"/>
      </w:tblGrid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59</w:t>
            </w:r>
          </w:p>
        </w:tc>
      </w:tr>
      <w:tr>
        <w:trPr>
          <w:trHeight w:hRule="exact" w:val="434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ผ่าน 59 รายการ ไม่ผ่าน 2 รายการ คือผลการทดสอบระบบที่ยังมีข้อบกพร่องคงค้าง และชุดติดตั้ง Docker ที่ยังไม่ได้ทดสอบ จึงเสนอให้ผู้รับมอบพิจารณาการตรวจรับพร้อมแผนแก้ไขข้อบกพร่องคงค้าง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