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Verification Results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25690731 V0.3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3 (31 กรกฎาคม 2569)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ตรวจสอบชุดทดสอบและ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ลับ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3 ใช้เวลา 3 ชั่วโมง (09:00 – 12:00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189"/>
        <w:gridCol w:w="6882"/>
      </w:tblGrid>
      <w:tr>
        <w:trPr>
          <w:trHeight w:hRule="exact" w:val="434"/>
        </w:trPr>
        <w:tc>
          <w:tcPr>
            <w:tcW w:type="dxa" w:w="21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68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21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</w:t>
            </w:r>
          </w:p>
        </w:tc>
        <w:tc>
          <w:tcPr>
            <w:tcW w:type="dxa" w:w="68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 and Test Procedures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8" w:lineRule="exact" w:before="39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85"/>
        <w:gridCol w:w="3071"/>
        <w:gridCol w:w="1461"/>
        <w:gridCol w:w="820"/>
        <w:gridCol w:w="790"/>
        <w:gridCol w:w="1645"/>
      </w:tblGrid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30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4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Recommendation</w:t>
            </w:r>
          </w:p>
        </w:tc>
      </w:tr>
      <w:tr>
        <w:trPr>
          <w:trHeight w:hRule="exact" w:val="436"/>
        </w:trPr>
        <w:tc>
          <w:tcPr>
            <w:tcW w:type="dxa" w:w="9072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 Test Case and Test Procedures</w:t>
            </w:r>
          </w:p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VR03.060.001</w:t>
            </w:r>
          </w:p>
        </w:tc>
        <w:tc>
          <w:tcPr>
            <w:tcW w:type="dxa" w:w="30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4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85"/>
        <w:gridCol w:w="3071"/>
        <w:gridCol w:w="1461"/>
        <w:gridCol w:w="820"/>
        <w:gridCol w:w="790"/>
        <w:gridCol w:w="1645"/>
      </w:tblGrid>
      <w:tr>
        <w:trPr>
          <w:trHeight w:hRule="exact" w:val="688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30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4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Recommendation</w:t>
            </w:r>
          </w:p>
        </w:tc>
      </w:tr>
      <w:tr>
        <w:trPr>
          <w:trHeight w:hRule="exact" w:val="692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VR03.060.002</w:t>
            </w:r>
          </w:p>
        </w:tc>
        <w:tc>
          <w:tcPr>
            <w:tcW w:type="dxa" w:w="30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ทดสอบพร้อมรหัสเรียงลำดับ</w:t>
            </w:r>
          </w:p>
        </w:tc>
        <w:tc>
          <w:tcPr>
            <w:tcW w:type="dxa" w:w="14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28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VR03.060.003</w:t>
            </w:r>
          </w:p>
        </w:tc>
        <w:tc>
          <w:tcPr>
            <w:tcW w:type="dxa" w:w="30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Test Item ระบุ Software Unit ที่ทดสอบโดยอ้างรหัส เช่น UN01.001</w:t>
            </w:r>
          </w:p>
        </w:tc>
        <w:tc>
          <w:tcPr>
            <w:tcW w:type="dxa" w:w="14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อ้างอิง Software Unit ครบทุกรายการ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2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VR03.060.004</w:t>
            </w:r>
          </w:p>
        </w:tc>
        <w:tc>
          <w:tcPr>
            <w:tcW w:type="dxa" w:w="30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Input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นำเ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้าอย่างชัดเจน</w:t>
            </w:r>
          </w:p>
        </w:tc>
        <w:tc>
          <w:tcPr>
            <w:tcW w:type="dxa" w:w="14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88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VR03.060.005</w:t>
            </w:r>
          </w:p>
        </w:tc>
        <w:tc>
          <w:tcPr>
            <w:tcW w:type="dxa" w:w="30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Output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ระบุผลลัพธ์ที่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หวังอย่างชัดเจน</w:t>
            </w:r>
          </w:p>
        </w:tc>
        <w:tc>
          <w:tcPr>
            <w:tcW w:type="dxa" w:w="14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VR03.060.006</w:t>
            </w:r>
          </w:p>
        </w:tc>
        <w:tc>
          <w:tcPr>
            <w:tcW w:type="dxa" w:w="30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Environment Needs, Special Procedural Required และ Intercase Dependency ระบุตามความจำเป็น</w:t>
            </w:r>
          </w:p>
        </w:tc>
        <w:tc>
          <w:tcPr>
            <w:tcW w:type="dxa" w:w="14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VR03.060.007</w:t>
            </w:r>
          </w:p>
        </w:tc>
        <w:tc>
          <w:tcPr>
            <w:tcW w:type="dxa" w:w="30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ส่วนผลการทดสอบระบุ Test Date และ Status ครบถ้วนไม่มีช่องว่าง</w:t>
            </w:r>
          </w:p>
        </w:tc>
        <w:tc>
          <w:tcPr>
            <w:tcW w:type="dxa" w:w="14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VR03.060.008</w:t>
            </w:r>
          </w:p>
        </w:tc>
        <w:tc>
          <w:tcPr>
            <w:tcW w:type="dxa" w:w="30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4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7007"/>
        <w:gridCol w:w="2064"/>
      </w:tblGrid>
      <w:tr>
        <w:trPr>
          <w:trHeight w:hRule="exact" w:val="436"/>
        </w:trPr>
        <w:tc>
          <w:tcPr>
            <w:tcW w:type="dxa" w:w="70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70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ารตรวจสอบทั้งหมด</w:t>
            </w:r>
          </w:p>
        </w:tc>
        <w:tc>
          <w:tcPr>
            <w:tcW w:type="dxa" w:w="2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</w:tr>
      <w:tr>
        <w:trPr>
          <w:trHeight w:hRule="exact" w:val="434"/>
        </w:trPr>
        <w:tc>
          <w:tcPr>
            <w:tcW w:type="dxa" w:w="70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(Passed)</w:t>
            </w:r>
          </w:p>
        </w:tc>
        <w:tc>
          <w:tcPr>
            <w:tcW w:type="dxa" w:w="2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</w:tr>
      <w:tr>
        <w:trPr>
          <w:trHeight w:hRule="exact" w:val="450"/>
        </w:trPr>
        <w:tc>
          <w:tcPr>
            <w:tcW w:type="dxa" w:w="70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(Failed)</w:t>
            </w:r>
          </w:p>
        </w:tc>
        <w:tc>
          <w:tcPr>
            <w:tcW w:type="dxa" w:w="2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6"/>
        </w:trPr>
        <w:tc>
          <w:tcPr>
            <w:tcW w:type="dxa" w:w="70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</w:p>
        </w:tc>
        <w:tc>
          <w:tcPr>
            <w:tcW w:type="dxa" w:w="2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6" w:lineRule="exact" w:before="31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