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Case and Test Procedures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้อมูลที่ใช้ทดสอบ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 Test Case ที่ใช้ตรวจสอบการทำงานของระบบ (Verification &amp; Validation) และยืนยันว่าฟังก์ชันที่พัฒนามีความถูกต้องตรงตาม Customer Requirements (CR) และ Software Requirements (SR)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สภาพแวดล้อมการทดสอบ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330"/>
        <w:gridCol w:w="5835"/>
        <w:gridCol w:w="5972"/>
      </w:tblGrid>
      <w:tr>
        <w:trPr>
          <w:trHeight w:hRule="exact" w:val="450"/>
        </w:trPr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</w:p>
        </w:tc>
        <w:tc>
          <w:tcPr>
            <w:tcW w:type="dxa" w:w="5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</w:t>
            </w:r>
          </w:p>
        </w:tc>
        <w:tc>
          <w:tcPr>
            <w:tcW w:type="dxa" w:w="5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434"/>
        </w:trPr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</w:t>
            </w:r>
          </w:p>
        </w:tc>
        <w:tc>
          <w:tcPr>
            <w:tcW w:type="dxa" w:w="5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  <w:tc>
          <w:tcPr>
            <w:tcW w:type="dxa" w:w="5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</w:t>
            </w:r>
          </w:p>
        </w:tc>
        <w:tc>
          <w:tcPr>
            <w:tcW w:type="dxa" w:w="5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5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การทดสอบระบบดำเนินการบน Internal Testing Server จึงสามารถทดสอบกรณีที่มีความเสี่ยงสูง เช่น การจำลองความล้มเหลวและ Rollback (TC-UN08.002) ได้โดยไม่กระทบข้อมูลของลูกค้า รอบทดสอบระบบกำหนดไว้ระหว่าง 10 สิงหาคม 2569 – 14 สิงหาคม 2569 และผลการทดสอบบันทึกใน Test Report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 Test Case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648"/>
        <w:gridCol w:w="2068"/>
        <w:gridCol w:w="2100"/>
        <w:gridCol w:w="2876"/>
        <w:gridCol w:w="864"/>
        <w:gridCol w:w="1959"/>
        <w:gridCol w:w="609"/>
        <w:gridCol w:w="1570"/>
      </w:tblGrid>
      <w:tr>
        <w:trPr>
          <w:trHeight w:hRule="exact" w:val="75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UN01.001 Identity – Register &amp; Onboarding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ลงทะเบียนเจ้าของบริษัทใหม่ → ยืนยันอีเมล → เชิญผู้ใช้ → ผู้ใช้กดลิงก์เชิญ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สร้างบริษัท/บัญชีเจ้าของสำเร็จ ผู้ใช้ที่ถูกเชิญเข้าบริษัทที่ถูกต้อง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ต้องส่งอีเมล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ได้จริง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UN01.002 Identity – Login &amp; Role Guard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เข้าสู่ระบบด้วยบัญชี Owner/Admin/Staff/Viewer แล้วเรียกหน้าและ Action ที่ไม่ได้รับสิทธิ์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แต่ละบทบาทเ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้าถึงได้เฉพาะหน้าจอ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ำสั่งที่ไม่ได้รับสิทธิ์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ปฏิเสธฝั่งเซิร์ฟเวอร์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ต้องมีบัญชีทดสอบครบ 4 บทบาท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UN01.003 Identity – Password Recovery / OTP / Session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ขอรีเซ็ตรหัสผ่าน → กรอก OTP → ตั้งรหัสใหม่; เข้าสู่ระบบบัญชีเดิมจาก 2 อุปกรณ์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1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รีเซ็ตสำเร็จโดยไม่เปิดเผยรหัสผ่าน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เดิม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ที่สองถู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138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 Identity – User &amp; App-Access Administration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Owner เชิญผู้ใช้ แก้ไขบทบาทและสิทธิ์แอปพลิเคชัน และลบผู้ใช้; Admin และ Staff ลองทำรายการเดียวกัน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Owner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สิทธิ์แอปพลิเ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Owner Admin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(HTTP 403)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บัญชี Owner, Admin, Staff ในบริษัทเดียวกัน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UN02.001 Company – Profile &amp; System Settings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่าระบบ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่าใหม่ถู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และมีผล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นั้นเท่านั้น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UN02.002 Company – SMTP &amp; Mail Dispatch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แล้วส่งอีเมลทดสอบ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ำเชิญ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อีเมลถู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ส่งผ่าน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และได้รับที่ปลายทาง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 SMTP ทดสอบ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 Master – Warehouse / Storage / Bin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เพิ่ม/แก้ไข/ปิดใช้ คลังสินค้า พื้นที่ และช่องจัดเก็บ; กรอกความจุไม่ถูกต้อง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้อมูลผิด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648"/>
        <w:gridCol w:w="2068"/>
        <w:gridCol w:w="2100"/>
        <w:gridCol w:w="2876"/>
        <w:gridCol w:w="864"/>
        <w:gridCol w:w="1959"/>
        <w:gridCol w:w="609"/>
        <w:gridCol w:w="1570"/>
      </w:tblGrid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UN03.002 Master – Product &amp; Category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เพิ่มหมวดสิน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หน่วยนับ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้าแสดงในราย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UN03.003 Master – Contact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เพิ่มประเภทผู้ติดต่อ ลูกค้า และผู้ขาย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ผู้ติดต่อเลือ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UN03.004 Master – Warehouse Layer Configuration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9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ตั้งบริษัท A เป็นคลังชั้นเดียว บริษัท B เป็นคลัง/พื้นที่/ช่อง แล้วรับสินค้าเข้า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ทั้งสองบริษัททำราย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องตน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 ICS – Stock-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 ระบุสินค้า จำนวน ตำแหน่ง เอกสารอ้างอิง; กรอกจำนวนติดลบ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8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สร้างความเคลื่อนไหวและยอดคงเหลือถูกต้อง จำนวนติดลบถูกปฏิเสธ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7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 ICS – Stock-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ช่องจัดเ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ายที่จำนวนเ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งเหลือ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ยอดช่องจัดเก็บลดเป็นศูนย์และบันทึกความเคลื่อนไหว ยอดไม่ติดลบ ใบสั่งขายที่เกินยอดถูกปฏิเสธพร้อมข้อความ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UN04.003 ICS – Stock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Transfer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โอนย้ายระหว่าง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ตำแหน่งที่ได้รับ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อนุญาต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ต้นทางลด ปลายทางเพิ่ม ผูกเป็นรายการโอนเดียวและสอบกลับได้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UN04.004 ICS – Lot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Serial / Expiry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รับสินค้าเข้าพร้อม Lot, Serial Number, วันหมดอายุ แล้วเปิดรายงาน Lot/หมดอายุ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งอยู่และแสดงใน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UN04.005 ICS – Barcode Label &amp; Scan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พิมพ์ฉลาก SKU/ตำแหน่ง แล้วสแกน (หรือป้อนค่า) ในหน้าจอรับเข้า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มีรหัสที่ใช้งานได้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่าที่สแ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ยอมรับ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นหรือจำลอง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เครื่องพิมพ์/สแกน (ถ้ามี)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UN04.006 ICS – File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Attachment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แนบไฟล์ที่อนุญาตและไฟล์ที่ไม่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ผู้ใช้บริษัทอื่น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ดู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ไฟล์ที่อนุญาตอัปโหลด/เรียกดูได้เฉพาะผู้มีสิทธิ์ ไฟล์ที่ไม่อนุญาตถูกปฏิเสธ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ตัวอย่าง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 Sales – Quotation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สร้างใบเสนอรา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าให้ลู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UN05.002 Sales – Sales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Order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ายและตรวจสต๊อ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สถานะเปลี่ยนตามที่อนุญาตและตัด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TC-UN05.001, TC-UN04.001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648"/>
        <w:gridCol w:w="2068"/>
        <w:gridCol w:w="2100"/>
        <w:gridCol w:w="2876"/>
        <w:gridCol w:w="864"/>
        <w:gridCol w:w="1959"/>
        <w:gridCol w:w="609"/>
        <w:gridCol w:w="1570"/>
      </w:tblGrid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UN05.003 Sales – Invoice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ใบแจ้งหนี้ได้เลขที่เอกสารและบันทึก GL สมดุล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UN05.004 Sales – Return / Credit Note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ใบลดหนี้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ลับและบัญชีปรับตามใบ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ลดหนี้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 Purchasing – Purchase Request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สร้างและอนุมัติใบ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อซื้ออยู่ในสถานะอนุมัติ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UN06.002 Purchasing – Purchase Order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แปลงใบ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อซื้อเป็นใบสั่งซื้อ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ใบสั่งซื้อถู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3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UN06.003 Purchasing – Purchase Invoice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ใบแจ้งหนี้ซื้อและรับสิน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UN06.004 Purchasing – Supplier Return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้าให้ผู้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ลดและบัญชีปรับตามใบ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 Finance – Receipt Billing &amp; Receipt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วางบิลรับและบันทึ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ใบเสร็จรับเงิน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ยอดค้างชำระลดลง เอกสารเชื่อมโยงกันและมีประวัติ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UN07.002 Finance – Payment Billing &amp; Payment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วางบิลจ่ายและบันทึ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ัญจ่าย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ับใบแจ้งหนี้ซื้อ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ยอดค้างจ่ายลดลง เอกสารเชื่อมโยงกันและมีประวัติ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 Accounting – Chart of Accounts / Departments / Formulas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เพิ่มผังบัญชี แผนก และสูตรบัญชี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รงสร้างบัญชีถู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และใช้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UN08.002 Accounting – Journal &amp; GL Posting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บันทึกสมุดรายวันแบบสมดุลและแบบไม่สมดุล; จำลองความล้มเหลวระหว่างผ่านรายการ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รายการสมดุลถูกผ่าน GL รายการไม่สมดุลถูกปฏิเสธ ความล้มเหลวถูก Rollback ทั้งชุด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ต้องจำลองความล้มเหลวบน Testing Server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 Reports – Dashboard &amp; Aggregates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รันงานสรุปยอดแล้วเปิดแดชบอร์ด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้าและบัญชี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ตัวเลขตรงกับตาราง etl_stock_summary และ etl_gl_summary และหน้าแดชบอร์ดแสดงผลภายใน 3 วินาที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648"/>
        <w:gridCol w:w="2068"/>
        <w:gridCol w:w="2100"/>
        <w:gridCol w:w="2876"/>
        <w:gridCol w:w="864"/>
        <w:gridCol w:w="1959"/>
        <w:gridCol w:w="609"/>
        <w:gridCol w:w="1570"/>
      </w:tblGrid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UN09.002 Reports – Stock Reports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เปิดรายงานภาพรวมสต๊อก ความเคลื่อนไหว ความจุ สินค้าใกล้หมด หมดอายุ และ Lot พร้อมตัวกรอง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้อมูลที่ได้รับสิทธิ์ตาม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TC-UN04.001–TC-UN04.004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UN09.003 Reports – Financial Reports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เปิดงบทดลอง งบกำไรขาดทุน งบดุล VAT สมุดรายวัน และความเคลื่อนไหว GL ของงวดเดียวกัน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งบทดลองเดบิตเท่ากับเครดิต สินทรัพย์เท่ากับหนี้สินรวมส่วนของเจ้าของ และยอดในรายงานตรงกับสมุดรายวัน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UN09.004 Reports – Filter / Print / Export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กรอง ดู พิมพ์ และส่งออกรายงาน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ผลลัพธ์ตรง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ตและตัว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 Document – Numbering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ุมหลายฉบับ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เลขที่เอกสารเรียงตามลำดับที่ตั้งค่า ไม่ซ้ำ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UN10.002 Document – Lifecycle &amp; Status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พยายามเปลี่ยนสถานะเอ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ลบเอ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28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ารเปลี่ยนสถานะที่ไม่ถู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UN10.003 Document – Audit Fields &amp; History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สร้างแล้วแก้ไขรายการ แล้วเปิดดูประวัติรายการ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คอลัมน์ log บันทึกผู้ทำรายการ วันเวลา และข้อมูลที่ส่งครบทุกครั้ง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UN11.001 Node – Socket.IO Notification Server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สารที่ต้องแจ้ง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แจ้งเตือน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โดยไม่มี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ผู้ใช้ที่เกี่ยวข้องได้รับแจ้งเตือน Real-time เท่านั้น การเรียกโดยไม่มี Secret ถูกปฏิเสธ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+ pm2,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บริการ Node.js ทำงานอยู่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UN11.002 Node – Scheduler (ETL &amp; Alerts)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รันงานสรุปยอดสต๊อก/GL และแจ้งเตือนสินค้าใกล้หมด/ใบแจ้งหนี้ค้างชำระสองรอบติดกัน; ตรวจเวลาบันทึกเทียบ Asia/Bangkok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แถวสรุปยอดของงวดเดียวกันไม่เพิ่มซ้ำในรอบที่สอง แจ้งเตือนส่งเฉพาะบริษัทเจ้าของข้อมูล เวลาตรงกับ Asia/Bangkok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Node.js + pm2,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Scheduler ทำงานอยู่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TC-UN04.001, TC-UN07.001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7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 Security – Tenant Scope Guard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ผู้ใช้บริษัท A เรียกข้อมูล/รายการของบริษัท B และคลังที่ไม่ได้รับสิทธิ์ ทั้งผ่าน UI และ URL/ API โดยตรง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ถูกปฏิเสธทุกช่องทาง ไม่มีข้อมูลรั่วไหลหรือถูกแก้ไข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TC-UN01.002, TC-UN03.001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UN12.002 Security – Server-side Validation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ส่งข้อมูลนำเข้าที่มี SQL/Script และค่าที่ไม่ถูกต้องไปยัง Action ฝั่งเซิร์ฟเวอร์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ถูกปฏิเสธหรือ Escape โดยไม่มีข้อมูลเปลี่ยนแปลงหรือ Script ทำงาน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API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648"/>
        <w:gridCol w:w="2068"/>
        <w:gridCol w:w="2100"/>
        <w:gridCol w:w="2876"/>
        <w:gridCol w:w="864"/>
        <w:gridCol w:w="1959"/>
        <w:gridCol w:w="609"/>
        <w:gridCol w:w="1570"/>
      </w:tblGrid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UN12.003 Security – Posting Window &amp; Usage Guard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ารลงวันที่นอ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ช่วงเวลาที่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ใช้งานเ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ินจำนวนราย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แพ็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จแล้วเปิดแดชบอร์ด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การผ่านรายการนอกช่วงถูกปฏิเสธพร้อมข้อความ แดชบอร์ด/รายงานถูกล็อก (HTTP 402) พร้อมข้อความให้ปรับแพ็กเกจ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ตั้งช่วงเวลา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และแพ็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7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UN12.004 Security – TLS &amp; Secret Configuration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 Repository และสภาพแวดล้อมที่ติดตั้งว่ามีความลับหรือไฟล์ตั้งค่าเปิดเผยหรือไม่; เรียกผ่าน HTTPS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ไม่พบ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TLS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Repository, Deployed Environment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 Deploy – setup.php Schema Installer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72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ติดตั้งบนเครื่องใหม่ด้วย setup.php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ฐานข้อมูลและตารางครบตาม SR08 โดยไม่แก้ Schema ด้วยมือ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Fresh Linux Server, PHP 8, MariaDB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ว่าง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UN13.002 Deploy – Docker Compose Stack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build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Service db, php, node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้าใช้ระบบได้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 Deploy – .env Generator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docker/init-env.sh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โดยเว้น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วามลับว่าง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.env ถูกสร้างพร้อมความลับสุ่ม และไม่ถูก Git ติดตาม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UN13.004 Deploy – Backup &amp; Restore</w:t>
            </w:r>
          </w:p>
        </w:tc>
        <w:tc>
          <w:tcPr>
            <w:tcW w:type="dxa" w:w="2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สำรองฐานข้อมูลด้วย mysqldump กู้คืนสู่สภาพแวดล้อมทดสอบ และ Clone จาก Backup Remote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2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Testing Server, Backup Remote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 Product Operation Guide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30"/>
        <w:gridCol w:w="1986"/>
        <w:gridCol w:w="12421"/>
      </w:tblGrid>
      <w:tr>
        <w:trPr>
          <w:trHeight w:hRule="exact" w:val="450"/>
        </w:trPr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4"/>
        </w:trPr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12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 Test Case ทั้งหมด 45 รายการ ครอบคลุม Software Unit ทุกหน่วย สถานะพร้อมทดสอบ (Ready)</w:t>
            </w:r>
          </w:p>
        </w:tc>
      </w:tr>
      <w:tr>
        <w:trPr>
          <w:trHeight w:hRule="exact" w:val="450"/>
        </w:trPr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ณฑ์ผ่าน</w:t>
            </w:r>
          </w:p>
        </w:tc>
        <w:tc>
          <w:tcPr>
            <w:tcW w:type="dxa" w:w="12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ต้องได้ผลตาม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Output Specifications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พร่องที่พบบันทึ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และทดสอบซ้ำจนผ่าน</w:t>
            </w:r>
          </w:p>
        </w:tc>
      </w:tr>
      <w:tr>
        <w:trPr>
          <w:trHeight w:hRule="exact" w:val="436"/>
        </w:trPr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</w:t>
            </w:r>
          </w:p>
        </w:tc>
        <w:tc>
          <w:tcPr>
            <w:tcW w:type="dxa" w:w="12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Case ผ่านครบ 100% และไม่มีข้อบกพร่องระดับสูงคงค้าง ผลการทดสอบบันทึกใน Test Report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