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Repository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พื้นที่เก็บข้อมูล เอกสาร และหลักฐานทุกอย่างของโครงการ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 Repository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3258"/>
        <w:gridCol w:w="5813"/>
      </w:tblGrid>
      <w:tr>
        <w:trPr>
          <w:trHeight w:hRule="exact" w:val="450"/>
        </w:trPr>
        <w:tc>
          <w:tcPr>
            <w:tcW w:type="dxa" w:w="32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58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32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</w:t>
            </w:r>
          </w:p>
        </w:tc>
        <w:tc>
          <w:tcPr>
            <w:tcW w:type="dxa" w:w="58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Git Server</w:t>
            </w:r>
          </w:p>
        </w:tc>
      </w:tr>
      <w:tr>
        <w:trPr>
          <w:trHeight w:hRule="exact" w:val="450"/>
        </w:trPr>
        <w:tc>
          <w:tcPr>
            <w:tcW w:type="dxa" w:w="32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(origin)</w:t>
            </w:r>
          </w:p>
        </w:tc>
        <w:tc>
          <w:tcPr>
            <w:tcW w:type="dxa" w:w="58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14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git@188.166.228.62:nok/wms-app.git</w:t>
            </w:r>
          </w:p>
        </w:tc>
      </w:tr>
      <w:tr>
        <w:trPr>
          <w:trHeight w:hRule="exact" w:val="450"/>
        </w:trPr>
        <w:tc>
          <w:tcPr>
            <w:tcW w:type="dxa" w:w="32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Branch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58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8" w:after="0"/>
              <w:ind w:left="114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main</w:t>
            </w:r>
          </w:p>
        </w:tc>
      </w:tr>
      <w:tr>
        <w:trPr>
          <w:trHeight w:hRule="exact" w:val="450"/>
        </w:trPr>
        <w:tc>
          <w:tcPr>
            <w:tcW w:type="dxa" w:w="32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Baseline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องระบบที่ส่งมอบ</w:t>
            </w:r>
          </w:p>
        </w:tc>
        <w:tc>
          <w:tcPr>
            <w:tcW w:type="dxa" w:w="58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2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</w:p>
        </w:tc>
      </w:tr>
      <w:tr>
        <w:trPr>
          <w:trHeight w:hRule="exact" w:val="434"/>
        </w:trPr>
        <w:tc>
          <w:tcPr>
            <w:tcW w:type="dxa" w:w="32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</w:p>
        </w:tc>
        <w:tc>
          <w:tcPr>
            <w:tcW w:type="dxa" w:w="58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ยืนยันตัวตนด้วย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SSH Key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องสมาชิ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โครงสร้างการจัดเก็บ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2354"/>
        <w:gridCol w:w="2055"/>
        <w:gridCol w:w="4008"/>
      </w:tblGrid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3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ส่วนงาน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</w:p>
        </w:tc>
        <w:tc>
          <w:tcPr>
            <w:tcW w:type="dxa" w:w="40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เนื้อหา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3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8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app/</w:t>
            </w:r>
          </w:p>
        </w:tc>
        <w:tc>
          <w:tcPr>
            <w:tcW w:type="dxa" w:w="40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เข้าสู่ระบบ, คลังสินค้า, ขาย, จัดซื้อ, การเงิน, บัญชี, รายงาน, บาร์โค้ด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3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Real-time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nodejs/</w:t>
            </w:r>
          </w:p>
        </w:tc>
        <w:tc>
          <w:tcPr>
            <w:tcW w:type="dxa" w:w="40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และงานสรุปยอด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แจ้งเตือน</w:t>
            </w:r>
          </w:p>
        </w:tc>
      </w:tr>
      <w:tr>
        <w:trPr>
          <w:trHeight w:hRule="exact" w:val="120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3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432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docker/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docker-compose.yml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setup.php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.env.example</w:t>
            </w:r>
          </w:p>
        </w:tc>
        <w:tc>
          <w:tcPr>
            <w:tcW w:type="dxa" w:w="40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ริปต์สร้างฐาน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3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้อมูลสาธิต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44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demo_seed*.php</w:t>
            </w:r>
          </w:p>
        </w:tc>
        <w:tc>
          <w:tcPr>
            <w:tcW w:type="dxa" w:w="40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้อมูลตัวอย่างสำหรับตรวจรับและสาธิต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3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Products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sdlc/</w:t>
            </w:r>
          </w:p>
        </w:tc>
        <w:tc>
          <w:tcPr>
            <w:tcW w:type="dxa" w:w="40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ISO/IEC 29110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SI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23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สารส่งมอบ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8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sdlc-delivery/</w:t>
            </w:r>
          </w:p>
        </w:tc>
        <w:tc>
          <w:tcPr>
            <w:tcW w:type="dxa" w:w="40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ไฟล์ PDF ที่สร้างจาก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sdlc/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23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ริปต์สนับสนุนโ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0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scripts/</w:t>
            </w:r>
          </w:p>
        </w:tc>
        <w:tc>
          <w:tcPr>
            <w:tcW w:type="dxa" w:w="40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ริปต์สร้างและตรวจสอบชุดเอ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สารส่งมอบ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การควบคุมการเข้าถึงและการจัดเก็บ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สมาชิกโครงการทุกคนเข้าถึง Repository ได้ผ่าน Git Server ตามสิทธิ์ของบทบาท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Project Manager และ System Analyst มีสิทธิ์อนุมัติการ Merge เข้าสู่ Branch หลัก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ไฟล์ที่เกี่ยวข้องกับโครงการทั้งหมดต้องจัดเก็บใน Repository นี้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ค่าตั้งค่าและความลับของสภาพแวดล้อมต้องไม่ถูกนำเข้า Repository</w:t>
      </w:r>
    </w:p>
    <w:p>
      <w:pPr>
        <w:autoSpaceDN w:val="0"/>
        <w:autoSpaceDE w:val="0"/>
        <w:widowControl/>
        <w:spacing w:line="268" w:lineRule="exact" w:before="39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หลักฐานการจัดเก็บ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784"/>
        <w:gridCol w:w="4307"/>
        <w:gridCol w:w="3980"/>
      </w:tblGrid>
      <w:tr>
        <w:trPr>
          <w:trHeight w:hRule="exact" w:val="436"/>
        </w:trPr>
        <w:tc>
          <w:tcPr>
            <w:tcW w:type="dxa" w:w="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43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</w:p>
        </w:tc>
        <w:tc>
          <w:tcPr>
            <w:tcW w:type="dxa" w:w="3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48"/>
        </w:trPr>
        <w:tc>
          <w:tcPr>
            <w:tcW w:type="dxa" w:w="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43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</w:t>
            </w:r>
          </w:p>
        </w:tc>
        <w:tc>
          <w:tcPr>
            <w:tcW w:type="dxa" w:w="3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ตรวจสอบได้จา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Git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ตามสิทธิ์ที่ได้รับ</w:t>
            </w:r>
          </w:p>
        </w:tc>
      </w:tr>
      <w:tr>
        <w:trPr>
          <w:trHeight w:hRule="exact" w:val="450"/>
        </w:trPr>
        <w:tc>
          <w:tcPr>
            <w:tcW w:type="dxa" w:w="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43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Baseline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องระบบที่ส่งมอบ</w:t>
            </w:r>
          </w:p>
        </w:tc>
        <w:tc>
          <w:tcPr>
            <w:tcW w:type="dxa" w:w="3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main</w:t>
            </w:r>
          </w:p>
        </w:tc>
      </w:tr>
      <w:tr>
        <w:trPr>
          <w:trHeight w:hRule="exact" w:val="436"/>
        </w:trPr>
        <w:tc>
          <w:tcPr>
            <w:tcW w:type="dxa" w:w="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43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สารส่งมอบที่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ุมแล้ว</w:t>
            </w:r>
          </w:p>
        </w:tc>
        <w:tc>
          <w:tcPr>
            <w:tcW w:type="dxa" w:w="3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Git Repository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PjR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repository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