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(Change Control Register)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364" w:lineRule="exact" w:before="320" w:after="0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64" w:lineRule="exact" w:before="320" w:after="0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เอกสารนี้บันทึกการควบคุมการเปลี่ยนแปลงของโครงการ ตั้งแต่ตั้ง Baseline ความต้องการเมื่อ 18 กุมภาพันธ์ 2569 จนถึงการตรวจรับส่งมอบ โดยพิจารณาทุกรายการปรับปรุงที่มีการเสนอตามเกณฑ์ในส่วนที่ 1 รายการที่เข้าเกณฑ์ต้องจัดทำคำขอเปลี่ยนแปลง ประเมินผลกระทบ และขออนุมัติก่อนดำเนินการ ส่วนรายการที่ไม่เข้าเกณฑ์ดำเนินการเป็นมติที่ประชุมหรืองานในแผน</w:t>
      </w:r>
    </w:p>
    <w:p>
      <w:pPr>
        <w:autoSpaceDN w:val="0"/>
        <w:autoSpaceDE w:val="0"/>
        <w:widowControl/>
        <w:spacing w:line="432" w:lineRule="exact" w:before="232" w:after="204"/>
        <w:ind w:left="6" w:right="40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เกณฑ์การพิจารณาคำขอเปลี่ยนแปลง (Change Criteria)</w:t>
      </w:r>
    </w:p>
    <w:p>
      <w:pPr>
        <w:autoSpaceDN w:val="0"/>
        <w:autoSpaceDE w:val="0"/>
        <w:widowControl/>
        <w:spacing w:line="432" w:lineRule="exact" w:before="232" w:after="204"/>
        <w:ind w:left="6" w:right="40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รายการใดจะถือเป็นคำขอเปลี่ยนแปลงเมื่อเข้าเกณฑ์ทั้ง 3 ข้อ หากตัดรายการนั้นออกแล้วยังส่งมอบงานได้ตามที่ตกลงไว้ จะไม่ถือเป็นคำขอเปลี่ยนแปลง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72"/>
        <w:gridCol w:w="3641"/>
        <w:gridCol w:w="10624"/>
      </w:tblGrid>
      <w:tr>
        <w:trPr>
          <w:trHeight w:hRule="exact" w:val="434"/>
        </w:trPr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</w:p>
        </w:tc>
        <w:tc>
          <w:tcPr>
            <w:tcW w:type="dxa" w:w="10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ำอธิบาย</w:t>
            </w:r>
          </w:p>
        </w:tc>
      </w:tr>
      <w:tr>
        <w:trPr>
          <w:trHeight w:hRule="exact" w:val="450"/>
        </w:trPr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เป็นสิ่งจำเป็นต่อ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  <w:tc>
          <w:tcPr>
            <w:tcW w:type="dxa" w:w="10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หากไม่ดำเนินการ จะส่งมอบสิ่งส่งมอบ (Work Product) หรือความต้องการที่ตกลงไว้ไม่ได้</w:t>
            </w:r>
          </w:p>
        </w:tc>
      </w:tr>
      <w:tr>
        <w:trPr>
          <w:trHeight w:hRule="exact" w:val="436"/>
        </w:trPr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ตหรือสิ่งส่งมอบ</w:t>
            </w:r>
          </w:p>
        </w:tc>
        <w:tc>
          <w:tcPr>
            <w:tcW w:type="dxa" w:w="10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เพิ่ม ลด หรือแก้ไขความต้องการ (CR) หรือสิ่งส่งมอบที่ตั้ง Baseline แล้ว เช่น เพิ่มโมดูล หรือรองรับ 2 ภาษา</w:t>
            </w:r>
          </w:p>
        </w:tc>
      </w:tr>
      <w:tr>
        <w:trPr>
          <w:trHeight w:hRule="exact" w:val="450"/>
        </w:trPr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6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0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กระทบ Man-day กำหนดส่งมอบ หรือค่าใช้จ่าย จึงต้องประเมินผลกระทบและขออนุมัติก่อนดำเนินการ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ทะเบียนคำขอเปลี่ยนแปลง (Change Request Log)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707"/>
        <w:gridCol w:w="9056"/>
        <w:gridCol w:w="1453"/>
        <w:gridCol w:w="1558"/>
        <w:gridCol w:w="1362"/>
      </w:tblGrid>
      <w:tr>
        <w:trPr>
          <w:trHeight w:hRule="exact" w:val="436"/>
        </w:trPr>
        <w:tc>
          <w:tcPr>
            <w:tcW w:type="dxa" w:w="1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ID</w:t>
            </w:r>
          </w:p>
        </w:tc>
        <w:tc>
          <w:tcPr>
            <w:tcW w:type="dxa" w:w="9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1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</w:t>
            </w:r>
          </w:p>
        </w:tc>
        <w:tc>
          <w:tcPr>
            <w:tcW w:type="dxa" w:w="1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</w:t>
            </w:r>
          </w:p>
        </w:tc>
        <w:tc>
          <w:tcPr>
            <w:tcW w:type="dxa" w:w="1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448"/>
        </w:trPr>
        <w:tc>
          <w:tcPr>
            <w:tcW w:type="dxa" w:w="17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</w:p>
        </w:tc>
        <w:tc>
          <w:tcPr>
            <w:tcW w:type="dxa" w:w="9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</w:p>
        </w:tc>
        <w:tc>
          <w:tcPr>
            <w:tcW w:type="dxa" w:w="1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</w:p>
        </w:tc>
        <w:tc>
          <w:tcPr>
            <w:tcW w:type="dxa" w:w="13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รายการปรับปรุงที่พิจารณาแล้วไม่เข้าเกณฑ์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04"/>
        <w:gridCol w:w="923"/>
        <w:gridCol w:w="2708"/>
        <w:gridCol w:w="580"/>
        <w:gridCol w:w="6332"/>
        <w:gridCol w:w="1662"/>
        <w:gridCol w:w="2428"/>
      </w:tblGrid>
      <w:tr>
        <w:trPr>
          <w:trHeight w:hRule="exact" w:val="344"/>
        </w:trPr>
        <w:tc>
          <w:tcPr>
            <w:tcW w:type="dxa" w:w="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9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วันที่พิจารณา</w:t>
            </w:r>
          </w:p>
        </w:tc>
        <w:tc>
          <w:tcPr>
            <w:tcW w:type="dxa" w:w="2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ผู้เสนอ</w:t>
            </w:r>
          </w:p>
        </w:tc>
        <w:tc>
          <w:tcPr>
            <w:tcW w:type="dxa" w:w="6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ารพิจารณา</w:t>
            </w:r>
          </w:p>
        </w:tc>
        <w:tc>
          <w:tcPr>
            <w:tcW w:type="dxa" w:w="1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ารดำเนิน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อ้างอิง</w:t>
            </w:r>
          </w:p>
        </w:tc>
      </w:tr>
      <w:tr>
        <w:trPr>
          <w:trHeight w:hRule="exact" w:val="540"/>
        </w:trPr>
        <w:tc>
          <w:tcPr>
            <w:tcW w:type="dxa" w:w="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9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18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  <w:tc>
          <w:tcPr>
            <w:tcW w:type="dxa" w:w="2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ปรับคำเรียกตำแหน่งจัดเก็บจาก Rack เป็น Bin ทั้งระบบ</w:t>
            </w:r>
          </w:p>
        </w:tc>
        <w:tc>
          <w:tcPr>
            <w:tcW w:type="dxa" w:w="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NoC</w:t>
            </w:r>
          </w:p>
        </w:tc>
        <w:tc>
          <w:tcPr>
            <w:tcW w:type="dxa" w:w="6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ไม่เข้าเกณฑ์ — เป็นการปรับคำเรียกบนหน้าจอให้ตรงกับการปฏิบัติงานจริง ไม่เพิ่มหรือลดฟังก์ชัน ไม่กระทบ Man-day และส่งมอบได้แม้ไม่ปรับ</w:t>
            </w:r>
          </w:p>
        </w:tc>
        <w:tc>
          <w:tcPr>
            <w:tcW w:type="dxa" w:w="1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มติที่ประชุม ดำเนินการภายใน Task 3.9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Meeting Record 18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.ค. 69,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Correction Register ISS-023</w:t>
            </w:r>
          </w:p>
        </w:tc>
      </w:tr>
      <w:tr>
        <w:trPr>
          <w:trHeight w:hRule="exact" w:val="542"/>
        </w:trPr>
        <w:tc>
          <w:tcPr>
            <w:tcW w:type="dxa" w:w="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9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  <w:tc>
          <w:tcPr>
            <w:tcW w:type="dxa" w:w="2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้อมูลสาธิตสำหรับ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ารตรวจรับและ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สาธิตระบบ</w:t>
            </w:r>
          </w:p>
        </w:tc>
        <w:tc>
          <w:tcPr>
            <w:tcW w:type="dxa" w:w="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  <w:tc>
          <w:tcPr>
            <w:tcW w:type="dxa" w:w="6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ไม่เข้าเกณฑ์ — เป็นข้อมูลตั้งต้นสำหรับตรวจรับ ไม่ใช่สิ่งส่งมอบ และต้องแยกจากข้อมูลใช้งานจริงตาม CR07:004</w:t>
            </w:r>
          </w:p>
        </w:tc>
        <w:tc>
          <w:tcPr>
            <w:tcW w:type="dxa" w:w="1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งานเตรียม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ารส่งมอบ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Task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4.7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Meeting Record 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.ค. 69,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19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9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  <w:tc>
          <w:tcPr>
            <w:tcW w:type="dxa" w:w="2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ปรับอัตลักษณ์องค์กรและจัดทำชุดติดตั้ง Docker Compose</w:t>
            </w:r>
          </w:p>
        </w:tc>
        <w:tc>
          <w:tcPr>
            <w:tcW w:type="dxa" w:w="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SeV</w:t>
            </w:r>
          </w:p>
        </w:tc>
        <w:tc>
          <w:tcPr>
            <w:tcW w:type="dxa" w:w="6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ณฑ์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—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ชุดติดตั้ง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อยู่ใน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CR10:002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ตั้งแต่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ารปรับอัต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ษณ์อง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รไม่เปลี่ยนแปลงฟัง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์ชันหรือสิ่งส่งมอบ</w:t>
            </w:r>
          </w:p>
        </w:tc>
        <w:tc>
          <w:tcPr>
            <w:tcW w:type="dxa" w:w="1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งานเตรียม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ารส่งมอบ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Task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4.7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Meeting Record 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.ค. 69,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24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สรุปผลการควบคุมการเปลี่ยนแปลง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859"/>
        <w:gridCol w:w="2278"/>
      </w:tblGrid>
      <w:tr>
        <w:trPr>
          <w:trHeight w:hRule="exact" w:val="450"/>
        </w:trPr>
        <w:tc>
          <w:tcPr>
            <w:tcW w:type="dxa" w:w="12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4"/>
        </w:trPr>
        <w:tc>
          <w:tcPr>
            <w:tcW w:type="dxa" w:w="12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ารปรับปรุงที่เสนอและพิจารณา</w:t>
            </w:r>
          </w:p>
        </w:tc>
        <w:tc>
          <w:tcPr>
            <w:tcW w:type="dxa" w:w="2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</w:tr>
      <w:tr>
        <w:trPr>
          <w:trHeight w:hRule="exact" w:val="450"/>
        </w:trPr>
        <w:tc>
          <w:tcPr>
            <w:tcW w:type="dxa" w:w="12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</w:p>
        </w:tc>
        <w:tc>
          <w:tcPr>
            <w:tcW w:type="dxa" w:w="2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12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อเปลี่ยนแปลงที่อนุมัติ</w:t>
            </w:r>
          </w:p>
        </w:tc>
        <w:tc>
          <w:tcPr>
            <w:tcW w:type="dxa" w:w="2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12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ผลกระทบต่อ Man-day กำหนดส่งมอบ และค่าใช้จ่าย</w:t>
            </w:r>
          </w:p>
        </w:tc>
        <w:tc>
          <w:tcPr>
            <w:tcW w:type="dxa" w:w="2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1794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ขอบเขตงาน สิ่งส่งมอบ และ Customer Requirements ที่ตั้ง Baseline ไม่มีการเปลี่ยนแปลงตลอดโครงการ รายการปรับปรุงที่พิจารณาทั้งหมดดำเนินการภายในแผนงานเดิมโดยไม่กระทบ Man-day และกำหนดส่งมอบ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430" w:lineRule="exact" w:before="264" w:after="190"/>
        <w:ind w:left="6" w:right="82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</w:t>
      </w:r>
    </w:p>
    <w:p>
      <w:pPr>
        <w:autoSpaceDN w:val="0"/>
        <w:autoSpaceDE w:val="0"/>
        <w:widowControl/>
        <w:spacing w:line="430" w:lineRule="exact" w:before="264" w:after="190"/>
        <w:ind w:left="6" w:right="82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ใช้ประเมินระดับความรุนแรง (Priority Level) เมื่อมีคำขอเปลี่ยนแปลงที่เข้าเกณฑ์ในส่วนที่ 1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741"/>
        <w:gridCol w:w="8375"/>
        <w:gridCol w:w="5021"/>
      </w:tblGrid>
      <w:tr>
        <w:trPr>
          <w:trHeight w:hRule="exact" w:val="452"/>
        </w:trPr>
        <w:tc>
          <w:tcPr>
            <w:tcW w:type="dxa" w:w="17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(Level)</w:t>
            </w:r>
          </w:p>
        </w:tc>
        <w:tc>
          <w:tcPr>
            <w:tcW w:type="dxa" w:w="8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(Definition)</w:t>
            </w:r>
          </w:p>
        </w:tc>
        <w:tc>
          <w:tcPr>
            <w:tcW w:type="dxa" w:w="50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(Examples)</w:t>
            </w:r>
          </w:p>
        </w:tc>
      </w:tr>
      <w:tr>
        <w:trPr>
          <w:trHeight w:hRule="exact" w:val="436"/>
        </w:trPr>
        <w:tc>
          <w:tcPr>
            <w:tcW w:type="dxa" w:w="17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High</w:t>
            </w:r>
          </w:p>
        </w:tc>
        <w:tc>
          <w:tcPr>
            <w:tcW w:type="dxa" w:w="8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กระทบระบบหลัก งบประมาณ หรือแผนงานอย่างมีนัยสำคัญ</w:t>
            </w:r>
          </w:p>
        </w:tc>
        <w:tc>
          <w:tcPr>
            <w:tcW w:type="dxa" w:w="50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เพิ่มโมดูลใหม่ เปลี่ยนโครงสร้างฐานข้อมูลหลัก</w:t>
            </w:r>
          </w:p>
        </w:tc>
      </w:tr>
      <w:tr>
        <w:trPr>
          <w:trHeight w:hRule="exact" w:val="448"/>
        </w:trPr>
        <w:tc>
          <w:tcPr>
            <w:tcW w:type="dxa" w:w="17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Medium</w:t>
            </w:r>
          </w:p>
        </w:tc>
        <w:tc>
          <w:tcPr>
            <w:tcW w:type="dxa" w:w="8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กระทบฟังก์ชันย่อยหรือส่วนติดต่อผู้ใช้งานบางส่วน และกระทบ Man-day</w:t>
            </w:r>
          </w:p>
        </w:tc>
        <w:tc>
          <w:tcPr>
            <w:tcW w:type="dxa" w:w="50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รองรับ 2 ภาษา เพิ่มรายงานใหม่</w:t>
            </w:r>
          </w:p>
        </w:tc>
      </w:tr>
      <w:tr>
        <w:trPr>
          <w:trHeight w:hRule="exact" w:val="436"/>
        </w:trPr>
        <w:tc>
          <w:tcPr>
            <w:tcW w:type="dxa" w:w="174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Low</w:t>
            </w:r>
          </w:p>
        </w:tc>
        <w:tc>
          <w:tcPr>
            <w:tcW w:type="dxa" w:w="8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น้อยต่อ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Man-day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ไม่เปลี่ยน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50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เพิ่มฟิลด์ในเอ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