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894"/>
        <w:gridCol w:w="4242"/>
        <w:gridCol w:w="2235"/>
        <w:gridCol w:w="1045"/>
      </w:tblGrid>
      <w:tr>
        <w:trPr>
          <w:trHeight w:hRule="exact" w:val="142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Specification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ส่งเอกสารจำนวน 1 ชุด (ทะเบียนการควบคุมการเปลี่ยนแปลง)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Procedures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Accepted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Guide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894"/>
        <w:gridCol w:w="4242"/>
        <w:gridCol w:w="2235"/>
        <w:gridCol w:w="1045"/>
      </w:tblGrid>
      <w:tr>
        <w:trPr>
          <w:trHeight w:hRule="exact" w:val="142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671"/>
        <w:gridCol w:w="4325"/>
        <w:gridCol w:w="1420"/>
      </w:tblGrid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92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ฟังก์ชันในขอบเขตทำงานตรงตาม Customer Requirements ครบทุกรายการ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Record Table, Validation Results: ไม่ผ่าน 11 รายการ ยังไม่ได้ทดสอบ 5 รายการ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Case (10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2569)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ทดสอบครบ 80 รายการ ผลตามข้อ 1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2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Correction Register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พร่องระดับสูง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ISS-029,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ISS-030, ISS-031, ISS-032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Document, Product Operation Guide,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Repository, Project Repository (Backup)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(Verification)</w:t>
            </w:r>
          </w:p>
        </w:tc>
        <w:tc>
          <w:tcPr>
            <w:tcW w:type="dxa" w:w="4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2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รอบที่ 4: ไม่ผ่าน 2 รายการ (ผลการทดสอบ และชุดติดตั้ง Docker)</w:t>
            </w:r>
          </w:p>
        </w:tc>
        <w:tc>
          <w:tcPr>
            <w:tcW w:type="dxa" w:w="1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165"/>
        <w:gridCol w:w="5906"/>
      </w:tblGrid>
      <w:tr>
        <w:trPr>
          <w:trHeight w:hRule="exact" w:val="434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จำนวนสิ่งส่งมอบทั้งหมด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6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(Accepted)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ตรวจรับแบบมีเงื่อนไ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(WP 9.0 Software)</w:t>
            </w:r>
          </w:p>
        </w:tc>
      </w:tr>
      <w:tr>
        <w:trPr>
          <w:trHeight w:hRule="exact" w:val="434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 Accepted)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(ISS-029, ISS-030, ISS-031, ISS-032)</w:t>
            </w:r>
          </w:p>
        </w:tc>
      </w:tr>
      <w:tr>
        <w:trPr>
          <w:trHeight w:hRule="exact" w:val="436"/>
        </w:trPr>
        <w:tc>
          <w:tcPr>
            <w:tcW w:type="dxa" w:w="31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ารตรวจรับโดยรวม</w:t>
            </w:r>
          </w:p>
        </w:tc>
        <w:tc>
          <w:tcPr>
            <w:tcW w:type="dxa" w:w="5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Accepted with conditions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— ตรวจรับพร้อมเงื่อนไขแก้ไขข้อบกพร่องคงค้าง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ผู้รับมอบได้ตรวจสอบสิ่งส่งมอบทั้งหมดตามเ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ารตรวจรับในเอ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Statement of Work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Software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Plan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แล้ว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รับทราบว่ามี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พร่องระดับสูง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้าง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4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และชุดติดตั้ง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Docker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ที่ยังไม่ได้ทดสอบ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จึงมีมติ</w:t>
      </w:r>
    </w:p>
    <w:p>
      <w:pPr>
        <w:autoSpaceDN w:val="0"/>
        <w:autoSpaceDE w:val="0"/>
        <w:widowControl/>
        <w:spacing w:line="244" w:lineRule="exact" w:before="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ตรวจรับส่งมอบระบบแบบมีเงื่อนไ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เมื่อวันที่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24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สิงหา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2569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โดยเงื่อนไ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ือ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(1)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 ISS-029, ISS-030,</w:t>
      </w:r>
    </w:p>
    <w:p>
      <w:pPr>
        <w:autoSpaceDN w:val="0"/>
        <w:autoSpaceDE w:val="0"/>
        <w:widowControl/>
        <w:spacing w:line="244" w:lineRule="exact" w:before="56" w:after="140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ISS-031, ISS-032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และทดสอบซ้ำภายใต้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ารบำรุงรั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ษาแบบแ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 (Corrective)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ตาม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Maintenance Document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37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(2)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ทดสอบ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TC-UN13.002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TC-UN13.003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Baseline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่อนใช้ชุดติดตั้ง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Docker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ในสภาพแวดล้อมใช้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งานจริง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