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44" w:right="129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555"/>
        <w:gridCol w:w="6861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94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ใช้งานและสิทธิ์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ระบบข้อมูลหลัก (Master Data)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ใบเสนอราคา (Quotation) / ใบสั่งขาย (Sales Order) / ใบแจ้งหนี้ (Invoice) / ใบรับคืน / ใบลดหนี้ (Return / Credit Note)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ระบบจัดซื้อ (Purchasing)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(Supplier Return)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ระบบการเงิน (Finance)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ระบบบัญชี (Accounting)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่าเพิ่ม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บอร์ด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68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94"/>
        <w:gridCol w:w="5483"/>
        <w:gridCol w:w="2693"/>
      </w:tblGrid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Schedule)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94"/>
        <w:gridCol w:w="5483"/>
        <w:gridCol w:w="2693"/>
      </w:tblGrid>
      <w:tr>
        <w:trPr>
          <w:trHeight w:hRule="exact" w:val="448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7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48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688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และติดตั้ง</w:t>
            </w:r>
          </w:p>
        </w:tc>
      </w:tr>
      <w:tr>
        <w:trPr>
          <w:trHeight w:hRule="exact" w:val="436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54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26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7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401"/>
        <w:gridCol w:w="4670"/>
      </w:tblGrid>
      <w:tr>
        <w:trPr>
          <w:trHeight w:hRule="exact" w:val="436"/>
        </w:trPr>
        <w:tc>
          <w:tcPr>
            <w:tcW w:type="dxa" w:w="44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ช่วงงาน</w:t>
            </w:r>
          </w:p>
        </w:tc>
        <w:tc>
          <w:tcPr>
            <w:tcW w:type="dxa" w:w="4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</w:p>
        </w:tc>
      </w:tr>
      <w:tr>
        <w:trPr>
          <w:trHeight w:hRule="exact" w:val="450"/>
        </w:trPr>
        <w:tc>
          <w:tcPr>
            <w:tcW w:type="dxa" w:w="44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4"/>
        </w:trPr>
        <w:tc>
          <w:tcPr>
            <w:tcW w:type="dxa" w:w="44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พัฒนาและทดสอบภายใน</w:t>
            </w:r>
          </w:p>
        </w:tc>
        <w:tc>
          <w:tcPr>
            <w:tcW w:type="dxa" w:w="4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44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