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Traceability Record Table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5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NoC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</w:t>
      </w:r>
    </w:p>
    <w:p>
      <w:pPr>
        <w:autoSpaceDN w:val="0"/>
        <w:autoSpaceDE w:val="0"/>
        <w:widowControl/>
        <w:spacing w:line="244" w:lineRule="exact" w:before="186" w:after="0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ตารางนี้สรุปเส้นทางการสอบกลับของความต้องการทุกรายการ ตั้งแต่ความต้องการของลูกค้าจนถึงผลการทดสอบและผลการทดสอบการยอมรับ เพื่อใช้ตรวจสอบความครบถ้วนได้ในหน้าเดียว โดยรายละเอียดหัวข้อของแต่ละรหัสอยู่ในเอกสาร Traceability Record (WP 13)</w:t>
      </w:r>
    </w:p>
    <w:p>
      <w:pPr>
        <w:autoSpaceDN w:val="0"/>
        <w:autoSpaceDE w:val="0"/>
        <w:widowControl/>
        <w:spacing w:line="266" w:lineRule="exact" w:before="398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ตารางสรุปการสอบกลับ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1896"/>
        <w:gridCol w:w="1896"/>
        <w:gridCol w:w="1896"/>
        <w:gridCol w:w="1896"/>
        <w:gridCol w:w="1896"/>
        <w:gridCol w:w="1896"/>
        <w:gridCol w:w="1896"/>
        <w:gridCol w:w="1896"/>
      </w:tblGrid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ระบบต้องรองรับการลงทะเบียนเจ้าของบริษัทและการเชิญผู้ใช้งานเข้าร่วมบริษัท (Onboarding)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SR08:001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ระบบต้องยืนยันตัวตนผู้ใช้และบังคับสิทธิ์ตามบทบาท Owner, Admin, Staff และ Viewer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SR03:001, SR04:001,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ืนรหัสผ่าน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SR07:003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SR03:002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UN01.004, UN02.001,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TC-UN01.004, TC-UN02.001, TC-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1896"/>
        <w:gridCol w:w="1896"/>
        <w:gridCol w:w="1896"/>
        <w:gridCol w:w="1896"/>
        <w:gridCol w:w="1896"/>
        <w:gridCol w:w="1896"/>
        <w:gridCol w:w="1896"/>
        <w:gridCol w:w="1896"/>
      </w:tblGrid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SR03:003, SR08:002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UN03.001, UN03.002,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TC-UN03.001, TC-UN03.002, TC-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UN03.003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CR01:006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ระบบต้องรองรับโครงสร้างตำแหน่งจัดเก็บทั้งแบบคลังเดียวและแบบหลายชั้น (คลัง/พื้นที่/ช่อง)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CR01:007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SR08:003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CR01:008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(Stock-out)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โดยตรวจสอบสิทธิ์และยอด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เหลือ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่อนจ่าย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SR09:003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CR01:009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ระบบต้องโอนย้ายสิน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้าระหว่างตำแหน่งจัดเ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็บที่ได้รับอนุญาตโดยยอดต้นทาง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ปลายทางสมดุล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CR01:010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Lot, Serial Number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และวันหมดอายุ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SR08:002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SR03:005,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UN05.001, UN05.002,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UN05.003, UN05.004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TC-UN05.001, TC-UN05.002, TC-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UN05.003, TC-UN05.004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SR03:006,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UN06.001, UN06.002,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UN06.003, UN06.004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TC-UN06.001, TC-UN06.002, TC-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UN06.003, TC-UN06.004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CR01:015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SR03:007,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UN07.001, UN07.002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TC-UN07.001, TC-UN07.002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CR01:016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SR03:008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UN08.001, UN08.002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TC-UN08.001, TC-UN08.002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CR01:017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CR01:018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สารอัตโนมัติและ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ุมสถานะ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วงจรชีวิต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SR03:010, SR04:005,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UN10.001, UN10.002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TC-UN10.001, TC-UN10.002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CR01:019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ารแนบไฟล์ที่อนุญาต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UN04.006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CR01:020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1896"/>
        <w:gridCol w:w="1896"/>
        <w:gridCol w:w="1896"/>
        <w:gridCol w:w="1896"/>
        <w:gridCol w:w="1896"/>
        <w:gridCol w:w="1896"/>
        <w:gridCol w:w="1896"/>
        <w:gridCol w:w="1896"/>
      </w:tblGrid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ระบบต้องแจ้งเตือนผู้ใช้ที่เ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้องเมื่อสถานะเอ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สารเปลี่ยนหรือมีเหตุ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ปฏิบัติ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SR04:004,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ระบบต้องสรุปยอดสต๊อ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ก/GL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และแจ้งเตือนสิน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ล้หมดและใบแจ้งหนี้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้างชำระ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SR05:002,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SR03:010, SR09:001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้าให้เฉพาะผู้ใช้ที่ได้รับอนุญาตในบริบท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ปัจจุบัน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SR04:001, SR04:003,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ระบบต้องตอบสนองงานประจำวัน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เปิดหน้าจอ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,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้นหา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ภายในเวลา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ที่ใช้งานได้จริงบนสภาพแวดล้อมที่ต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ระบบต้องมีตารางสรุปยอด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(Aggregate)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เพื่อให้แดชบอร์ดและรายงานแสดงผล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ได้โดยไม่ต้อง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ำนวณใหม่ทุ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UN09.001, UN11.002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TC-UN09.001, TC-UN11.002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ระบบต้องรองรับปริมาณ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้อมูลและผู้ใช้พร้อม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ันในระดับที่ต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ลงสำหรับสภาพ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แวดล้อมใช้งานจริง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(Chrome, Edge, Firefox)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ระบบต้องส่งเหตุ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ารณ์ไปยังบริ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ภายในที่ป้อง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SR06:004, SR04:004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ต้องเชื่อมต่อ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Socket.IO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สาธารณะเพื่อรับ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ารแจ้งเตือน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Real-time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CR03:005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SR06:004, SR03:002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ระบบต้องพัฒนาบนสถาปัตย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รรม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Web-based Application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Relational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Referential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Integrity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SR08:001, SR08:002,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Username/Password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ำหนดบทบาทผู้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 8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ึ้นไป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MySQL/MariaDB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1896"/>
        <w:gridCol w:w="1896"/>
        <w:gridCol w:w="1896"/>
        <w:gridCol w:w="1896"/>
        <w:gridCol w:w="1896"/>
        <w:gridCol w:w="1896"/>
        <w:gridCol w:w="1896"/>
        <w:gridCol w:w="1896"/>
      </w:tblGrid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Responsive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ใช้งานได้ทั้งบน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รณ์หน้า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(Tablet/Mobile)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เมนูและปุ่ม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ำสั่งต้องแสดงตามบทบาทและสิทธิ์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องผู้ใช้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CR05:005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ระบบต้องพิมพ์เอ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สารธุร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ิจและฉลา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บาร์โ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้ดในรูปแบบที่ใช้งานได้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ารเชื่อมต่อในสภาพแวดล้อมใช้งานจริงต้องเ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HTTPS/TLS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2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องระบบต้องไม่ถู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Control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เว็บสาธารณะ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UN13.003, UN12.004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TC-UN13.003, TC-UN12.004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(Role-based Access Control)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และฝั่งเซิร์ฟเวอร์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CR06:005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SQL Injection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Cross-Site Scripting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CR06:006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้าสู่ระบบซ้ำซ้อน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(Concurrent Login)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องบัญชีเดียว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Linux Server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ในรูปแบบติดตั้งเอง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(LAMP)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Compose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UN13.001, UN13.002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TC-UN13.001, TC-UN13.002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ตเวลา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Asia/Bangkok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อย่างสม่ำเสมอทั้งแอปพลิเ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ชันและงาน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SR01:006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ระบบต้องใช้งานได้บนอุป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พาผ่าน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Browser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SR06:003, SR02:002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้อมูลสาธิต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้อมูลใช้งานจริงได้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้อมูลอัตโนมัติรายวัน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ชุดสำรองได้ตาม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ั้นตอนที่จัดทำเป็นเอ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ารเฝ้าระวังสถานะบริ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Web,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พร้อมแจ้ง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เตือนเมื่อ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Product Operation Guide (ก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ารเฝ้าระวัง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1896"/>
        <w:gridCol w:w="1896"/>
        <w:gridCol w:w="1896"/>
        <w:gridCol w:w="1896"/>
        <w:gridCol w:w="1896"/>
        <w:gridCol w:w="1896"/>
        <w:gridCol w:w="1896"/>
        <w:gridCol w:w="1896"/>
      </w:tblGrid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ระบบต้องรองรับหลายบริษัท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(Multi-company)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และหลาย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้าภายใต้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CR08:005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ำหนดเวลาต้องทำงานสำเร็จโดยไม่สร้างผลลัพธ์ซ้ำหรือเ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ินสิทธิ์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ซอฟต์แวร์ต้องมีโ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รงสร้างแบบโมดูล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(Manager Classes / API)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ระทบส่วนอื่น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SR02:003, SR02:004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Design (Software Unit),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Components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ระบบต้องมีแม่แบบค่าตั้งค่า (Configuration Template) และควบคุมเวอร์ชันด้วย Git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ารบำรุงรั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ษาและประวัติ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พร่องที่แ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แล้ว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Maintenance Document, Correction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Register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SR08:005, SR08:004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้อมูลได้ใน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ั้นตอนเดียวผ่าน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SR01:003, SR08:005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Container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build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ริปต์สร้างไฟล์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วามลับอัตโนมัติ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(docker/init-env.sh)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ารติดตั้งและตั้ง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UN13.001, UN13.002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TC-UN13.001, TC-UN13.002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Product Operation Guide (ข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ั้นตอนติด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(Software User Document)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User Document (WP 8.0)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ู่มือปฏิบัติงานสำหรับผู้ดูแลระบบ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(Product Operation Guide)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Product Operation Guide (WP 10.0)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ารอบรมผู้ใช้งาน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่อนเปิดใช้งานจริง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Training Report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ต้องมีช่องทางสนับสนุนและระดับ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ารให้บริ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(SLA)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หลังส่งมอบ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Maintenance Document (SLA)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PHP, 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รอนุมัติ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main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Configuration, Project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Repository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รหัสผ่านผู้ใช้ต้องเ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bcrypt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็บหรือบันทึ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วามธรรมดา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ารต้องจัดทำ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Work Products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ISO/IEC 29110 Basic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Profile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List of Evidence, Verification Results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1896"/>
        <w:gridCol w:w="1896"/>
        <w:gridCol w:w="1896"/>
        <w:gridCol w:w="1896"/>
        <w:gridCol w:w="1896"/>
        <w:gridCol w:w="1896"/>
        <w:gridCol w:w="1896"/>
        <w:gridCol w:w="1896"/>
      </w:tblGrid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UN08.002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ติดลบและ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ลื่อนไหวซ้ำซ้อน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้อผิดพลาดโดยแสดง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้าใจได้แทน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Fatal Error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CR14:001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Test Case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่อนส่งมอบ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Report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CR14:002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Traceability Record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CR14:003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โดยตัวแทนลู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้าบนสภาพแวดล้อม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ใช้งานจริง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8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Validation Results, Acceptance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Report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CR14:004</w:t>
            </w:r>
          </w:p>
        </w:tc>
        <w:tc>
          <w:tcPr>
            <w:tcW w:type="dxa" w:w="44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UN12.001, UN12.002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TC-UN12.001, TC-UN12.002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Report, Correction Register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สรุปความครอบคลุม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68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68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ยืนยันด้วยเอ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สารผ่าน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ารยอมรับผ่าน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ceability-record-t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