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5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List of Evidence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61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25690824 V1.0 YaB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ารตรวจสอบสถานะ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ารจัดเตรียมและ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็บเอ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(232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)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Prepared by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30" w:lineRule="exact" w:before="456" w:after="156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PM Process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Statement of Work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Statement of Work 25690105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V1.0 ApS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ารและหนังสือเชิญประชุมเปิดโ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177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Plan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1. 200-WMS-26-001-00 Work Schedule 25690213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2. 200-WMS-26-001-00 Software Project Plan 25690213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3. 200-WMS-26-001-00 Customer Requirements 25690206 V1.0 NoC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แผนการดำเนินงาน แผนโครงการ และความต้องการของลูกค้า</w:t>
            </w:r>
          </w:p>
        </w:tc>
      </w:tr>
    </w:tbl>
    <w:p>
      <w:pPr>
        <w:sectPr>
          <w:headerReference w:type="default" r:id="rId10"/>
          <w:footerReference w:type="default" r:id="rId11"/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802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Progress Status Record (15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Report)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1. 200-WMS-26-001-00 Progress Status Record 25690109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2. 200-WMS-26-001-00 Progress Status Record 25690123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3. 200-WMS-26-001-00 Progress Status Record 25690206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4. 200-WMS-26-001-00 Progress Status Record 25690218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5. 200-WMS-26-001-00 Progress Status Record 25690225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6. 200-WMS-26-001-00 Progress Status Record 25690317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7. 200-WMS-26-001-00 Progress Status Record 25690429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8. 200-WMS-26-001-00 Progress Status Record 25690508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9. 200-WMS-26-001-00 Progress Status Record 25690513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10. 200-WMS-26-001-00 Progress Status Record 25690523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11. 200-WMS-26-001-00 Progress Status Record 25690529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12. 200-WMS-26-001-00 Progress Status Record 25690803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13. 200-WMS-26-001-00 Progress Status Record 25690814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14. 200-WMS-26-001-00 Progress Status Record 25690817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15. 200-WMS-26-001-00 Progress Status Record 25690824 V1.0 ApS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้าวหน้า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ารรายงวด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Correction Register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Correction Register 25690817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V1.0 YaB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สารสรุปปัญหาที่พบระหว่างดำเนินโ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Acceptance Record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Acceptance Report 25690817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V1.0 ApS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ารส่งมอบงาน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(Sign off Letter)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Change Requests (1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ฉบับ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Change Report 25690817 V1.0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646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Meeting Record (12 MoM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Report)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1. 200-WMS-26-001-00 Minutes Of Meeting 25690105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2. 200-WMS-26-001-00 Minutes Of Meeting 25690123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3. 200-WMS-26-001-00 Minutes Of Meeting 25690218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4. 200-WMS-26-001-00 Minutes Of Meeting 25690317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5. 200-WMS-26-001-00 Minutes Of Meeting 25690429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6. 200-WMS-26-001-00 Minutes Of Meeting 25690513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7. 200-WMS-26-001-00 Minutes Of Meeting 25690523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8. 200-WMS-26-001-00 Minutes Of Meeting 25690529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9. 200-WMS-26-001-00 Minutes Of Meeting 25690803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10. 200-WMS-26-001-00 Minutes Of Meeting 25690814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11. 200-WMS-26-001-00 Minutes Of Meeting 25690817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12. 200-WMS-26-001-00 Minutes Of Meeting 25690824 V1.0 YaB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ารประชุมตามแผน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ารทำงานใน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Schedule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Configuration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Software Configuration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25690817 V1.0 ThS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บันทึกการกำหนดค่าและความเปลี่ยนแปลงต่าง ๆ ที่เกิดขึ้นของระบบ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Repository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Project Repository 25690817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V1.0 ThS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พื้นที่เก็บข้อมูล เอกสาร และหลักฐานทุกอย่างของโครงการ (Git Server: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git@188.166.228.62:nok/wms-app.git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(Backup)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Project Repository Backup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25690824 V1.0 ThS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พื้นที่สำรองสำหรับกู้คืนข้อมูล (Git Remote สำรอง: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git@github.com:thanakorninbox-dev/wms-app.git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และชุดสำรองฐานข้อมูลบนคลาวด์)</w:t>
            </w:r>
          </w:p>
        </w:tc>
      </w:tr>
    </w:tbl>
    <w:p>
      <w:pPr>
        <w:autoSpaceDN w:val="0"/>
        <w:autoSpaceDE w:val="0"/>
        <w:widowControl/>
        <w:spacing w:line="230" w:lineRule="exact" w:before="412" w:after="156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SI Process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46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Requirements specification (SRS)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Software Requirements 25690225 V1.0 NoC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สารแสดง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ารซอฟต์แวร์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</w:t>
            </w:r>
          </w:p>
        </w:tc>
      </w:tr>
      <w:tr>
        <w:trPr>
          <w:trHeight w:hRule="exact" w:val="452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12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design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Software Design 25690306 V1.0 NoC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เอกสารการออกแบบระบบ พร้อมหัวข้อ Software Baseline</w:t>
            </w:r>
          </w:p>
        </w:tc>
      </w:tr>
      <w:tr>
        <w:trPr>
          <w:trHeight w:hRule="exact" w:val="46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13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Traceability record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Traceability Record 25690306 V1.0 NoC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ลับได้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(Traceability Matrix)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14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Components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Software Components 25690817 V1.0 ThS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เอกสารแสดงส่วนประกอบต่าง ๆ ของโปรแกรมแต่ละเวอร์ชัน</w:t>
            </w:r>
          </w:p>
        </w:tc>
      </w:tr>
      <w:tr>
        <w:trPr>
          <w:trHeight w:hRule="exact" w:val="46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15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Cases and Test Procedures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Test Case and Test Procedures 25690731 V1.0 PaNg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สารแสดงตัวอย่างชุด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้อมูลที่ใช้ทดสอบ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16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Report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Test Report 25690814 V1.0 PaNg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ารทดสอบระบบ</w:t>
            </w:r>
          </w:p>
        </w:tc>
      </w:tr>
      <w:tr>
        <w:trPr>
          <w:trHeight w:hRule="exact" w:val="46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17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Software 25690817 V1.0 ThS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ซอฟต์แวร์สำหรับส่งมอบให้กับผู้ใช้งาน (Baseline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18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User Documentation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Software User Document 25690814 V1.0 ThS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ารใช้งานสำหรับผู้ใช้</w:t>
            </w:r>
          </w:p>
        </w:tc>
      </w:tr>
      <w:tr>
        <w:trPr>
          <w:trHeight w:hRule="exact" w:val="46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19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Product Operation Guide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Product Operation Guide 25690817 V1.0 ThS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ู่มือปฏิบัติงานสำหรับผู้ดูแลระบบ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Maintenance Documentation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Maintenance Document 25690817 V1.0 ThS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ษาระบบ</w:t>
            </w:r>
          </w:p>
        </w:tc>
      </w:tr>
      <w:tr>
        <w:trPr>
          <w:trHeight w:hRule="exact" w:val="124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21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Verification result (4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20" w:right="102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1. 200-WMS-26-001-00 Verification Results 25690317 V0.1 PaNg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2. 200-WMS-26-001-00 Verification Results 25690529 V0.2 PaNg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3. 200-WMS-26-001-00 Verification Results 25690731 V0.3 PaNg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4. 200-WMS-26-001-00 Verification Results 25690817 V1.0 PaNg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ารจัดเตรียมและ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22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Validation result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Validation Results 25690814 V1.0 PaNg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(UAT)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30" w:lineRule="exact" w:before="464" w:after="154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Other Document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52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46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Stakeholder Register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Stakeholder Register 25690116 V1.0 YaB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รายชื่อผู้มีส่วนได้ส่วนเสียและระดับ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ารมีส่วนร่วม</w:t>
            </w:r>
          </w:p>
        </w:tc>
      </w:tr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Charter Report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Project Charter Report 25690123 V1.0 YaB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ฎบัตรโ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6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TRACEABILITY-RECORD-Table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TRACEABILITY-RECORD 25690817 V1.0 NoC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ตารางสรุป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ารถึงผล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</w:p>
        </w:tc>
      </w:tr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Training Report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Training Report 25690822 V1.0 YaB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ารอบรมผู้ใช้งานระบบ</w:t>
            </w:r>
          </w:p>
        </w:tc>
      </w:tr>
      <w:tr>
        <w:trPr>
          <w:trHeight w:hRule="exact" w:val="46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List of Evidence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สารฉบับนี้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ดัชนีเอ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สารและหลั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ฐานทั้งหมด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154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สรุปความครบถ้วนของหลักฐาน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7584"/>
        <w:gridCol w:w="7584"/>
      </w:tblGrid>
      <w:tr>
        <w:trPr>
          <w:trHeight w:hRule="exact" w:val="466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Work Products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PM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Work Products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SI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12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อบเพิ่มเติม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(Other Document)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</w:tr>
      <w:tr>
        <w:trPr>
          <w:trHeight w:hRule="exact" w:val="466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ไฟล์เอ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56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สารที่จัดเตรียม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56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สารที่ยังไม่ได้จัดเตรียม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46" w:lineRule="exact" w:before="300" w:after="2034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เอกสารและหลักฐานทั้งหมดจัดเก็บใน Project Repository และสำรองไว้ตามที่ระบุในเอกสาร Project Repository (Backup) โดยชุดเอกสารส่งมอบควบคุมใน Git Repository</w:t>
      </w:r>
    </w:p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52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68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42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6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1814" w:right="814" w:bottom="10" w:left="856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5168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LoE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856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ist-of-evidenc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