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 Software Project Plan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Run Version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รรมพร้อมราย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R1–R8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แนวทางจัด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10 Contingency Actions ระบุแผนรองรับกรณีงานไม่แล้วเสร็จ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2.0 Customer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3.0 Software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4.0 Software Design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5.0 Change Report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6.0 Test Case and Test Procedures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7.0 Validation Results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 Customer Requirements เป็นตัวตั้งของการทดสอบการยอมรับ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ครอบคลุมครบ 14 หมวด 80 รายการ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8.0 Software User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ระบบงานที่ส่งมอบ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หน้าจอจริง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ผลการทดสอบระบบผ่านครบทุก Test Case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10.0 Product Operation Guide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มีครบถ้วนพร้อมผลการทดสอบกู้คืน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11.0 Maintenance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ระบุข้อตกลงระดับการให้บริการ (SLA)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