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Validation Result (UAT)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เพื่อยืนยันว่าระบบที่พัฒนาตรงตามความต้องการของลูกค้า (Customer Requirements) สามารถใช้งานได้จริง มีประสิทธิภาพ มีความปลอดภัย และพร้อมเปิดใช้งานจริง (Go-Live) โดยใช้ความต้องการของลูกค้าทุกรายการเป็นตัวตั้งของการทดสอบการยอมรับ และอ้างอิง Test Case หรือเอกสารส่งมอบเป็นหลักฐานประกอบ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สภาพแวดล้อมและผู้ทดสอบ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สภาพแวดล้อมที่ใช้ทดสอบ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 / ตัวแทนลูกค้า)</w:t>
            </w:r>
          </w:p>
        </w:tc>
      </w:tr>
      <w:tr>
        <w:trPr>
          <w:trHeight w:hRule="exact" w:val="464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(CR01–CR14)</w:t>
            </w:r>
          </w:p>
        </w:tc>
      </w:tr>
      <w:tr>
        <w:trPr>
          <w:trHeight w:hRule="exact" w:val="450"/>
        </w:trPr>
        <w:tc>
          <w:tcPr>
            <w:tcW w:type="dxa" w:w="31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ียงที่สุด</w:t>
            </w:r>
          </w:p>
        </w:tc>
        <w:tc>
          <w:tcPr>
            <w:tcW w:type="dxa" w:w="59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dd48a8b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 Validation Result ตาม Customer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Feature &amp; Functional Characteristics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(Onboarding)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36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Owner, Admin,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Viewer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TC-UN01.004, TC-UN02.001, TC-UN02.002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TC-UN03.001, TC-UN03.002, TC-UN03.003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ระบบต้องรองรับโครงสร้างตำแหน่งจัดเก็บทั้งแบบคลังเดียวและแบบหลายชั้น (คลัง/พื้นที่/ช่อง)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ระบบต้องบันทึกการจ่ายสินค้าออก (Stock-out) โดยตรวจสอบสิทธิ์และยอดคงเหลือก่อนจ่าย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7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้าระหว่างตำแหน่ง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็บที่ได้รับอนุญาตโดยยอดต้นทาง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ปลายทางสมดุล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CR01:010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ระบบต้องติดตาม Lot, Serial Number และวันหมดอายุของสินค้าที่เกี่ยวข้อง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0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TC-UN05.001, TC-UN05.002, TC-UN05.003, TC-UN05.004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TC-UN06.001, TC-UN06.002, TC-UN06.003, TC-UN06.004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TC-UN07.001,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TC-UN04.006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้าให้เฉพาะผู้ใช้ที่ได้รับอนุญาตใน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บริบทปัจจุบัน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ิจจริงบนระบบ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Performance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ระบบต้องตอบสนองงานประจำวัน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เวลาที่ใช้งานได้จริงบนสภาพแวดล้อมที่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ระบบต้องมีตารางสรุปยอด (Aggregate) เพื่อให้แดชบอร์ดและรายงานแสดงผลได้โดยไม่ต้องคำนวณใหม่ทุกครั้ง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แวดล้อมใช้งานจริง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ใช้งานประจำวันบนสภาพแวดล้อมจริงและสังเกตเวลาตอบสนอง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TC-UN09.001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Interface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ระบบต้องส่งเหตุการณ์ไปยังบริการ Node.js ผ่าน Endpoint ภายในที่ป้องกันด้วย Secret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สาธารณะเพื่อรับ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7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ใช้งานผ่าน Browser ที่กำหนด รับอีเมลและการแจ้งเตือนจริง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Required System Characteristics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ระบบต้องพัฒนาบนสถาปัตยกรรม Web-based Application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ระบบต้องเก็บข้อมูลแบบ Relational Database และรักษา Referential Integrity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ระบบต้องรองรับการเข้าสู่ระบบด้วย Username/Password และกำหนดบทบาทผู้ใช้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ตรวจสอบสภาพแวดล้อมที่ติดตั้งและการเข้าสู่ระบบ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70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Human Engineering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(Tablet/Mobile)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ำสั่งต้องแสดงตามบทบาท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้ดในรูปแบบที่ใช้งานได้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ทดลองใช้งานบน Desktop และ Tablet/Mobile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TC-UN04.005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Security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องระบบต้องไม่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เว็บสาธารณะ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ระบบต้องป้องกัน SQL Injection และ Cross-Site Scripting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ระบบต้องบล็อกการเข้าสู่ระบบซ้ำซ้อน (Concurrent Login) ของบัญชีเดียวกัน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HTTPS การจำกัดสิทธิ์ และการเข้าสู่ระบบซ้ำซ้อน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Environmental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ระบบต้องทำงานบน Linux Server ในรูปแบบติดตั้งเอง (LAMP) หรือ Docker Compose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TC-UN13.001, TC-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1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ระบบต้องใช้เขตเวลา Asia/Bangkok อย่างสม่ำเสมอทั้งแอปพลิเคชันและงานตามกำหนดเวลา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ระบบต้องใช้งานได้บนอุปกรณ์ Desktop และอุปกรณ์พกพาผ่าน Web Browser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้อมูลใช้งานจริงได้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ตรวจสอบสภาพแวดล้อมจริง เขตเวลา และการแยกข้อมูลสาธิต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Operational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อัตโนมัติรายวัน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ระบบต้องมีการเฝ้าระวังสถานะบริการ Web, Database และ Node.js พร้อมแจ้งเตือนเมื่อขัดข้อง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Guide (การเฝ้าระวังระบบ)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TC-UN12.001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ำหนดเวลาต้องทำงานสำเร็จ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โดยไม่สร้างผลลัพธ์ซ้ำหรือเ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ินสิทธิ์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ตรวจสอบการสำรอง/กู้คืน การเฝ้าระวัง และการแยกข้อมูลหลายบริษัท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TC-UN11.002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Maintenance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ซอฟต์แวร์ต้องมีโครงสร้างแบบโมดูล (Manager Classes / API) เพื่อให้แก้ไขได้โดยไม่กระทบส่วนอื่น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Design (Software Unit), Software Components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ระบบต้องมีแม่แบบค่าตั้งค่า (Configuration Template) และควบคุมเวอร์ชันด้วย Git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Maintenance Document, Correction Register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ทบทวนโครงสร้างซอฟต์แวร์และเอกสารการบำรุงรักษา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Installation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99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ระบบต้องติดตั้งแบบ Container ได้ด้วยคำสั่ง docker compose up -d --build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ระบบต้องมีสคริปต์สร้างไฟล์ .env และค่าความลับอัตโนมัติ (docker/init-env.sh)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TC-UN13.001, TC-UN13.002 / Product Operation Guide (ขั้นตอนติดตั้ง)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Support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(Software User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 (WP 8.0)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ต้องมีคู่มือปฏิบัติงานสำหรับผู้ดูแลระบบ (Product Operation Guide)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Guide (WP 10.0)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จริง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(Task 5.2)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หลังส่งมอบ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ทบทวนคู่มือ แผนการอบรม และช่องทางสนับสนุน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Maintenance Document (SLA)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Design Constraints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ระบบต้องพัฒนาด้วย PHP, MariaDB และ Node.js ตามที่องค์กรอนุมัติ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TC-UN13.001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ระบบต้องควบคุม Source Code ด้วย Git โดยมี main เป็น Baseline หลัก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Configuration, Project Repository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รหัสผ่านผู้ใช้ต้องเข้ารหัสด้วย bcrypt และไม่เก็บหรือบันทึกเป็นข้อความธรรมดา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TC-UN01.003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โครงการต้องจัดทำ Work Products ตามมาตรฐาน ISO/IEC 29110 Basic Profile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ตรวจสอบเทคโนโลยี การควบคุม Source Code และเอกสารตามมาตรฐาน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รอบที่ 1–3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 ID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Status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Tester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Safety and Reliability Considerations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TC-UN08.002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ลื่อนไหวซ้ำซ้อน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TC-UN04.002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3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ระบบต้องรองรับการสำรองและกู้คืน (Backup &amp; Recovery) ทั้ง Source Code และฐานข้อมูล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TC-UN13.004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ทดลองทำรายการที่ล้มเหลวและตรวจสอบข้อความแจ้งข้อผิดพลาด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TC-UN10.002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Quality Expectations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่อนส่งมอบ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Report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2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97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ระบบต้องผ่านการทดสอบการยอมรับ (UAT) โดยตัวแทนลูกค้าบนสภาพแวดล้อมใช้งานจริง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สารฉบับนี้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  <w:tr>
        <w:trPr>
          <w:trHeight w:hRule="exact" w:val="124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ทบทวนผลการทดสอบ การสอบกลับ และผลการตรวจสอบ</w:t>
            </w:r>
          </w:p>
        </w:tc>
        <w:tc>
          <w:tcPr>
            <w:tcW w:type="dxa" w:w="20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TC-UN12.001, TC-UN12.002 / Test Report, Correction Register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สรุปผลการทดสอบการยอมรับรายหมวด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 Feature &amp; Functional Characteristics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 Performance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 Interface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12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 Required System Characteristics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2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 Human Engineering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 Security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2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 Environmental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 Operational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48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 Maintenance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 Installation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 Support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 Design Constraints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 Safety and Reliability Considerations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4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 Quality Expectations</w:t>
            </w:r>
          </w:p>
        </w:tc>
        <w:tc>
          <w:tcPr>
            <w:tcW w:type="dxa" w:w="11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7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สรุปผลการทดสอบการยอมรับ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ารที่ทดสอบทั้งหมด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ตัวแทนลูกค้าได้ทดสอบการยอมรับครบทุกความต้องการใน Customer Requirements บนสภาพแวดล้อมใช้งานจริง ผลการทดสอบผ่านทั้งหมด ไม่พบประเด็นที่ขัดขวางการเปิดใช้งาน จึงยืนยันความพร้อมของระบบและเสนอเข้าสู่การตรวจรับส่งมอบตามแผนในวันที่ 17 สิงหาคม 2569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VaR (UAT)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alidation-resul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