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Verification Results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25690731 V0.3 PaNg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ารตรวจสอบตาม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องมาตรฐาน</w:t>
            </w:r>
          </w:p>
        </w:tc>
      </w:tr>
      <w:tr>
        <w:trPr>
          <w:trHeight w:hRule="exact" w:val="8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รอบตรวจสอบ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6" w:lineRule="exact" w:before="64" w:after="0"/>
              <w:ind w:left="16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รอบที่ 3 (31 กรกฎาคม 2569)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6" w:lineRule="exact" w:before="64" w:after="0"/>
              <w:ind w:left="17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ตรวจสอบชุดทดสอบและ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ลับ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เวลาตรวจสอบ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09:00 – 12:00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.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4" w:after="0"/>
              <w:ind w:left="16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ระยะเวลา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7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ชั่วโมง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54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6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304" w:lineRule="exact" w:before="128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การตรวจสอบ (Verification) จัดทำขึ้นเพื่อยืนยันความถูกต้องและความครบถ้วนของสิ่งส่งมอบ (Work Products) ตามมาตรฐาน ISO/IEC 29110 ตามแผนการตรวจสอบในหัวข้อ 8.1 ของ Software Project Plan ซึ่งกำหนดให้ตรวจสอบ 4 รอบ ประมาณทุก 2 เดือน และรอบสุดท้ายก่อนส่งมอบระบบ เพื่อลดความเสี่ยงด้านคุณภาพ ความล่าช้า และค่าใช้จ่ายที่เกิดจากการแก้ไขย้อนหลัง การตรวจสอบรอบนี้เป็นรอบที่ 3 ใช้เวลา 3 ชั่วโมง (09:00 – 12:00 น.)</w:t>
      </w:r>
    </w:p>
    <w:p>
      <w:pPr>
        <w:autoSpaceDN w:val="0"/>
        <w:autoSpaceDE w:val="0"/>
        <w:widowControl/>
        <w:spacing w:line="230" w:lineRule="exact" w:before="434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Deliverables under Review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</w:t>
            </w:r>
          </w:p>
        </w:tc>
        <w:tc>
          <w:tcPr>
            <w:tcW w:type="dxa" w:w="82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สิ่งส่งมอบที่ตรวจสอบในรอบนี้</w:t>
            </w:r>
          </w:p>
        </w:tc>
      </w:tr>
      <w:tr>
        <w:trPr>
          <w:trHeight w:hRule="exact" w:val="464"/>
        </w:trPr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6.0</w:t>
            </w:r>
          </w:p>
        </w:tc>
        <w:tc>
          <w:tcPr>
            <w:tcW w:type="dxa" w:w="82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 and Test Procedures</w:t>
            </w:r>
          </w:p>
        </w:tc>
      </w:tr>
    </w:tbl>
    <w:p>
      <w:pPr>
        <w:autoSpaceDN w:val="0"/>
        <w:autoSpaceDE w:val="0"/>
        <w:widowControl/>
        <w:spacing w:line="230" w:lineRule="exact" w:before="39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Risk &amp; Constraints Note</w:t>
      </w:r>
    </w:p>
    <w:p>
      <w:pPr>
        <w:autoSpaceDN w:val="0"/>
        <w:autoSpaceDE w:val="0"/>
        <w:widowControl/>
        <w:spacing w:line="360" w:lineRule="exact" w:before="72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เจ้าหน้าที่ควบคุมเอกสารต้องตรวจสอบแต่ละรายการอย่างละเอียด และต้องมีหลักฐานเพียงพอที่จะสรุปผลว่าผ่าน</w:t>
      </w:r>
    </w:p>
    <w:p>
      <w:pPr>
        <w:autoSpaceDN w:val="0"/>
        <w:autoSpaceDE w:val="0"/>
        <w:widowControl/>
        <w:spacing w:line="360" w:lineRule="exact" w:before="72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ผู้ปฏิบัติงานที่เกี่ยวข้องควรร่วมรับฟังผลการตรวจสอบ เพื่อให้แก้ไขได้ทันทีเมื่อพบประเด็น</w:t>
      </w:r>
    </w:p>
    <w:p>
      <w:pPr>
        <w:autoSpaceDN w:val="0"/>
        <w:autoSpaceDE w:val="0"/>
        <w:widowControl/>
        <w:spacing w:line="360" w:lineRule="exact" w:before="72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การตรวจสอบแต่ละครั้งไม่ควรถูกขัดจังหวะ ซึ่งจะทำให้การตรวจสอบเลื่อนออกไป</w:t>
      </w:r>
    </w:p>
    <w:p>
      <w:pPr>
        <w:autoSpaceDN w:val="0"/>
        <w:autoSpaceDE w:val="0"/>
        <w:widowControl/>
        <w:spacing w:line="360" w:lineRule="exact" w:before="72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ห้ามให้ผู้อื่นตรวจสอบแทนผู้ที่ได้รับมอบหมาย</w:t>
      </w:r>
    </w:p>
    <w:p>
      <w:pPr>
        <w:autoSpaceDN w:val="0"/>
        <w:autoSpaceDE w:val="0"/>
        <w:widowControl/>
        <w:spacing w:line="268" w:lineRule="exact" w:before="39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ผลการตรวจสอบ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46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33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Item</w:t>
            </w:r>
          </w:p>
        </w:tc>
        <w:tc>
          <w:tcPr>
            <w:tcW w:type="dxa" w:w="13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Comment / Risk / Recommendation</w:t>
            </w:r>
          </w:p>
        </w:tc>
      </w:tr>
      <w:tr>
        <w:trPr>
          <w:trHeight w:hRule="exact" w:val="450"/>
        </w:trPr>
        <w:tc>
          <w:tcPr>
            <w:tcW w:type="dxa" w:w="9058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6.0 Test Case and Test Procedures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4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33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Item</w:t>
            </w:r>
          </w:p>
        </w:tc>
        <w:tc>
          <w:tcPr>
            <w:tcW w:type="dxa" w:w="13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Comment / Risk / Recommendation</w:t>
            </w:r>
          </w:p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VR03.060.001</w:t>
            </w:r>
          </w:p>
        </w:tc>
        <w:tc>
          <w:tcPr>
            <w:tcW w:type="dxa" w:w="33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Header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13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VR03.060.002</w:t>
            </w:r>
          </w:p>
        </w:tc>
        <w:tc>
          <w:tcPr>
            <w:tcW w:type="dxa" w:w="33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Test Case Specification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พร้อมรหัสเรียงลำดับ</w:t>
            </w:r>
          </w:p>
        </w:tc>
        <w:tc>
          <w:tcPr>
            <w:tcW w:type="dxa" w:w="13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45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VR03.060.003</w:t>
            </w:r>
          </w:p>
        </w:tc>
        <w:tc>
          <w:tcPr>
            <w:tcW w:type="dxa" w:w="33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Test Item ระบุ Software Unit ที่ทดสอบโดยอ้างรหัส เช่น UN01.001</w:t>
            </w:r>
          </w:p>
        </w:tc>
        <w:tc>
          <w:tcPr>
            <w:tcW w:type="dxa" w:w="13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อ้างอิง Software Unit ครบทุกรายการ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VR03.060.004</w:t>
            </w:r>
          </w:p>
        </w:tc>
        <w:tc>
          <w:tcPr>
            <w:tcW w:type="dxa" w:w="33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Input Specification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้อมูลนำ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้าอย่างชัดเจน</w:t>
            </w:r>
          </w:p>
        </w:tc>
        <w:tc>
          <w:tcPr>
            <w:tcW w:type="dxa" w:w="13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6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VR03.060.005</w:t>
            </w:r>
          </w:p>
        </w:tc>
        <w:tc>
          <w:tcPr>
            <w:tcW w:type="dxa" w:w="33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Output Specification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ระบุผลลัพธ์ที่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าดหวัง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อย่างชัดเจน</w:t>
            </w:r>
          </w:p>
        </w:tc>
        <w:tc>
          <w:tcPr>
            <w:tcW w:type="dxa" w:w="13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VR03.060.006</w:t>
            </w:r>
          </w:p>
        </w:tc>
        <w:tc>
          <w:tcPr>
            <w:tcW w:type="dxa" w:w="33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Environment Needs, Special Procedural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Required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Intercase Dependency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วามจำเป็น</w:t>
            </w:r>
          </w:p>
        </w:tc>
        <w:tc>
          <w:tcPr>
            <w:tcW w:type="dxa" w:w="13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VR03.060.007</w:t>
            </w:r>
          </w:p>
        </w:tc>
        <w:tc>
          <w:tcPr>
            <w:tcW w:type="dxa" w:w="33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ส่วนผลการทดสอบระบุ Test Date และ Status ครบถ้วนไม่มีช่องว่าง</w:t>
            </w:r>
          </w:p>
        </w:tc>
        <w:tc>
          <w:tcPr>
            <w:tcW w:type="dxa" w:w="13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VR03.060.008</w:t>
            </w:r>
          </w:p>
        </w:tc>
        <w:tc>
          <w:tcPr>
            <w:tcW w:type="dxa" w:w="33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13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สรุปผลการตรวจสอบรอบนี้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66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ารตรวจสอบทั้งหมด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(Passed)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</w:t>
            </w:r>
          </w:p>
        </w:tc>
      </w:tr>
      <w:tr>
        <w:trPr>
          <w:trHeight w:hRule="exact" w:val="464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(Failed)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ประเด็น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244" w:lineRule="exact" w:before="31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ผลการตรวจสอบรอบนี้ผ่านทุกรายการ ประเด็นที่พบระหว่างการตรวจสอบได้รับการแก้ไขและบันทึกใน Correction Register แล้ว การตรวจสอบรอบถัดไปจะครอบคลุมสิ่งส่งมอบที่จัดทำเพิ่มเติมในช่วงถัดไป</w:t>
      </w:r>
    </w:p>
    <w:p>
      <w:pPr>
        <w:autoSpaceDN w:val="0"/>
        <w:autoSpaceDE w:val="0"/>
        <w:widowControl/>
        <w:spacing w:line="256" w:lineRule="exact" w:before="346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QA/Tester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8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VeR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verification-result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