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Configuration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บันทึกการกำหนดค่าและความเปลี่ยนแปลงต่าง ๆ ที่เกิดขึ้นของระบบ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รายการสิ่งส่งมอบ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73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Work Product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Version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เอกสารส่งมอบครั้งที่ 1 (วางแผนโครงการ)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73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Project Plan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Schedule)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73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Customer Requirements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เอกสารส่งมอบครั้งที่ 2 (พัฒนาและทดสอบ)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73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Requirements Specification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73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Design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73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Change Report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73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Test Case and Test Procedures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</w:t>
            </w:r>
          </w:p>
        </w:tc>
        <w:tc>
          <w:tcPr>
            <w:tcW w:type="dxa" w:w="73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Validation Results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</w:t>
            </w:r>
          </w:p>
        </w:tc>
        <w:tc>
          <w:tcPr>
            <w:tcW w:type="dxa" w:w="73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User Document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9.0</w:t>
            </w:r>
          </w:p>
        </w:tc>
        <w:tc>
          <w:tcPr>
            <w:tcW w:type="dxa" w:w="73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 BRN WMS ที่ผ่านการทดสอบ (Git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เอกสารส่งมอบครั้งที่ 3 (ส่งมอบและปิดโครงการ)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</w:t>
            </w:r>
          </w:p>
        </w:tc>
        <w:tc>
          <w:tcPr>
            <w:tcW w:type="dxa" w:w="73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Product Operation Guide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  <w:tc>
          <w:tcPr>
            <w:tcW w:type="dxa" w:w="73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Maintenance Document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—</w:t>
            </w:r>
          </w:p>
        </w:tc>
        <w:tc>
          <w:tcPr>
            <w:tcW w:type="dxa" w:w="73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Acceptance Report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 Configuration Item ของซอฟต์แวร์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ุมเวอร์ชัน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แอปพลิเคชัน PHP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app/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บน branch main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แจ้งเตือนและ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nodejs/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package.json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package-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lock.json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ริปต์ติดตั้งฐาน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6" w:right="576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setup.php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docker/mariadb/init-wms2.sql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Git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Docker Compose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576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docker-compose.yml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.env.example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Git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ไม่รวม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แวดล้อม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.env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app/config.php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 บนเครื่องที่ติดตั้ง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ไม่ควบคุมใน Git สร้างขึ้นตอนติดตั้งด้วย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docker/init-env.sh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Products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sdlc/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(Markdown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ต้นฉบับ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(PDF)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sdlc-delivery/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สร้างจาก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sdlc/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ด้วย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scripts/build-sdlc-delivery.sh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การควบคุมเวอร์ชันและการเข้าถึง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(origin)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18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git@188.166.228.62:nok/wms-app.git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(backup)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git@github.com:thanakorninbox-dev/wms-app.git</w:t>
            </w:r>
          </w:p>
        </w:tc>
      </w:tr>
      <w:tr>
        <w:trPr>
          <w:trHeight w:hRule="exact" w:val="466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Branch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main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 เป็น Baseline ที่ควบคุม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Baseline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องระบบที่ส่งมอบ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ยืนยันตัวตนด้วย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SSH Key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องสมาชิ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การเชื่อมโยงกับการเปลี่ยนแปลง</w:t>
      </w:r>
    </w:p>
    <w:p>
      <w:pPr>
        <w:autoSpaceDN w:val="0"/>
        <w:autoSpaceDE w:val="0"/>
        <w:widowControl/>
        <w:spacing w:line="308" w:lineRule="exact" w:before="124" w:after="0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การเปลี่ยนแปลง Configuration Item ต้องพิจารณาตามเกณฑ์ใน Change Report และการแก้ไขข้อบกพร่องต้องบันทึกใน Correction Register (ISS-001–ISS-028) โดยทุกรายการเชื่อมโยงกับ Commit ที่ตรวจสอบได้ใน Repository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SC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configuratio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