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Acceptance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ApS</w:t>
            </w:r>
          </w:p>
        </w:tc>
      </w:tr>
      <w:tr>
        <w:trPr>
          <w:trHeight w:hRule="exact" w:val="852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(Acceptance Record)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ผู้รับมอบ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วันที่บันทึ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Project Plan (พร้อม Work Schedule)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Requirements Specification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Case and Test Procedures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Results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99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พร้อมนำไปใช้งานจริง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 Source Code ผ่าน Git Repository และติดตั้ง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30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</w:t>
            </w:r>
          </w:p>
        </w:tc>
        <w:tc>
          <w:tcPr>
            <w:tcW w:type="dxa" w:w="27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8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ผลการตรวจสอบตามเกณฑ์การตรวจรับ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Record, Test Report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Report 45 Test Case ผ่านทั้งหมด (10 สิงหาคม 2569 – 14 สิงหาคม 2569)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ารยอมรับโดยผู้ใช้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Validation Results ครบ 14 หมวดความต้องการ (80 รายการ) ผ่านทั้งหมด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ฤต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Correction Register 28 รายการ แก้ไขและตรวจสอบครบ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เอกสารคู่มือผู้ใช้ ผู้ดูแลระบบ และการบำรุงรักษาครบถ้วน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Document, 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Guide, Maintenance Document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และเอกสารจัดเก็บใน Repository พร้อมชุดสำรอง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Repository, 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โดยผู้ตรวจ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สอบอิสระ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ผลสรุป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จำนวนสิ่งส่งมอบทั้งหมด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 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ารตรวจรับโดยรวม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Accepted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— ตรวจรับส่งมอบระบบครบถ้วน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306" w:lineRule="exact" w:before="36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ผู้รับมอบได้ตรวจสอบสิ่งส่งมอบทั้งหมดตามเกณฑ์การตรวจรับที่กำหนดในเอกสาร Statement of Work และ Software Project Plan แล้วเห็นว่าครบถ้วนถูกต้อง จึงมีมติตรวจรับส่งมอบระบบเมื่อวันที่ 17 สิงหาคม 2569 โดยงานอบรมผู้ใช้งานและการปิดงานควบคุมปฏิบัติการจะดำเนินการให้แล้วเสร็จภายในวันที่ 24 สิงหาคม 2569 ตามแผนปิดโครงการ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4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cceptanc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