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25690213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6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6" w:lineRule="exact" w:before="30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60" w:after="176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autoSpaceDE w:val="0"/>
        <w:widowControl/>
        <w:spacing w:line="244" w:lineRule="exact" w:before="7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14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04" w:lineRule="exact" w:before="116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576" w:hanging="227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การปิดโครงการ (Project Closure)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244" w:lineRule="exact" w:before="2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244" w:lineRule="exact" w:before="176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1.2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และบัญชี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ที่ไม่สมดุล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 Transaction และ Rollback ของการบันทึกบัญชี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1.3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ระหว่างบริษัท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1.4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งานประจำวันตอบสนองภายในเวลาที่ใช้งานได้จริง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้อมูลตัวอย่างบนแด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ชบอร์ดและรายงาน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1.5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35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(Responsive)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2.1</w:t>
            </w:r>
          </w:p>
        </w:tc>
        <w:tc>
          <w:tcPr>
            <w:tcW w:type="dxa" w:w="1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2.2</w:t>
            </w:r>
          </w:p>
        </w:tc>
        <w:tc>
          <w:tcPr>
            <w:tcW w:type="dxa" w:w="1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 Test)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2.3</w:t>
            </w:r>
          </w:p>
        </w:tc>
        <w:tc>
          <w:tcPr>
            <w:tcW w:type="dxa" w:w="1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658" w:right="158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9071" w:type="dxa"/>
        <w:tblInd w:w="261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1351"/>
        <w:gridCol w:w="7720"/>
      </w:tblGrid>
      <w:tr>
        <w:trPr>
          <w:cantSplit/>
          <w:tblHeader/>
        </w:trPr>
        <w:tc>
          <w:tcPr>
            <w:tcW w:w="1351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7720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1351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7720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ชื่อ-นามสกุล (ชื่อย่อ)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รายละเอียดหน้าที่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(ApS)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apirach.s@brn.co.th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Project Charter และแผนโครงการ / วางแผน Timeline, Resource, Risk, Quality / จัดประชุมและติดตามความคืบหน้า / ควบคุมการเปลี่ยนแปลงและการปิดโครงการ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(NoC)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noppong.c@brn.co.th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/ จัดทำ SRS และเอกสารออกแบบระบบ / ออกแบบฐานข้อมูลและความสัมพันธ์ของโมดูล / ตรวจสอบความสอดคล้องของงานพัฒนากับความต้องการ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(ThS)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5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1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thanakorn.s@brn.co.th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พัฒนาโมดูลและ API ตามการออกแบบ / จัดการฐานข้อมูลและประสิทธิภาพ / ดูแลความปลอดภัยและการติดตั้ง / แก้ไขข้อบกพร่องที่พบจากการทดสอบ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(PaNg)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parin.n@brn.co.th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 (YaB)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yaowalak.b@brn.co.th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(SeV)</w:t>
            </w:r>
          </w:p>
        </w:tc>
        <w:tc>
          <w:tcPr>
            <w:tcW w:type="dxa" w:w="10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0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seri.v@brn.co.th</w:t>
            </w:r>
          </w:p>
        </w:tc>
        <w:tc>
          <w:tcPr>
            <w:tcW w:type="dxa" w:w="5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40" w:after="13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(PM Process)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 Process)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(Customer Requirements)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(SRS)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ตาราง ใน 2 ฐานข้อมูล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10" w:lineRule="exact" w:before="464" w:after="14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วางแผนทดสอบ ทดสอบระบบ UAT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7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3"/>
          <w:szCs w:val="23"/>
        </w:rPr>
        <w:t xml:space="preserve"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Management (PM, Document Control)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Implementation (SA, Developer, QA)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10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9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สำหรับทีมพัฒนาและทดสอบ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สำหรับใช้งานจริง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6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้ดสำหรับทดสอบ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Initiation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Statement of Work, Stakeholder Register,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Charter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Planning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Plan,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Execution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Components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Case, Test Report, Verification Results, Validation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Close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สิงหาคม 2569 – 24 สิงหาคม 2569</w:t>
            </w:r>
          </w:p>
        </w:tc>
        <w:tc>
          <w:tcPr>
            <w:tcW w:type="dxa" w:w="4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300" w:lineRule="exact" w:before="120" w:after="0"/>
        <w:ind w:left="256" w:right="63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วันที่ตรวจ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สอบ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Deliverables under Review</w:t>
            </w:r>
          </w:p>
        </w:tc>
      </w:tr>
      <w:tr>
        <w:trPr>
          <w:trHeight w:hRule="exact" w:val="990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มีนาคม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1.0, WP 2.0</w:t>
            </w:r>
          </w:p>
        </w:tc>
      </w:tr>
      <w:tr>
        <w:trPr>
          <w:trHeight w:hRule="exact" w:val="976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พฤษภาคม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3.0, WP 4.0, WP 5.0</w:t>
            </w:r>
          </w:p>
        </w:tc>
      </w:tr>
      <w:tr>
        <w:trPr>
          <w:trHeight w:hRule="exact" w:val="974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31 กรกฎาคม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</w:tr>
      <w:tr>
        <w:trPr>
          <w:trHeight w:hRule="exact" w:val="976"/>
        </w:trPr>
        <w:tc>
          <w:tcPr>
            <w:tcW w:type="dxa" w:w="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16:00 น.</w:t>
            </w:r>
          </w:p>
        </w:tc>
        <w:tc>
          <w:tcPr>
            <w:tcW w:type="dxa" w:w="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User Acceptance Test (UAT) และตรวจสอบเอกสารส่งมอบทั้งหมด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1.0, WP 2.0, WP 3.0, WP 4.0, WP 5.0, 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6.0, WP 7.0, WP 8.0, WP 9.0, WP 10.0, 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11.0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66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้าร่วมรับฟังผล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50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464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25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244" w:lineRule="exact" w:before="236" w:after="1284"/>
        <w:ind w:left="42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60" w:lineRule="exact" w:before="314" w:after="0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314" w:after="0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314" w:after="0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300" w:lineRule="exact" w:before="132" w:after="204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Close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ผิดชอบ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รอบการทบทวน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บันทึกความเสี่ยงใหม่และการเปลี่ยนแปลงระดับความเสี่ยงใน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00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</w:tblGrid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38" w:right="140" w:firstLine="8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เสี่ยง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72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แนวทางป้องกัน (Mitigation)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Plan)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764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ความต้องการเปลี่ยนแปลงระหว่างพัฒนา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5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ทาง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เพิ่มเฉพาะงาน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ตรวจสอบและปรับปรุงยอดพร้อมบันทึก Correction Register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บังคับ Role Guard และขอบเขตบริษัทฝั่งเซิร์ฟเวอร์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สิทธิ์เชิงลบซ้ำ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556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รั่วไหล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พัฒนาหรือใช้งาน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หลักฐานการทดสอบและตรวจรับไม่ครบถ้วน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รักษาการสอบกลับสองทิศทางและบันทึกผลทุกครั้ง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764"/>
        </w:trPr>
        <w:tc>
          <w:tcPr>
            <w:tcW w:type="dxa" w:w="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1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ผู้ใช้ไม่ยอมรับระบบ (UAT ไม่ผ่าน)</w:t>
            </w:r>
          </w:p>
        </w:tc>
        <w:tc>
          <w:tcPr>
            <w:tcW w:type="dxa" w:w="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5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ให้ผู้ใช้ร่วมทบทวนความต้องการและสาธิตระบบระหว่างพัฒนา</w:t>
            </w:r>
          </w:p>
        </w:tc>
        <w:tc>
          <w:tcPr>
            <w:tcW w:type="dxa" w:w="1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86" w:after="177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ชอบ</w:t>
            </w:r>
          </w:p>
        </w:tc>
      </w:tr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งานไม่เสร็จภายในกำหนด (Due Date)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5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Timeline และกำหนดส่งมอบ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0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้างสะสมและ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26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ฝ่ายบุคคล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ผู้ให้ข้อมูลส่งความต้องการหรือข้อมูลตั้งต้นล่าช้า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ไม่สามารถพัฒนา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หรือทดสอบต่อได้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พร่องซ้ำ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ซ้อน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1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ารทดสอบระยะ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เกิดความล่าช้าในการพัฒนาและทดสอบ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ThS / PaNg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งานล่าช้าเพราะต้องแก้ความต้องการ</w:t>
            </w:r>
          </w:p>
        </w:tc>
        <w:tc>
          <w:tcPr>
            <w:tcW w:type="dxa" w:w="16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ตเปลี่ยนหลัง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เริ่มงาน</w:t>
            </w:r>
          </w:p>
        </w:tc>
        <w:tc>
          <w:tcPr>
            <w:tcW w:type="dxa" w:w="14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และสิ่งส่งมอบ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40" w:after="210"/>
        <w:ind w:left="25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Code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[Document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[yyyymmdd]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[version]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[editor name]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[ext.]</w:t>
            </w:r>
          </w:p>
        </w:tc>
        <w:tc>
          <w:tcPr>
            <w:tcW w:type="dxa" w:w="6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0.1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0.2 (Draft)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 (Release)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1.1 (Revision)</w:t>
            </w:r>
          </w:p>
        </w:tc>
        <w:tc>
          <w:tcPr>
            <w:tcW w:type="dxa" w:w="5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300" w:lineRule="exact" w:before="264" w:after="204"/>
        <w:ind w:left="256" w:right="576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Location)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ทีมงานเข้าถึง Repository ผ่าน Git Server โดย Repository ของโครงการนี้เก็บทั้ง Source Code และเอกสาร ISO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1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Storage Rules)</w:t>
            </w:r>
          </w:p>
        </w:tc>
        <w:tc>
          <w:tcPr>
            <w:tcW w:type="dxa" w:w="6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(Responsibility)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้อมูลสำรองอย่างสม่ำเสมอ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Methods)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 Repository ไปยัง Backup Remote และสำรองฐานข้อมูลด้วยการ Export อัตโนมัติ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9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Frequency)</w:t>
            </w:r>
          </w:p>
        </w:tc>
        <w:tc>
          <w:tcPr>
            <w:tcW w:type="dxa" w:w="5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