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Stakeholder Register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25690116 V1.0 YaB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รายชื่อผู้มีส่วนได้ส่วนเสีย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(Stakeholder Register)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Prepared by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สรุปชื่อผู้มีส่วนได้ส่วนเสียหลัก (Key Stakeholders)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01"/>
        <w:gridCol w:w="1337"/>
        <w:gridCol w:w="647"/>
        <w:gridCol w:w="1637"/>
        <w:gridCol w:w="3506"/>
        <w:gridCol w:w="1343"/>
      </w:tblGrid>
      <w:tr>
        <w:trPr>
          <w:trHeight w:hRule="exact" w:val="93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13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ุล</w:t>
            </w:r>
          </w:p>
        </w:tc>
        <w:tc>
          <w:tcPr>
            <w:tcW w:type="dxa" w:w="6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ชื่อย่อ</w:t>
            </w:r>
          </w:p>
        </w:tc>
        <w:tc>
          <w:tcPr>
            <w:tcW w:type="dxa" w:w="16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(Role)</w:t>
            </w:r>
          </w:p>
        </w:tc>
        <w:tc>
          <w:tcPr>
            <w:tcW w:type="dxa" w:w="3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วามรับผิดชอบหลั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(Responsibility)</w:t>
            </w:r>
          </w:p>
        </w:tc>
        <w:tc>
          <w:tcPr>
            <w:tcW w:type="dxa" w:w="13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ระดับการมีส่วนร่วม (Engagement)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3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6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  <w:tc>
          <w:tcPr>
            <w:tcW w:type="dxa" w:w="16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3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อนุมัติขอบเขต งบประมาณ และการเปลี่ยนแปลง ตรวจรับส่งมอบ และอนุมัติปิดโครงการ</w:t>
            </w:r>
          </w:p>
        </w:tc>
        <w:tc>
          <w:tcPr>
            <w:tcW w:type="dxa" w:w="13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 (Approve), I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(Inform)</w:t>
            </w:r>
          </w:p>
        </w:tc>
      </w:tr>
      <w:tr>
        <w:trPr>
          <w:trHeight w:hRule="exact" w:val="1186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3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</w:t>
            </w:r>
          </w:p>
        </w:tc>
        <w:tc>
          <w:tcPr>
            <w:tcW w:type="dxa" w:w="6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Manager</w:t>
            </w:r>
          </w:p>
        </w:tc>
        <w:tc>
          <w:tcPr>
            <w:tcW w:type="dxa" w:w="3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วางแผนและควบคุมโครงการ ติดตามความก้าวหน้า บริหารความเสี่ยงและการเปลี่ยนแปลง</w:t>
            </w:r>
          </w:p>
        </w:tc>
        <w:tc>
          <w:tcPr>
            <w:tcW w:type="dxa" w:w="13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 (Accountable), R (Responsible)</w:t>
            </w:r>
          </w:p>
        </w:tc>
      </w:tr>
      <w:tr>
        <w:trPr>
          <w:trHeight w:hRule="exact" w:val="93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3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6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Analyst</w:t>
            </w:r>
          </w:p>
        </w:tc>
        <w:tc>
          <w:tcPr>
            <w:tcW w:type="dxa" w:w="3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เก็บและวิเคราะห์ความต้องการ ออกแบบระบบและฐานข้อมูล จัดทำเอกสาร SRS และ Design</w:t>
            </w:r>
          </w:p>
        </w:tc>
        <w:tc>
          <w:tcPr>
            <w:tcW w:type="dxa" w:w="13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 (Responsible), C (Consult)</w:t>
            </w:r>
          </w:p>
        </w:tc>
      </w:tr>
      <w:tr>
        <w:trPr>
          <w:trHeight w:hRule="exact" w:val="944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3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คุณธนกร สถิตวิทยากุล</w:t>
            </w:r>
          </w:p>
        </w:tc>
        <w:tc>
          <w:tcPr>
            <w:tcW w:type="dxa" w:w="6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6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Developer</w:t>
            </w:r>
          </w:p>
        </w:tc>
        <w:tc>
          <w:tcPr>
            <w:tcW w:type="dxa" w:w="3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พัฒนาระบบตามการออกแบบ ดูแลความปลอดภัย การติดตั้ง และการสำรองข้อมูล</w:t>
            </w:r>
          </w:p>
        </w:tc>
        <w:tc>
          <w:tcPr>
            <w:tcW w:type="dxa" w:w="13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 (Responsible), C (Consult)</w:t>
            </w:r>
          </w:p>
        </w:tc>
      </w:tr>
      <w:tr>
        <w:trPr>
          <w:trHeight w:hRule="exact" w:val="93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3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</w:t>
            </w:r>
          </w:p>
        </w:tc>
        <w:tc>
          <w:tcPr>
            <w:tcW w:type="dxa" w:w="6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6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QA / Tester</w:t>
            </w:r>
          </w:p>
        </w:tc>
        <w:tc>
          <w:tcPr>
            <w:tcW w:type="dxa" w:w="3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จัดทำและดำเนินการทดสอบ ตรวจสอบ Work Products และติดตามการแก้ไขข้อบกพร่อง</w:t>
            </w:r>
          </w:p>
        </w:tc>
        <w:tc>
          <w:tcPr>
            <w:tcW w:type="dxa" w:w="13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 (Responsible), C (Consult)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13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6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YaB</w:t>
            </w:r>
          </w:p>
        </w:tc>
        <w:tc>
          <w:tcPr>
            <w:tcW w:type="dxa" w:w="16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Document Control</w:t>
            </w:r>
          </w:p>
        </w:tc>
        <w:tc>
          <w:tcPr>
            <w:tcW w:type="dxa" w:w="3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ควบคุมรหัสเอกสาร เวอร์ชัน การอนุมัติ การจัดเก็บ และหลักฐานของโครงการ</w:t>
            </w:r>
          </w:p>
        </w:tc>
        <w:tc>
          <w:tcPr>
            <w:tcW w:type="dxa" w:w="13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 (Responsible)</w:t>
            </w:r>
          </w:p>
        </w:tc>
      </w:tr>
      <w:tr>
        <w:trPr>
          <w:trHeight w:hRule="exact" w:val="93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7</w:t>
            </w:r>
          </w:p>
        </w:tc>
        <w:tc>
          <w:tcPr>
            <w:tcW w:type="dxa" w:w="13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หัวหน้าฝ่ายคลังสินค้าและพนักงานคลัง</w:t>
            </w:r>
          </w:p>
        </w:tc>
        <w:tc>
          <w:tcPr>
            <w:tcW w:type="dxa" w:w="6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—</w:t>
            </w:r>
          </w:p>
        </w:tc>
        <w:tc>
          <w:tcPr>
            <w:tcW w:type="dxa" w:w="16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3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ให้ข้อมูลกระบวนการทำงาน ทดสอบการใช้งาน และใช้งานระบบจริง</w:t>
            </w:r>
          </w:p>
        </w:tc>
        <w:tc>
          <w:tcPr>
            <w:tcW w:type="dxa" w:w="13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 (Consult), 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(Review)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</w:t>
            </w:r>
          </w:p>
        </w:tc>
        <w:tc>
          <w:tcPr>
            <w:tcW w:type="dxa" w:w="13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ายและฝ่าย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จัดซื้อ</w:t>
            </w:r>
          </w:p>
        </w:tc>
        <w:tc>
          <w:tcPr>
            <w:tcW w:type="dxa" w:w="6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—</w:t>
            </w:r>
          </w:p>
        </w:tc>
        <w:tc>
          <w:tcPr>
            <w:tcW w:type="dxa" w:w="16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</w:t>
            </w:r>
          </w:p>
        </w:tc>
        <w:tc>
          <w:tcPr>
            <w:tcW w:type="dxa" w:w="3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ให้ข้อมูลกระบวนการเอกสารขายและจัดซื้อ และทดสอบการใช้งาน</w:t>
            </w:r>
          </w:p>
        </w:tc>
        <w:tc>
          <w:tcPr>
            <w:tcW w:type="dxa" w:w="13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 (Consult)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9</w:t>
            </w:r>
          </w:p>
        </w:tc>
        <w:tc>
          <w:tcPr>
            <w:tcW w:type="dxa" w:w="13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ฝ่ายบัญชีและ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เงิน</w:t>
            </w:r>
          </w:p>
        </w:tc>
        <w:tc>
          <w:tcPr>
            <w:tcW w:type="dxa" w:w="6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—</w:t>
            </w:r>
          </w:p>
        </w:tc>
        <w:tc>
          <w:tcPr>
            <w:tcW w:type="dxa" w:w="16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</w:t>
            </w:r>
          </w:p>
        </w:tc>
        <w:tc>
          <w:tcPr>
            <w:tcW w:type="dxa" w:w="3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ให้ข้อมูลการวางบิล รับชำระ จ่ายชำระ และการบันทึกบัญชี</w:t>
            </w:r>
          </w:p>
        </w:tc>
        <w:tc>
          <w:tcPr>
            <w:tcW w:type="dxa" w:w="13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 (Consult)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01"/>
        <w:gridCol w:w="1337"/>
        <w:gridCol w:w="647"/>
        <w:gridCol w:w="1637"/>
        <w:gridCol w:w="3506"/>
        <w:gridCol w:w="1343"/>
      </w:tblGrid>
      <w:tr>
        <w:trPr>
          <w:trHeight w:hRule="exact" w:val="928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13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ุล</w:t>
            </w:r>
          </w:p>
        </w:tc>
        <w:tc>
          <w:tcPr>
            <w:tcW w:type="dxa" w:w="6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ชื่อย่อ</w:t>
            </w:r>
          </w:p>
        </w:tc>
        <w:tc>
          <w:tcPr>
            <w:tcW w:type="dxa" w:w="16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(Role)</w:t>
            </w:r>
          </w:p>
        </w:tc>
        <w:tc>
          <w:tcPr>
            <w:tcW w:type="dxa" w:w="3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วามรับผิดชอบหลั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(Responsibility)</w:t>
            </w:r>
          </w:p>
        </w:tc>
        <w:tc>
          <w:tcPr>
            <w:tcW w:type="dxa" w:w="13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8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ระดับการมีส่วนร่วม (Engagement)</w:t>
            </w:r>
          </w:p>
        </w:tc>
      </w:tr>
      <w:tr>
        <w:trPr>
          <w:trHeight w:hRule="exact" w:val="1184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10</w:t>
            </w:r>
          </w:p>
        </w:tc>
        <w:tc>
          <w:tcPr>
            <w:tcW w:type="dxa" w:w="13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ผู้ดูแลระบบ (System Administrator)</w:t>
            </w:r>
          </w:p>
        </w:tc>
        <w:tc>
          <w:tcPr>
            <w:tcW w:type="dxa" w:w="6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—</w:t>
            </w:r>
          </w:p>
        </w:tc>
        <w:tc>
          <w:tcPr>
            <w:tcW w:type="dxa" w:w="16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ผู้สนับสนุน</w:t>
            </w:r>
          </w:p>
        </w:tc>
        <w:tc>
          <w:tcPr>
            <w:tcW w:type="dxa" w:w="3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ติดตั้ง ตั้งค่า เฝ้าระวัง สำรองและกู้คืนระบบ</w:t>
            </w:r>
          </w:p>
        </w:tc>
        <w:tc>
          <w:tcPr>
            <w:tcW w:type="dxa" w:w="13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 (Consult), I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(Inform)</w:t>
            </w:r>
          </w:p>
        </w:tc>
      </w:tr>
    </w:tbl>
    <w:p>
      <w:pPr>
        <w:autoSpaceDN w:val="0"/>
        <w:autoSpaceDE w:val="0"/>
        <w:widowControl/>
        <w:spacing w:line="300" w:lineRule="exact" w:before="264" w:after="0"/>
        <w:ind w:left="25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หมายเหตุ: รหัสระดับการมีส่วนร่วม (Engagement Level) ได้แก่ A: Approve, R: Responsible, C: Consult, I: Inform ตามแนวทาง RACI Matrix เพื่อระบุระดับการมีส่วนร่วมในแต่ละบทบาท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ช่องทางการสื่อสาร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01"/>
        <w:gridCol w:w="3325"/>
        <w:gridCol w:w="1819"/>
        <w:gridCol w:w="1067"/>
        <w:gridCol w:w="2259"/>
      </w:tblGrid>
      <w:tr>
        <w:trPr>
          <w:trHeight w:hRule="exact" w:val="45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33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รรม</w:t>
            </w:r>
          </w:p>
        </w:tc>
        <w:tc>
          <w:tcPr>
            <w:tcW w:type="dxa" w:w="18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วามถี่</w:t>
            </w:r>
          </w:p>
        </w:tc>
        <w:tc>
          <w:tcPr>
            <w:tcW w:type="dxa" w:w="10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ผู้รับผิดชอบ</w:t>
            </w:r>
          </w:p>
        </w:tc>
        <w:tc>
          <w:tcPr>
            <w:tcW w:type="dxa" w:w="22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33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้าวหน้า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(Progress Status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Record)</w:t>
            </w:r>
          </w:p>
        </w:tc>
        <w:tc>
          <w:tcPr>
            <w:tcW w:type="dxa" w:w="18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งวดรายงาน</w:t>
            </w:r>
          </w:p>
        </w:tc>
        <w:tc>
          <w:tcPr>
            <w:tcW w:type="dxa" w:w="10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22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ทีมโ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Project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Sponsor</w:t>
            </w:r>
          </w:p>
        </w:tc>
      </w:tr>
      <w:tr>
        <w:trPr>
          <w:trHeight w:hRule="exact" w:val="676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33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ประชุมติดตามโ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(Minutes of Meeting)</w:t>
            </w:r>
          </w:p>
        </w:tc>
        <w:tc>
          <w:tcPr>
            <w:tcW w:type="dxa" w:w="18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ตามจุดตรวจสอบที่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ำหนดในแผนงาน</w:t>
            </w:r>
          </w:p>
        </w:tc>
        <w:tc>
          <w:tcPr>
            <w:tcW w:type="dxa" w:w="10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22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้องทั้งหมด</w:t>
            </w:r>
          </w:p>
        </w:tc>
      </w:tr>
      <w:tr>
        <w:trPr>
          <w:trHeight w:hRule="exact" w:val="45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33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</w:p>
        </w:tc>
        <w:tc>
          <w:tcPr>
            <w:tcW w:type="dxa" w:w="18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เมื่อพบ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</w:t>
            </w:r>
          </w:p>
        </w:tc>
        <w:tc>
          <w:tcPr>
            <w:tcW w:type="dxa" w:w="10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 / ThS</w:t>
            </w:r>
          </w:p>
        </w:tc>
        <w:tc>
          <w:tcPr>
            <w:tcW w:type="dxa" w:w="22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ApS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และผู้รับผิดชอบที่เ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</w:t>
            </w:r>
          </w:p>
        </w:tc>
      </w:tr>
      <w:tr>
        <w:trPr>
          <w:trHeight w:hRule="exact" w:val="434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33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(Change Report)</w:t>
            </w:r>
          </w:p>
        </w:tc>
        <w:tc>
          <w:tcPr>
            <w:tcW w:type="dxa" w:w="18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เมื่อมี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ารร้อง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</w:t>
            </w:r>
          </w:p>
        </w:tc>
        <w:tc>
          <w:tcPr>
            <w:tcW w:type="dxa" w:w="10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22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 (Project Sponsor)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takeholder-register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