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5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List of Evidence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61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YaB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PM Process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21"/>
        <w:gridCol w:w="3171"/>
        <w:gridCol w:w="6703"/>
        <w:gridCol w:w="4643"/>
      </w:tblGrid>
      <w:tr>
        <w:trPr>
          <w:trHeight w:hRule="exact" w:val="436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Instantiation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 Name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</w:tr>
      <w:tr>
        <w:trPr>
          <w:trHeight w:hRule="exact" w:val="450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Statement of Work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Statement of Work 25690105 V1.0 ApS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930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Plan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1. 200-WMS-26-001-00 Work Schedule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2. 200-WMS-26-001-00 Software Project Plan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3. 200-WMS-26-001-00 Customer Requirements 25690206 V1.0 NoC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แผนการดำเนินงาน แผนโครงการ และความต้องการของลูกค้า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21"/>
        <w:gridCol w:w="3171"/>
        <w:gridCol w:w="6703"/>
        <w:gridCol w:w="4643"/>
      </w:tblGrid>
      <w:tr>
        <w:trPr>
          <w:trHeight w:hRule="exact" w:val="448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Instantiation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 Name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</w:tr>
      <w:tr>
        <w:trPr>
          <w:trHeight w:hRule="exact" w:val="3886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Progress Status Record (15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Report)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1. 200-WMS-26-001-00 Progress Status Record 25690109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2. 200-WMS-26-001-00 Progress Status Record 25690123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3. 200-WMS-26-001-00 Progress Status Record 25690206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4. 200-WMS-26-001-00 Progress Status Record 25690218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5. 200-WMS-26-001-00 Progress Status Record 25690225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6. 200-WMS-26-001-00 Progress Status Record 25690317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7. 200-WMS-26-001-00 Progress Status Record 25690429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8. 200-WMS-26-001-00 Progress Status Record 25690508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9. 200-WMS-26-001-00 Progress Status Record 25690513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10. 200-WMS-26-001-00 Progress Status Record 25690525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11. 200-WMS-26-001-00 Progress Status Record 25690529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12. 200-WMS-26-001-00 Progress Status Record 25690803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13. 200-WMS-26-001-00 Progress Status Record 25690814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14. 200-WMS-26-001-00 Progress Status Record 25690817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15. 200-WMS-26-001-00 Progress Status Record 25690824 V1.0 ApS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ารรายงวด</w:t>
            </w:r>
          </w:p>
        </w:tc>
      </w:tr>
      <w:tr>
        <w:trPr>
          <w:trHeight w:hRule="exact" w:val="434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Correction Register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Correction Register 25690817 V1.0 YaB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สารสรุปปัญหาที่พบระหว่างดำเนินโ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Acceptance Record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Acceptance Report 25690824 V1.0 ApS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(Sign off Letter)</w:t>
            </w:r>
          </w:p>
        </w:tc>
      </w:tr>
      <w:tr>
        <w:trPr>
          <w:trHeight w:hRule="exact" w:val="436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Change Request (Change Report)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Change Report 25690824 V1.0 ApS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ณฑ์และทะเบียน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ารพิจารณา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2910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Meeting Record (11 MoM Report)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1. 200-WMS-26-001-00 Minutes Of Meeting 25690105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2. 200-WMS-26-001-00 Minutes Of Meeting 25690123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3. 200-WMS-26-001-00 Minutes Of Meeting 25690218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4. 200-WMS-26-001-00 Minutes Of Meeting 25690323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5. 200-WMS-26-001-00 Minutes Of Meeting 25690504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6. 200-WMS-26-001-00 Minutes Of Meeting 25690518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7. 200-WMS-26-001-00 Minutes Of Meeting 25690528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8. 200-WMS-26-001-00 Minutes Of Meeting 25690604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9. 200-WMS-26-001-00 Minutes Of Meeting 25690810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10. 200-WMS-26-001-00 Minutes Of Meeting 25690819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11. 200-WMS-26-001-00 Minutes Of Meeting 25690824 V1.0 YaB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ารประชุมตามแผน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ารทำงานใน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Schedule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21"/>
        <w:gridCol w:w="3171"/>
        <w:gridCol w:w="6703"/>
        <w:gridCol w:w="4643"/>
      </w:tblGrid>
      <w:tr>
        <w:trPr>
          <w:trHeight w:hRule="exact" w:val="448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Instantiation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 Name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</w:tr>
      <w:tr>
        <w:trPr>
          <w:trHeight w:hRule="exact" w:val="436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Configuration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Software Configuration 25690817 V1.0 ThS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688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Repository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Project Repository 25690817 V1.0 ThS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87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พื้นที่เก็บข้อมูล เอกสาร และหลักฐานทุกอย่างของโครงการ (Git Server: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</w:tr>
      <w:tr>
        <w:trPr>
          <w:trHeight w:hRule="exact" w:val="708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Repository (Backup)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Project Repository Backup 25690824 V1.0 ThS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พื้นที่สำรองสำหรับกู้คืนข้อมูล (Git Remote สำรอง: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และชุดสำรองฐานข้อมูลบนคลาวด์)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SI Process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21"/>
        <w:gridCol w:w="3171"/>
        <w:gridCol w:w="6703"/>
        <w:gridCol w:w="4643"/>
      </w:tblGrid>
      <w:tr>
        <w:trPr>
          <w:trHeight w:hRule="exact" w:val="452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Instantiation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 Name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</w:tr>
      <w:tr>
        <w:trPr>
          <w:trHeight w:hRule="exact" w:val="434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Requirements specification (SRS)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Software Requirements 25690225 V1.0 NoC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</w:t>
            </w:r>
          </w:p>
        </w:tc>
      </w:tr>
      <w:tr>
        <w:trPr>
          <w:trHeight w:hRule="exact" w:val="450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12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design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Software Design 25690306 V1.0 NoC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เอกสารการออกแบบระบบ พร้อมหัวข้อ Software Baseline</w:t>
            </w:r>
          </w:p>
        </w:tc>
      </w:tr>
      <w:tr>
        <w:trPr>
          <w:trHeight w:hRule="exact" w:val="436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13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Traceability record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Traceability Record 25690731 V1.0 NoC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(Traceability Matrix)</w:t>
            </w:r>
          </w:p>
        </w:tc>
      </w:tr>
      <w:tr>
        <w:trPr>
          <w:trHeight w:hRule="exact" w:val="450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14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Components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Software Components 25690817 V1.0 ThS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เอกสารแสดงส่วนประกอบต่าง ๆ ของโปรแกรมแต่ละเวอร์ชัน</w:t>
            </w:r>
          </w:p>
        </w:tc>
      </w:tr>
      <w:tr>
        <w:trPr>
          <w:trHeight w:hRule="exact" w:val="450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15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Cases and Test Procedures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Test Case and Test Procedures 25690731 V1.0 PaNg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้อมูลที่ใช้ทดสอบ</w:t>
            </w:r>
          </w:p>
        </w:tc>
      </w:tr>
      <w:tr>
        <w:trPr>
          <w:trHeight w:hRule="exact" w:val="434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16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Report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Test Report 25690814 V1.0 PaNg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ารทดสอบระบบ</w:t>
            </w:r>
          </w:p>
        </w:tc>
      </w:tr>
      <w:tr>
        <w:trPr>
          <w:trHeight w:hRule="exact" w:val="450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17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Software 25690817 V1.0 ThS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ซอฟต์แวร์สำหรับส่งมอบให้กับผู้ใช้งาน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</w:tr>
      <w:tr>
        <w:trPr>
          <w:trHeight w:hRule="exact" w:val="436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18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User Documentation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Software User Document 25690814 V1.0 ThS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ารใช้งานสำหรับผู้ใช้</w:t>
            </w:r>
          </w:p>
        </w:tc>
      </w:tr>
      <w:tr>
        <w:trPr>
          <w:trHeight w:hRule="exact" w:val="450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19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Product Operation Guide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Product Operation Guide 25690817 V1.0 ThS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434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Maintenance Documentation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Maintenance Document 25690817 V1.0 ThS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ษาระบบ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21"/>
        <w:gridCol w:w="3171"/>
        <w:gridCol w:w="6703"/>
        <w:gridCol w:w="4643"/>
      </w:tblGrid>
      <w:tr>
        <w:trPr>
          <w:trHeight w:hRule="exact" w:val="448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Instantiation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 Name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</w:tr>
      <w:tr>
        <w:trPr>
          <w:trHeight w:hRule="exact" w:val="1172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21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Verification result (4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12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1. 200-WMS-26-001-00 Verification Results 25690317 V0.1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2. 200-WMS-26-001-00 Verification Results 25690529 V0.2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3. 200-WMS-26-001-00 Verification Results 25690731 V0.3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4. 200-WMS-26-001-00 Verification Results 25690817 V1.0 PaNg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48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22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Validation result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Validation Results 25690814 V1.0 PaNg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(UAT)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Other Document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21"/>
        <w:gridCol w:w="3171"/>
        <w:gridCol w:w="6703"/>
        <w:gridCol w:w="4643"/>
      </w:tblGrid>
      <w:tr>
        <w:trPr>
          <w:trHeight w:hRule="exact" w:val="450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Instantiation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 Name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</w:tr>
      <w:tr>
        <w:trPr>
          <w:trHeight w:hRule="exact" w:val="434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Stakeholder Register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Stakeholder Register 25690116 V1.0 YaB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รายชื่อผู้มีส่วนได้ส่วนเสียและระดับ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ารมีส่วนร่วม</w:t>
            </w:r>
          </w:p>
        </w:tc>
      </w:tr>
      <w:tr>
        <w:trPr>
          <w:trHeight w:hRule="exact" w:val="450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Charter Report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Project Charter Report 25690123 V1.0 YaB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36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TRACEABILITY-RECORD-Table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TRACEABILITY-RECORD 25690817 V1.0 NoC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</w:p>
        </w:tc>
      </w:tr>
      <w:tr>
        <w:trPr>
          <w:trHeight w:hRule="exact" w:val="450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Training Report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Training Report 25690822 V1.0 YaB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ารอบรมผู้ใช้งานระบบ</w:t>
            </w:r>
          </w:p>
        </w:tc>
      </w:tr>
      <w:tr>
        <w:trPr>
          <w:trHeight w:hRule="exact" w:val="434"/>
        </w:trPr>
        <w:tc>
          <w:tcPr>
            <w:tcW w:type="dxa" w:w="6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31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List of Evidence</w:t>
            </w:r>
          </w:p>
        </w:tc>
        <w:tc>
          <w:tcPr>
            <w:tcW w:type="dxa" w:w="6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สารฉบับนี้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ดัชนีเอ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สรุปความครบถ้วนของหลักฐาน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798"/>
        <w:gridCol w:w="2339"/>
      </w:tblGrid>
      <w:tr>
        <w:trPr>
          <w:trHeight w:hRule="exact" w:val="436"/>
        </w:trPr>
        <w:tc>
          <w:tcPr>
            <w:tcW w:type="dxa" w:w="127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3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27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PM</w:t>
            </w:r>
          </w:p>
        </w:tc>
        <w:tc>
          <w:tcPr>
            <w:tcW w:type="dxa" w:w="23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</w:tr>
      <w:tr>
        <w:trPr>
          <w:trHeight w:hRule="exact" w:val="434"/>
        </w:trPr>
        <w:tc>
          <w:tcPr>
            <w:tcW w:type="dxa" w:w="127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SI</w:t>
            </w:r>
          </w:p>
        </w:tc>
        <w:tc>
          <w:tcPr>
            <w:tcW w:type="dxa" w:w="23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27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อบเพิ่มเติม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(Other Document)</w:t>
            </w:r>
          </w:p>
        </w:tc>
        <w:tc>
          <w:tcPr>
            <w:tcW w:type="dxa" w:w="23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</w:tr>
      <w:tr>
        <w:trPr>
          <w:trHeight w:hRule="exact" w:val="436"/>
        </w:trPr>
        <w:tc>
          <w:tcPr>
            <w:tcW w:type="dxa" w:w="127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ไฟล์เอ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็บทั้งหมด</w:t>
            </w:r>
          </w:p>
        </w:tc>
        <w:tc>
          <w:tcPr>
            <w:tcW w:type="dxa" w:w="23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55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798"/>
        <w:gridCol w:w="2339"/>
      </w:tblGrid>
      <w:tr>
        <w:trPr>
          <w:trHeight w:hRule="exact" w:val="448"/>
        </w:trPr>
        <w:tc>
          <w:tcPr>
            <w:tcW w:type="dxa" w:w="127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3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36"/>
        </w:trPr>
        <w:tc>
          <w:tcPr>
            <w:tcW w:type="dxa" w:w="127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สารที่จัดเตรียม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23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55</w:t>
            </w:r>
          </w:p>
        </w:tc>
      </w:tr>
      <w:tr>
        <w:trPr>
          <w:trHeight w:hRule="exact" w:val="448"/>
        </w:trPr>
        <w:tc>
          <w:tcPr>
            <w:tcW w:type="dxa" w:w="127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สารที่ยังไม่ได้จัดเตรียม</w:t>
            </w:r>
          </w:p>
        </w:tc>
        <w:tc>
          <w:tcPr>
            <w:tcW w:type="dxa" w:w="23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0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เอกสารและหลักฐานทั้งหมดจัดเก็บใน Project Repository และสำรองไว้ตามที่ระบุในเอกสาร Project Repository (Backup) โดยชุดเอกสารส่งมอบควบคุมใน Git Repository</w:t>
      </w:r>
    </w:p>
    <w:p>
      <w:pPr>
        <w:autoSpaceDN w:val="0"/>
        <w:autoSpaceDE w:val="0"/>
        <w:widowControl/>
        <w:spacing w:line="256" w:lineRule="exact" w:before="346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LoE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ist-of-evidence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