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Verification Results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11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4 (17 สิงหาคม 2569)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2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6" w:lineRule="exact" w:before="74" w:after="0"/>
              <w:ind w:left="16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User Acceptance Test (UAT) และตรวจสอบเอกสารส่งมอบทั้งหมด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16:00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2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6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4 ใช้เวลา 6 ชั่วโมง (09:00 – 16:00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397"/>
        <w:gridCol w:w="6674"/>
      </w:tblGrid>
      <w:tr>
        <w:trPr>
          <w:trHeight w:hRule="exact" w:val="434"/>
        </w:trPr>
        <w:tc>
          <w:tcPr>
            <w:tcW w:type="dxa" w:w="2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6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สิ่งส่งมอบที่ตรวจสอบในรอบนี้</w:t>
            </w:r>
          </w:p>
        </w:tc>
      </w:tr>
      <w:tr>
        <w:trPr>
          <w:trHeight w:hRule="exact" w:val="450"/>
        </w:trPr>
        <w:tc>
          <w:tcPr>
            <w:tcW w:type="dxa" w:w="2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</w:t>
            </w:r>
          </w:p>
        </w:tc>
        <w:tc>
          <w:tcPr>
            <w:tcW w:type="dxa" w:w="6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Project Plan</w:t>
            </w:r>
          </w:p>
        </w:tc>
      </w:tr>
      <w:tr>
        <w:trPr>
          <w:trHeight w:hRule="exact" w:val="436"/>
        </w:trPr>
        <w:tc>
          <w:tcPr>
            <w:tcW w:type="dxa" w:w="2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2.0</w:t>
            </w:r>
          </w:p>
        </w:tc>
        <w:tc>
          <w:tcPr>
            <w:tcW w:type="dxa" w:w="6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Requirements</w:t>
            </w:r>
          </w:p>
        </w:tc>
      </w:tr>
      <w:tr>
        <w:trPr>
          <w:trHeight w:hRule="exact" w:val="450"/>
        </w:trPr>
        <w:tc>
          <w:tcPr>
            <w:tcW w:type="dxa" w:w="2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</w:t>
            </w:r>
          </w:p>
        </w:tc>
        <w:tc>
          <w:tcPr>
            <w:tcW w:type="dxa" w:w="6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Requirements</w:t>
            </w:r>
          </w:p>
        </w:tc>
      </w:tr>
      <w:tr>
        <w:trPr>
          <w:trHeight w:hRule="exact" w:val="434"/>
        </w:trPr>
        <w:tc>
          <w:tcPr>
            <w:tcW w:type="dxa" w:w="2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4.0</w:t>
            </w:r>
          </w:p>
        </w:tc>
        <w:tc>
          <w:tcPr>
            <w:tcW w:type="dxa" w:w="6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Design</w:t>
            </w:r>
          </w:p>
        </w:tc>
      </w:tr>
      <w:tr>
        <w:trPr>
          <w:trHeight w:hRule="exact" w:val="450"/>
        </w:trPr>
        <w:tc>
          <w:tcPr>
            <w:tcW w:type="dxa" w:w="2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5.0</w:t>
            </w:r>
          </w:p>
        </w:tc>
        <w:tc>
          <w:tcPr>
            <w:tcW w:type="dxa" w:w="6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Change Report</w:t>
            </w:r>
          </w:p>
        </w:tc>
      </w:tr>
      <w:tr>
        <w:trPr>
          <w:trHeight w:hRule="exact" w:val="436"/>
        </w:trPr>
        <w:tc>
          <w:tcPr>
            <w:tcW w:type="dxa" w:w="2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</w:t>
            </w:r>
          </w:p>
        </w:tc>
        <w:tc>
          <w:tcPr>
            <w:tcW w:type="dxa" w:w="6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Case and Test Procedures</w:t>
            </w:r>
          </w:p>
        </w:tc>
      </w:tr>
      <w:tr>
        <w:trPr>
          <w:trHeight w:hRule="exact" w:val="450"/>
        </w:trPr>
        <w:tc>
          <w:tcPr>
            <w:tcW w:type="dxa" w:w="2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7.0</w:t>
            </w:r>
          </w:p>
        </w:tc>
        <w:tc>
          <w:tcPr>
            <w:tcW w:type="dxa" w:w="6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Validation Results</w:t>
            </w:r>
          </w:p>
        </w:tc>
      </w:tr>
      <w:tr>
        <w:trPr>
          <w:trHeight w:hRule="exact" w:val="450"/>
        </w:trPr>
        <w:tc>
          <w:tcPr>
            <w:tcW w:type="dxa" w:w="2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8.0</w:t>
            </w:r>
          </w:p>
        </w:tc>
        <w:tc>
          <w:tcPr>
            <w:tcW w:type="dxa" w:w="6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User Document</w:t>
            </w:r>
          </w:p>
        </w:tc>
      </w:tr>
      <w:tr>
        <w:trPr>
          <w:trHeight w:hRule="exact" w:val="434"/>
        </w:trPr>
        <w:tc>
          <w:tcPr>
            <w:tcW w:type="dxa" w:w="2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9.0</w:t>
            </w:r>
          </w:p>
        </w:tc>
        <w:tc>
          <w:tcPr>
            <w:tcW w:type="dxa" w:w="6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ารทดสอบพร้อมใช้งานจริง</w:t>
            </w:r>
          </w:p>
        </w:tc>
      </w:tr>
      <w:tr>
        <w:trPr>
          <w:trHeight w:hRule="exact" w:val="450"/>
        </w:trPr>
        <w:tc>
          <w:tcPr>
            <w:tcW w:type="dxa" w:w="2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10.0</w:t>
            </w:r>
          </w:p>
        </w:tc>
        <w:tc>
          <w:tcPr>
            <w:tcW w:type="dxa" w:w="6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Product Operation Guide</w:t>
            </w:r>
          </w:p>
        </w:tc>
      </w:tr>
      <w:tr>
        <w:trPr>
          <w:trHeight w:hRule="exact" w:val="436"/>
        </w:trPr>
        <w:tc>
          <w:tcPr>
            <w:tcW w:type="dxa" w:w="2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11.0</w:t>
            </w:r>
          </w:p>
        </w:tc>
        <w:tc>
          <w:tcPr>
            <w:tcW w:type="dxa" w:w="6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Maintenance Document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32"/>
        <w:gridCol w:w="2977"/>
        <w:gridCol w:w="1767"/>
        <w:gridCol w:w="766"/>
        <w:gridCol w:w="737"/>
        <w:gridCol w:w="1592"/>
      </w:tblGrid>
      <w:tr>
        <w:trPr>
          <w:trHeight w:hRule="exact" w:val="93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Recommendation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 Software Project Plan</w:t>
            </w:r>
          </w:p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VR04.010.001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66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มีรายละเอียดใน Header ครบถ้วน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74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VR04.010.002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 Run Version ของเอกสารที่ระบุใน Header ถูกต้องและสัมพันธ์กับชื่อไฟล์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6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ระบุเวอร์ชันและวันที่ตรง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ับชื่อไฟล์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6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VR04.010.003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ระบุรายละเอียดหัว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Manufacture, 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Overview, 3 Goals and Scope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ถ้วน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VR04.010.004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3.3 Work Products มีรายการสิ่งส่งมอบพร้อมรหัส เช่น WP 1.0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ารสิ่งส่งมอบและ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VR04.010.005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5 Organization ระบุบทบาท ชื่อ-นามสกุล ตำแหน่ง และข้อมูลติดต่อครบถ้วน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้อมูลผู้รับผิดชอบ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6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VR04.010.006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6 Project Estimate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7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Resources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68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มีปริมาณงานและทรัพยากรครบถ้วน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VR04.010.007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8 Work Schedule ระบุงานพร้อมรหัส ผู้รับผิดชอบ วันกำหนดส่ง และสิ่งส่งมอบ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มีแผนงาน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27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พร้อมรายละเอียด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VR04.010.008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16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9 Risk Management Plan ระบุความเสี่ยงพร้อมรหัส ระดับผลกระทบ และผู้รับผิดชอบ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มีความเสี่ยง R1–R8 พร้อมแนวทางจัดการ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VR04.010.009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10 Contingency Actions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รณีงานไม่แล้วเสร็จ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มีแผนรองรับ 5 สถานการณ์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VR04.010.010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มีตารางลงนามครบทั้ง 3 ส่วน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4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2.0 Customer Requirements</w:t>
            </w:r>
          </w:p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VR04.020.001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มีรายละเอียดใน Header ครบถ้วน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VR04.020.002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จัดความต้องการแต่ละรายการลงในหมวด CR01–CR14 อย่างถูกต้อง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จัดหมวดครบทั้ง 14 หมวด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32"/>
        <w:gridCol w:w="2977"/>
        <w:gridCol w:w="1767"/>
        <w:gridCol w:w="766"/>
        <w:gridCol w:w="737"/>
        <w:gridCol w:w="1592"/>
      </w:tblGrid>
      <w:tr>
        <w:trPr>
          <w:trHeight w:hRule="exact" w:val="928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Recommendation</w:t>
            </w:r>
          </w:p>
        </w:tc>
      </w:tr>
      <w:tr>
        <w:trPr>
          <w:trHeight w:hRule="exact" w:val="692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VR04.020.003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รหัสประจำรายการ เช่น CR01:001 เขียนและเรียงลำดับถูกต้อง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88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VR04.020.004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ช่อง Result มีข้อสรุปครบทุกรายการ ไม่มีรายการที่ไม่มีข้อสรุป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มีผลสรุป A ครบทั้ง 80 รายการ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2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VR04.020.005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ลงชื่อผู้จัดทำและผู้อนุมัติซึ่งเป็นฝ่ายลู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เรียบร้อย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48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 Software Requirements</w:t>
            </w:r>
          </w:p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VR04.030.001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VR04.030.002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จัดความต้องการซอฟต์แวร์ลงในหมวด SR01–SR09 อย่างถูกต้อง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จัดหมวดครบทั้ง 9 หมวด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VR04.030.003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แต่ละหมวด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SR01–SR09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วามจำเป็น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มีรายการครบ 49 รายการ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76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VR04.030.004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รหัสประจำรายการ เช่น SR01:001 เขียนและเรียงลำดับถูกต้อง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VR04.030.005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ช่อง Remark ระบุความสัมพันธ์กับ CR ครบถ้วน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VR04.030.006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4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4.0 Software Design</w:t>
            </w:r>
          </w:p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VR04.040.001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6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VR04.040.002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High Level Design มี Architecture, Use Case, Component และ Deployment Diagram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มีแผนภาพครบทั้ง 4 แบบ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17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VR04.040.003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User Interface Design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มีผังหน้าจอที่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จะใช้ในระบบ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มีผังหน้าจอครบทุกกลุ่มโมดูล พร้อม Mockup Wireframe ของหน้าจอหลัก 6 รูปแบบ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44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VR04.040.004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มีหัวข้อ Software Baseline ระบุสิ่งที่ถูกกำหนดเป็น Baseline วันที่ และผู้อนุมัติ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มีหัวข้อ Software Baseline ครบถ้วน พร้อมอ้างอิง Software Configuration และ Traceability Record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VR04.040.005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Software Unit มีรหัสกำกับแต่ละหน่วย เช่น UN01.001 อย่างเป็นระเบียบ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มีรหัส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หน่วย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VR04.040.006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27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Software Unit มี Description และ Functional Interfaces Detail ครบทุกรายการ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หน่วย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32"/>
        <w:gridCol w:w="2977"/>
        <w:gridCol w:w="1767"/>
        <w:gridCol w:w="766"/>
        <w:gridCol w:w="737"/>
        <w:gridCol w:w="1592"/>
      </w:tblGrid>
      <w:tr>
        <w:trPr>
          <w:trHeight w:hRule="exact" w:val="928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Recommendation</w:t>
            </w:r>
          </w:p>
        </w:tc>
      </w:tr>
      <w:tr>
        <w:trPr>
          <w:trHeight w:hRule="exact" w:val="692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VR04.040.007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Software Unit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References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สัมพันธ์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หน่วย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48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VR04.040.008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6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5.0 Change Report</w:t>
            </w:r>
          </w:p>
        </w:tc>
      </w:tr>
      <w:tr>
        <w:trPr>
          <w:trHeight w:hRule="exact" w:val="688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VR04.050.001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186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VR04.050.002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ารพิจารณาว่าราย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ารใดเป็น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อเปลี่ยนแปลง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มีเกณฑ์ 3 ข้อ ครอบคลุมความจำเป็นต่อการส่งมอบ ขอบเขต และ Man-day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VR04.050.003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ารปรับปรุงที่เสนอได้รับ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ารพิจารณา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ารพิจารณาและ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VR04.050.004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 Test Case and Test Procedures</w:t>
            </w:r>
          </w:p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VR04.060.001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VR04.060.002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ทดสอบพร้อมรหัสเรียงลำดับ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45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Case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VR04.060.003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Test Item ระบุ Software Unit ที่ทดสอบโดยอ้างรหัส เช่น UN01.001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อ้างอิง Software Unit ครบทุกรายการ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VR04.060.004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Input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้อมูลนำเ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้าอย่างชัดเจน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VR04.060.005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Output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ระบุผลลัพธ์ที่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หวังอย่างชัดเจน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VR04.060.006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Environment Needs, Special Procedural Required และ Intercase Dependency ระบุตามความจำเป็น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VR04.060.007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ส่วนผลการทดสอบระบุ Test Date และ Status ครบถ้วนไม่มีช่องว่าง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6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VR04.060.008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7.0 Validation Results</w:t>
            </w:r>
          </w:p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VR04.070.001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32"/>
        <w:gridCol w:w="2977"/>
        <w:gridCol w:w="1767"/>
        <w:gridCol w:w="766"/>
        <w:gridCol w:w="737"/>
        <w:gridCol w:w="1592"/>
      </w:tblGrid>
      <w:tr>
        <w:trPr>
          <w:trHeight w:hRule="exact" w:val="928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Recommendation</w:t>
            </w:r>
          </w:p>
        </w:tc>
      </w:tr>
      <w:tr>
        <w:trPr>
          <w:trHeight w:hRule="exact" w:val="692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VR04.070.002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Customer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เป็นตัวตั้ง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ารยอมรับ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ครอบคลุมครบ 14 หมวด 80 รายการ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88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VR04.070.003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แต่ละ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2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VR04.070.004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ารทดสอบและผู้ทดสอบ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มีผลและผู้ทดสอบ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48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VR04.070.005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ลงชื่อผู้ทดสอบฝ่ายลู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้าเรียบร้อย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6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8.0 Software User Document</w:t>
            </w:r>
          </w:p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VR04.080.001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YaB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VR04.080.002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เนื้อหา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ารใช้งานทุ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ระบบงานที่ส่ง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มอบ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YaB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VR04.080.003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ใช้ถ้อย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ต้องและสอด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จริง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ตรวจสอบแล้วสอด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ล้อง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YaB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VR04.080.004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YaB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4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WP 9.0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ารทดสอบพร้อมใช้งานจริง</w:t>
            </w:r>
          </w:p>
        </w:tc>
      </w:tr>
      <w:tr>
        <w:trPr>
          <w:trHeight w:hRule="exact" w:val="946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VR04.090.001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ระบบติดตั้งและใช้งานได้บนสภาพแวดล้อมที่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ติดตั้งสำเร็จและใช้งานได้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VR04.090.002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Source Code จัดเก็บใน Repository พร้อมชุดสำรอง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จัดเก็บครบทั้ง Repository หลักและสำรอง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VR04.090.003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ารทดสอบระบบผ่าน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Case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45 Test Case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10.0 Product Operation Guide</w:t>
            </w:r>
          </w:p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VR04.100.001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74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VR04.100.002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มีทั้งแบบ Container และแบบ Manual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VR04.100.003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ระบุการเฝ้าระวัง การสำรอง และการกู้คืนข้อมูล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รบถ้วนพร้อมผล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VR04.100.004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6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11.0 Maintenance Document</w:t>
            </w:r>
          </w:p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VR04.110.001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32"/>
        <w:gridCol w:w="2977"/>
        <w:gridCol w:w="1767"/>
        <w:gridCol w:w="766"/>
        <w:gridCol w:w="737"/>
        <w:gridCol w:w="1592"/>
      </w:tblGrid>
      <w:tr>
        <w:trPr>
          <w:trHeight w:hRule="exact" w:val="928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Recommendation</w:t>
            </w:r>
          </w:p>
        </w:tc>
      </w:tr>
      <w:tr>
        <w:trPr>
          <w:trHeight w:hRule="exact" w:val="692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VR04.110.002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ระบุขอบเขต ประเภท และกิจกรรมการบำรุงรักษาครบถ้วน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มีครบทั้ง 3 ประเภทและ 6 กิจกรรม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48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VR04.110.003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(SLA)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SLA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ระดับ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6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VR04.110.004</w:t>
            </w:r>
          </w:p>
        </w:tc>
        <w:tc>
          <w:tcPr>
            <w:tcW w:type="dxa" w:w="2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6" w:lineRule="exact" w:before="37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7023"/>
        <w:gridCol w:w="2048"/>
      </w:tblGrid>
      <w:tr>
        <w:trPr>
          <w:trHeight w:hRule="exact" w:val="434"/>
        </w:trPr>
        <w:tc>
          <w:tcPr>
            <w:tcW w:type="dxa" w:w="7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7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ารตรวจสอบทั้งหมด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61</w:t>
            </w:r>
          </w:p>
        </w:tc>
      </w:tr>
      <w:tr>
        <w:trPr>
          <w:trHeight w:hRule="exact" w:val="436"/>
        </w:trPr>
        <w:tc>
          <w:tcPr>
            <w:tcW w:type="dxa" w:w="7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(Passed)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61</w:t>
            </w:r>
          </w:p>
        </w:tc>
      </w:tr>
      <w:tr>
        <w:trPr>
          <w:trHeight w:hRule="exact" w:val="450"/>
        </w:trPr>
        <w:tc>
          <w:tcPr>
            <w:tcW w:type="dxa" w:w="7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(Failed)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4"/>
        </w:trPr>
        <w:tc>
          <w:tcPr>
            <w:tcW w:type="dxa" w:w="7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316" w:lineRule="exact" w:before="244" w:after="0"/>
        <w:ind w:left="256" w:right="28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รอบตรวจสอบนี้เป็นรอบสุดท้ายก่อนส่งมอบ ครอบคลุมสิ่งส่งมอบทั้งหมด 11 รายการ ผลการตรวจสอบผ่านทุกรายการ จึงเห็นควรให้ดำเนินการตรวจรับส่งมอบระบบตามที่บันทึกใน Acceptance Report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