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3 (31 กรกฎาคม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3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113"/>
        <w:gridCol w:w="6958"/>
      </w:tblGrid>
      <w:tr>
        <w:trPr>
          <w:trHeight w:hRule="exact" w:val="434"/>
        </w:trPr>
        <w:tc>
          <w:tcPr>
            <w:tcW w:type="dxa" w:w="2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69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21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69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2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3228"/>
        <w:gridCol w:w="1516"/>
        <w:gridCol w:w="766"/>
        <w:gridCol w:w="737"/>
        <w:gridCol w:w="1592"/>
      </w:tblGrid>
      <w:tr>
        <w:trPr>
          <w:trHeight w:hRule="exact" w:val="93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 Test Case and Test Procedures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32"/>
        <w:gridCol w:w="3228"/>
        <w:gridCol w:w="1516"/>
        <w:gridCol w:w="766"/>
        <w:gridCol w:w="737"/>
        <w:gridCol w:w="1592"/>
      </w:tblGrid>
      <w:tr>
        <w:trPr>
          <w:trHeight w:hRule="exact" w:val="92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Recommendation</w:t>
            </w:r>
          </w:p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VR03.060.001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Header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VR03.060.002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ทดสอบพร้อมรหัสเรียงลำดับ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VR03.060.003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อ้างอิง Software Unit ครบทุกรายการ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VR03.060.004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้าอย่างชัดเจน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4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VR03.060.005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าดหวัง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อย่างชัดเจน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VR03.060.006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4" w:right="15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Environment Needs, Special Procedural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Required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Intercase Dependency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วามจำเป็น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VR03.060.007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VR03.060.008</w:t>
            </w:r>
          </w:p>
        </w:tc>
        <w:tc>
          <w:tcPr>
            <w:tcW w:type="dxa" w:w="32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5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5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154"/>
        <w:gridCol w:w="1917"/>
      </w:tblGrid>
      <w:tr>
        <w:trPr>
          <w:trHeight w:hRule="exact" w:val="450"/>
        </w:trPr>
        <w:tc>
          <w:tcPr>
            <w:tcW w:type="dxa" w:w="7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6"/>
        </w:trPr>
        <w:tc>
          <w:tcPr>
            <w:tcW w:type="dxa" w:w="7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ารตรวจสอบทั้งหมด</w:t>
            </w:r>
          </w:p>
        </w:tc>
        <w:tc>
          <w:tcPr>
            <w:tcW w:type="dxa" w:w="1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7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1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</w:tr>
      <w:tr>
        <w:trPr>
          <w:trHeight w:hRule="exact" w:val="434"/>
        </w:trPr>
        <w:tc>
          <w:tcPr>
            <w:tcW w:type="dxa" w:w="7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1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71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19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