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Verification Results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25690529 V0.2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2 (29 พฤษภาคม 2569)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ซอฟต์แวร์และ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2 ใช้เวลา 3 ชั่วโมง (09:00 – 12:00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740"/>
        <w:gridCol w:w="6331"/>
      </w:tblGrid>
      <w:tr>
        <w:trPr>
          <w:trHeight w:hRule="exact" w:val="434"/>
        </w:trPr>
        <w:tc>
          <w:tcPr>
            <w:tcW w:type="dxa" w:w="2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63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2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</w:t>
            </w:r>
          </w:p>
        </w:tc>
        <w:tc>
          <w:tcPr>
            <w:tcW w:type="dxa" w:w="63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Requirements</w:t>
            </w:r>
          </w:p>
        </w:tc>
      </w:tr>
      <w:tr>
        <w:trPr>
          <w:trHeight w:hRule="exact" w:val="436"/>
        </w:trPr>
        <w:tc>
          <w:tcPr>
            <w:tcW w:type="dxa" w:w="2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</w:t>
            </w:r>
          </w:p>
        </w:tc>
        <w:tc>
          <w:tcPr>
            <w:tcW w:type="dxa" w:w="63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Design</w:t>
            </w:r>
          </w:p>
        </w:tc>
      </w:tr>
      <w:tr>
        <w:trPr>
          <w:trHeight w:hRule="exact" w:val="450"/>
        </w:trPr>
        <w:tc>
          <w:tcPr>
            <w:tcW w:type="dxa" w:w="2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</w:t>
            </w:r>
          </w:p>
        </w:tc>
        <w:tc>
          <w:tcPr>
            <w:tcW w:type="dxa" w:w="63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Change Report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0" w:after="296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0" w:after="296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0" w:after="296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0" w:after="296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32"/>
        <w:gridCol w:w="2868"/>
        <w:gridCol w:w="1876"/>
        <w:gridCol w:w="767"/>
        <w:gridCol w:w="737"/>
        <w:gridCol w:w="1592"/>
      </w:tblGrid>
      <w:tr>
        <w:trPr>
          <w:trHeight w:hRule="exact" w:val="932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Recommendation</w:t>
            </w:r>
          </w:p>
        </w:tc>
      </w:tr>
      <w:tr>
        <w:trPr>
          <w:trHeight w:hRule="exact" w:val="448"/>
        </w:trPr>
        <w:tc>
          <w:tcPr>
            <w:tcW w:type="dxa" w:w="9072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 Software Requirements</w:t>
            </w:r>
          </w:p>
        </w:tc>
      </w:tr>
      <w:tr>
        <w:trPr>
          <w:trHeight w:hRule="exact" w:val="692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VR02.030.001</w:t>
            </w:r>
          </w:p>
        </w:tc>
        <w:tc>
          <w:tcPr>
            <w:tcW w:type="dxa" w:w="2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88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VR02.030.002</w:t>
            </w:r>
          </w:p>
        </w:tc>
        <w:tc>
          <w:tcPr>
            <w:tcW w:type="dxa" w:w="2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จัดความต้องการซอฟต์แวร์ลงในหมวด SR01–SR09 อย่างถูกต้อง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76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VR02.030.003</w:t>
            </w:r>
          </w:p>
        </w:tc>
        <w:tc>
          <w:tcPr>
            <w:tcW w:type="dxa" w:w="2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แต่ละหมวด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SR01–SR09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วามจำเป็น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VR02.030.004</w:t>
            </w:r>
          </w:p>
        </w:tc>
        <w:tc>
          <w:tcPr>
            <w:tcW w:type="dxa" w:w="2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รหัสประจำรายการ เช่น SR01:001 เขียนและเรียงลำดับถูกต้อง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VR02.030.005</w:t>
            </w:r>
          </w:p>
        </w:tc>
        <w:tc>
          <w:tcPr>
            <w:tcW w:type="dxa" w:w="2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ช่อง Remark ระบุความสัมพันธ์กับ CR ครบถ้วน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VR02.030.006</w:t>
            </w:r>
          </w:p>
        </w:tc>
        <w:tc>
          <w:tcPr>
            <w:tcW w:type="dxa" w:w="2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4"/>
        </w:trPr>
        <w:tc>
          <w:tcPr>
            <w:tcW w:type="dxa" w:w="9072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 Software Design</w:t>
            </w:r>
          </w:p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VR02.040.001</w:t>
            </w:r>
          </w:p>
        </w:tc>
        <w:tc>
          <w:tcPr>
            <w:tcW w:type="dxa" w:w="2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186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VR02.040.002</w:t>
            </w:r>
          </w:p>
        </w:tc>
        <w:tc>
          <w:tcPr>
            <w:tcW w:type="dxa" w:w="2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High Level Design มี Architecture, Use Case, Component และ Deployment Diagram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มีแผนภาพ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184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VR02.040.003</w:t>
            </w:r>
          </w:p>
        </w:tc>
        <w:tc>
          <w:tcPr>
            <w:tcW w:type="dxa" w:w="2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User Interface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มีผังหน้าจอ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ที่จะใช้ในระบบ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มีผังหน้าจอครบทุกกลุ่มโมดูล พร้อม Mockup Wireframe ของหน้าจอหลัก 6 รูปแบบ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426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VR02.040.004</w:t>
            </w:r>
          </w:p>
        </w:tc>
        <w:tc>
          <w:tcPr>
            <w:tcW w:type="dxa" w:w="2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มีหัวข้อ Software Baseline ระบุสิ่งที่ถูกกำหนดเป็น Baseline วันที่ และผู้อนุมัติ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มีหัวข้อ Software Baseline ครบถ้วน พร้อมอ้างอิง Software Configuration และ Traceability Record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VR02.040.005</w:t>
            </w:r>
          </w:p>
        </w:tc>
        <w:tc>
          <w:tcPr>
            <w:tcW w:type="dxa" w:w="2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Software Unit มีรหัสกำกับแต่ละหน่วย เช่น UN01.001 อย่างเป็นระเบียบ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มีรหัส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หน่วย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VR02.040.006</w:t>
            </w:r>
          </w:p>
        </w:tc>
        <w:tc>
          <w:tcPr>
            <w:tcW w:type="dxa" w:w="2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16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Software Unit มี Description และ Functional Interfaces Detail ครบทุกรายการ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หน่วย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VR02.040.007</w:t>
            </w:r>
          </w:p>
        </w:tc>
        <w:tc>
          <w:tcPr>
            <w:tcW w:type="dxa" w:w="2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Software Unit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References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สัมพันธ์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หน่วย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VR02.040.008</w:t>
            </w:r>
          </w:p>
        </w:tc>
        <w:tc>
          <w:tcPr>
            <w:tcW w:type="dxa" w:w="2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32"/>
        <w:gridCol w:w="2868"/>
        <w:gridCol w:w="1876"/>
        <w:gridCol w:w="767"/>
        <w:gridCol w:w="737"/>
        <w:gridCol w:w="1592"/>
      </w:tblGrid>
      <w:tr>
        <w:trPr>
          <w:trHeight w:hRule="exact" w:val="928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Recommendation</w:t>
            </w:r>
          </w:p>
        </w:tc>
      </w:tr>
      <w:tr>
        <w:trPr>
          <w:trHeight w:hRule="exact" w:val="452"/>
        </w:trPr>
        <w:tc>
          <w:tcPr>
            <w:tcW w:type="dxa" w:w="9072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 Change Report</w:t>
            </w:r>
          </w:p>
        </w:tc>
      </w:tr>
      <w:tr>
        <w:trPr>
          <w:trHeight w:hRule="exact" w:val="688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VR02.050.001</w:t>
            </w:r>
          </w:p>
        </w:tc>
        <w:tc>
          <w:tcPr>
            <w:tcW w:type="dxa" w:w="2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2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VR02.050.002</w:t>
            </w:r>
          </w:p>
        </w:tc>
        <w:tc>
          <w:tcPr>
            <w:tcW w:type="dxa" w:w="2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ารพิจารณาว่าราย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อเปลี่ยนแปลง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มีเกณฑ์ 3 ข้อ ครอบคลุมความจำเป็นต่อการส่งมอบ ขอบเขต และ Man-day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4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VR02.050.003</w:t>
            </w:r>
          </w:p>
        </w:tc>
        <w:tc>
          <w:tcPr>
            <w:tcW w:type="dxa" w:w="2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ารปรับปรุงที่เสนอได้รับ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ารพิจารณา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มีผลการพิจารณาและการดำเนินการครบทุกรายการ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74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VR02.050.004</w:t>
            </w:r>
          </w:p>
        </w:tc>
        <w:tc>
          <w:tcPr>
            <w:tcW w:type="dxa" w:w="2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6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7023"/>
        <w:gridCol w:w="2048"/>
      </w:tblGrid>
      <w:tr>
        <w:trPr>
          <w:trHeight w:hRule="exact" w:val="436"/>
        </w:trPr>
        <w:tc>
          <w:tcPr>
            <w:tcW w:type="dxa" w:w="7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7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ารตรวจสอบทั้งหมด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18</w:t>
            </w:r>
          </w:p>
        </w:tc>
      </w:tr>
      <w:tr>
        <w:trPr>
          <w:trHeight w:hRule="exact" w:val="434"/>
        </w:trPr>
        <w:tc>
          <w:tcPr>
            <w:tcW w:type="dxa" w:w="7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(Passed)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18</w:t>
            </w:r>
          </w:p>
        </w:tc>
      </w:tr>
      <w:tr>
        <w:trPr>
          <w:trHeight w:hRule="exact" w:val="450"/>
        </w:trPr>
        <w:tc>
          <w:tcPr>
            <w:tcW w:type="dxa" w:w="7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(Failed)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6"/>
        </w:trPr>
        <w:tc>
          <w:tcPr>
            <w:tcW w:type="dxa" w:w="7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6" w:lineRule="exact" w:before="31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