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44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85"/>
        <w:gridCol w:w="6586"/>
      </w:tblGrid>
      <w:tr>
        <w:trPr>
          <w:trHeight w:hRule="exact" w:val="434"/>
        </w:trPr>
        <w:tc>
          <w:tcPr>
            <w:tcW w:type="dxa" w:w="24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4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Project Plan</w:t>
            </w:r>
          </w:p>
        </w:tc>
      </w:tr>
      <w:tr>
        <w:trPr>
          <w:trHeight w:hRule="exact" w:val="436"/>
        </w:trPr>
        <w:tc>
          <w:tcPr>
            <w:tcW w:type="dxa" w:w="24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3134"/>
        <w:gridCol w:w="1610"/>
        <w:gridCol w:w="766"/>
        <w:gridCol w:w="737"/>
        <w:gridCol w:w="1592"/>
      </w:tblGrid>
      <w:tr>
        <w:trPr>
          <w:trHeight w:hRule="exact" w:val="94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 Software Project Plan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3134"/>
        <w:gridCol w:w="1610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VR01.010.001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VR01.010.002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ับชื่อไฟล์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VR01.010.003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ระบุรายละเอียดหัว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Manufacture,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Overview, 3 Goals and Scope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VR01.010.004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VR01.010.005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VR01.010.006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8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VR01.010.007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VR01.010.008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33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VR01.010.009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รณีงานไม่แล้วเสร็จ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มีแผนรองรับ 5 สถานการณ์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VR01.010.010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มีตารางลงนามครบทั้ง 3 ส่วน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 Customer Requirements</w:t>
            </w:r>
          </w:p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VR01.020.001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VR01.020.002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14 หมวด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VR01.020.003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VR01.020.004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มีผลสรุป A ครบทั้ง 80 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VR01.020.005</w:t>
            </w:r>
          </w:p>
        </w:tc>
        <w:tc>
          <w:tcPr>
            <w:tcW w:type="dxa" w:w="31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เรียบร้อย</w:t>
            </w:r>
          </w:p>
        </w:tc>
        <w:tc>
          <w:tcPr>
            <w:tcW w:type="dxa" w:w="1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23"/>
        <w:gridCol w:w="2048"/>
      </w:tblGrid>
      <w:tr>
        <w:trPr>
          <w:trHeight w:hRule="exact" w:val="436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48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</w:tr>
      <w:tr>
        <w:trPr>
          <w:trHeight w:hRule="exact" w:val="436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</w:tr>
      <w:tr>
        <w:trPr>
          <w:trHeight w:hRule="exact" w:val="452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2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14" w:lineRule="exact" w:before="248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